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LAST WILL AND TESTAMENT</w:t>
      </w:r>
    </w:p>
    <w:p/>
    <w:p/>
    <w:p>
      <w:r>
        <w:rPr>
          <w:b/>
          <w:sz w:val="20"/>
        </w:rPr>
        <w:t>I, ____________________________________________, residing at ________________________________________________________, being of sound mind and legal age, declare this to be my Last Will and Testament, hereby revoking all prior wills and codicils made by me.</w:t>
      </w:r>
    </w:p>
    <w:p/>
    <w:p>
      <w:r>
        <w:rPr>
          <w:b/>
          <w:sz w:val="20"/>
        </w:rPr>
        <w:t>ARTICLE 1 – FAMILY INFORMATION</w:t>
      </w:r>
    </w:p>
    <w:p>
      <w:r>
        <w:rPr>
          <w:b w:val="0"/>
          <w:sz w:val="20"/>
        </w:rPr>
        <w:t>I am married to ____________________________________________________________ (Spouse’s Full Name).</w:t>
      </w:r>
    </w:p>
    <w:p>
      <w:r>
        <w:rPr>
          <w:b w:val="0"/>
          <w:sz w:val="20"/>
        </w:rPr>
        <w:t>I have the following children:</w:t>
      </w:r>
    </w:p>
    <w:p>
      <w:r>
        <w:rPr>
          <w:b w:val="0"/>
          <w:sz w:val="20"/>
        </w:rPr>
        <w:t>1. ____________________________________________________________</w:t>
      </w:r>
    </w:p>
    <w:p>
      <w:r>
        <w:rPr>
          <w:b w:val="0"/>
          <w:sz w:val="20"/>
        </w:rPr>
        <w:t>2. ____________________________________________________________</w:t>
      </w:r>
    </w:p>
    <w:p>
      <w:r>
        <w:rPr>
          <w:b w:val="0"/>
          <w:sz w:val="20"/>
        </w:rPr>
        <w:t>3. ____________________________________________________________</w:t>
      </w:r>
    </w:p>
    <w:p>
      <w:r>
        <w:rPr>
          <w:b w:val="0"/>
          <w:sz w:val="20"/>
        </w:rPr>
        <w:t>Additional children, if any: __________________________________________________</w:t>
      </w:r>
    </w:p>
    <w:p/>
    <w:p>
      <w:r>
        <w:rPr>
          <w:b/>
          <w:sz w:val="20"/>
        </w:rPr>
        <w:t>ARTICLE 2 – APPOINTMENT OF EXECUTOR</w:t>
      </w:r>
    </w:p>
    <w:p>
      <w:r>
        <w:rPr>
          <w:b w:val="0"/>
          <w:sz w:val="20"/>
        </w:rPr>
        <w:t>I hereby nominate, constitute, and appoint ____________________________________________________________ (Executor’s Full Name) as Executor of this Will. If this Executor is unable or unwilling to serve, I appoint ____________________________________________________________ as alternate Executor.</w:t>
      </w:r>
    </w:p>
    <w:p/>
    <w:p>
      <w:r>
        <w:rPr>
          <w:b/>
          <w:sz w:val="20"/>
        </w:rPr>
        <w:t>ARTICLE 3 – PAYMENT OF DEBTS AND EXPENSES</w:t>
      </w:r>
    </w:p>
    <w:p>
      <w:r>
        <w:rPr>
          <w:b w:val="0"/>
          <w:sz w:val="20"/>
        </w:rPr>
        <w:t>I direct my Executor to pay all my just debts, funeral expenses, and expenses of administering my estate as soon after my death as practicable.</w:t>
      </w:r>
    </w:p>
    <w:p/>
    <w:p>
      <w:r>
        <w:rPr>
          <w:b/>
          <w:sz w:val="20"/>
        </w:rPr>
        <w:t>ARTICLE 4 – SPECIFIC BEQUESTS</w:t>
      </w:r>
    </w:p>
    <w:p>
      <w:r>
        <w:rPr>
          <w:b w:val="0"/>
          <w:sz w:val="20"/>
        </w:rPr>
        <w:t>I give, devise, and bequeath the following items to the persons named below:</w:t>
      </w:r>
    </w:p>
    <w:p>
      <w:r>
        <w:rPr>
          <w:b w:val="0"/>
          <w:sz w:val="20"/>
        </w:rPr>
        <w:t>1. ________________________________________________________________________ to ____________________________________________________________</w:t>
      </w:r>
    </w:p>
    <w:p>
      <w:r>
        <w:rPr>
          <w:b w:val="0"/>
          <w:sz w:val="20"/>
        </w:rPr>
        <w:t>2. ________________________________________________________________________ to ____________________________________________________________</w:t>
      </w:r>
    </w:p>
    <w:p>
      <w:r>
        <w:rPr>
          <w:b w:val="0"/>
          <w:sz w:val="20"/>
        </w:rPr>
        <w:t>3. ________________________________________________________________________ to ____________________________________________________________</w:t>
      </w:r>
    </w:p>
    <w:p>
      <w:r>
        <w:rPr>
          <w:b w:val="0"/>
          <w:sz w:val="20"/>
        </w:rPr>
        <w:t>Additional bequests, if any: ___________________________________________________</w:t>
      </w:r>
    </w:p>
    <w:p/>
    <w:p>
      <w:r>
        <w:rPr>
          <w:b/>
          <w:sz w:val="20"/>
        </w:rPr>
        <w:t>ARTICLE 5 – RESIDUARY ESTATE</w:t>
      </w:r>
    </w:p>
    <w:p>
      <w:r>
        <w:rPr>
          <w:b w:val="0"/>
          <w:sz w:val="20"/>
        </w:rPr>
        <w:t>I give, devise, and bequeath all the rest, residue, and remainder of my estate, of whatever kind and wherever located, to ____________________________________________________________ (Beneficiary’s Full Name). If this beneficiary predeceases me, then to ____________________________________________________________ (Alternate Beneficiary).</w:t>
      </w:r>
    </w:p>
    <w:p/>
    <w:p>
      <w:r>
        <w:rPr>
          <w:b/>
          <w:sz w:val="20"/>
        </w:rPr>
        <w:t>ARTICLE 6 – GUARDIANSHIP</w:t>
      </w:r>
    </w:p>
    <w:p>
      <w:r>
        <w:rPr>
          <w:b w:val="0"/>
          <w:sz w:val="20"/>
        </w:rPr>
        <w:t>If at my death any of my children are under the age of eighteen (18) years, I appoint ____________________________________________________________ as Guardian of such minor children. If this person is unable or unwilling to serve, I appoint ____________________________________________________________ as alternate Guardian.</w:t>
      </w:r>
    </w:p>
    <w:p/>
    <w:p>
      <w:r>
        <w:rPr>
          <w:b/>
          <w:sz w:val="20"/>
        </w:rPr>
        <w:t>ARTICLE 7 – POWERS OF EXECUTOR</w:t>
      </w:r>
    </w:p>
    <w:p>
      <w:r>
        <w:rPr>
          <w:b w:val="0"/>
          <w:sz w:val="20"/>
        </w:rPr>
        <w:t>My Executor shall have all powers allowed by law, including but not limited to:</w:t>
      </w:r>
    </w:p>
    <w:p>
      <w:r>
        <w:rPr>
          <w:b w:val="0"/>
          <w:sz w:val="20"/>
        </w:rPr>
        <w:t>- Selling, leasing, or mortgaging real or personal property belonging to my estate.</w:t>
      </w:r>
    </w:p>
    <w:p>
      <w:r>
        <w:rPr>
          <w:b w:val="0"/>
          <w:sz w:val="20"/>
        </w:rPr>
        <w:t>- Investing and reinvesting estate assets.</w:t>
      </w:r>
    </w:p>
    <w:p>
      <w:r>
        <w:rPr>
          <w:b w:val="0"/>
          <w:sz w:val="20"/>
        </w:rPr>
        <w:t>- Settling claims for or against my estate.</w:t>
      </w:r>
    </w:p>
    <w:p>
      <w:r>
        <w:rPr>
          <w:b w:val="0"/>
          <w:sz w:val="20"/>
        </w:rPr>
        <w:t>- Employing attorneys, accountants, and other professionals as necessary.</w:t>
      </w:r>
    </w:p>
    <w:p/>
    <w:p>
      <w:r>
        <w:rPr>
          <w:b/>
          <w:sz w:val="20"/>
        </w:rPr>
        <w:t>ARTICLE 8 – NO CONTEST CLAUSE</w:t>
      </w:r>
    </w:p>
    <w:p>
      <w:r>
        <w:rPr>
          <w:b w:val="0"/>
          <w:sz w:val="20"/>
        </w:rPr>
        <w:t>If any beneficiary under this Will contests this Will or any of its provisions, any share or interest in my estate given to that contesting beneficiary shall be forfeited and shall pass as if that beneficiary had predeceased me.</w:t>
      </w:r>
    </w:p>
    <w:p/>
    <w:p>
      <w:r>
        <w:rPr>
          <w:b/>
          <w:sz w:val="20"/>
        </w:rPr>
        <w:t>ARTICLE 9 – GOVERNING LAW</w:t>
      </w:r>
    </w:p>
    <w:p>
      <w:r>
        <w:rPr>
          <w:b w:val="0"/>
          <w:sz w:val="20"/>
        </w:rPr>
        <w:t>This Will shall be governed by and construed under the laws of the State of ____________________________________________________________.</w:t>
      </w:r>
    </w:p>
    <w:p/>
    <w:p>
      <w:r>
        <w:rPr>
          <w:b/>
          <w:sz w:val="20"/>
        </w:rPr>
        <w:t>ARTICLE 10 – MISCELLANEOUS</w:t>
      </w:r>
    </w:p>
    <w:p>
      <w:r>
        <w:rPr>
          <w:b w:val="0"/>
          <w:sz w:val="20"/>
        </w:rPr>
        <w:t>- If any provision of this Will is held invalid, the remaining provisions shall remain in full force and effect.</w:t>
      </w:r>
    </w:p>
    <w:p>
      <w:r>
        <w:rPr>
          <w:b w:val="0"/>
          <w:sz w:val="20"/>
        </w:rPr>
        <w:t>- Headings are for convenience only and shall not affect interpretation.</w:t>
      </w:r>
    </w:p>
    <w:p>
      <w:r>
        <w:rPr>
          <w:b w:val="0"/>
          <w:sz w:val="20"/>
        </w:rPr>
        <w:t>- This Will is intended to be a complete and exclusive statement of my wishes regarding the disposition of my estate.</w:t>
      </w:r>
    </w:p>
    <w:p/>
    <w:p/>
    <w:p>
      <w:r>
        <w:rPr>
          <w:b/>
          <w:sz w:val="20"/>
        </w:rPr>
        <w:t>IN WITNESS WHEREOF, I have hereunto set my hand and seal, this ______ day of ____________________, in the presence of the undersigned witnesses, who have signed at my request and in my presence.</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r>
              <w:t>Testator/Testatrix</w:t>
            </w:r>
          </w:p>
        </w:tc>
        <w:tc>
          <w:tcPr>
            <w:tcW w:type="dxa" w:w="4986"/>
            <w:tcBorders>
              <w:top w:val="nil"/>
              <w:left w:val="nil"/>
              <w:bottom w:val="nil"/>
              <w:right w:val="nil"/>
              <w:insideH w:val="nil"/>
              <w:insideV w:val="nil"/>
            </w:tcBorders>
          </w:tcPr>
          <w:p>
            <w:r>
              <w:t>Witnesses</w:t>
            </w:r>
          </w:p>
        </w:tc>
      </w:tr>
      <w:tr>
        <w:tc>
          <w:tcPr>
            <w:tcW w:type="dxa" w:w="4986"/>
            <w:tcBorders>
              <w:top w:val="nil"/>
              <w:left w:val="nil"/>
              <w:bottom w:val="nil"/>
              <w:right w:val="nil"/>
              <w:insideH w:val="nil"/>
              <w:insideV w:val="nil"/>
            </w:tcBorders>
          </w:tcPr>
          <w:p>
            <w:r>
              <w:br/>
              <w:br/>
              <w:t>Signature: _________________________</w:t>
            </w:r>
          </w:p>
        </w:tc>
        <w:tc>
          <w:tcPr>
            <w:tcW w:type="dxa" w:w="4986"/>
            <w:tcBorders>
              <w:top w:val="nil"/>
              <w:left w:val="nil"/>
              <w:bottom w:val="nil"/>
              <w:right w:val="nil"/>
              <w:insideH w:val="nil"/>
              <w:insideV w:val="nil"/>
            </w:tcBorders>
          </w:tcPr>
          <w:p>
            <w:r>
              <w:br/>
              <w:br/>
              <w:t>Signature: _________________________</w:t>
            </w:r>
          </w:p>
        </w:tc>
      </w:tr>
      <w:tr>
        <w:tc>
          <w:tcPr>
            <w:tcW w:type="dxa" w:w="4986"/>
            <w:tcBorders>
              <w:top w:val="nil"/>
              <w:left w:val="nil"/>
              <w:bottom w:val="nil"/>
              <w:right w:val="nil"/>
              <w:insideH w:val="nil"/>
              <w:insideV w:val="nil"/>
            </w:tcBorders>
          </w:tcPr>
          <w:p>
            <w:r>
              <w:t>Name: ________________________________</w:t>
            </w:r>
          </w:p>
        </w:tc>
        <w:tc>
          <w:tcPr>
            <w:tcW w:type="dxa" w:w="4986"/>
            <w:tcBorders>
              <w:top w:val="nil"/>
              <w:left w:val="nil"/>
              <w:bottom w:val="nil"/>
              <w:right w:val="nil"/>
              <w:insideH w:val="nil"/>
              <w:insideV w:val="nil"/>
            </w:tcBorders>
          </w:tcPr>
          <w:p>
            <w:r>
              <w:t>Name: ________________________________</w:t>
              <w:br/>
              <w:t>Address: ______________________________</w:t>
            </w:r>
          </w:p>
        </w:tc>
      </w:tr>
    </w:tbl>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br/>
              <w:br/>
              <w:t>Signature: _________________________</w:t>
            </w:r>
          </w:p>
        </w:tc>
      </w:tr>
      <w:tr>
        <w:tc>
          <w:tcPr>
            <w:tcW w:type="dxa" w:w="9972"/>
            <w:tcBorders>
              <w:top w:val="nil"/>
              <w:left w:val="nil"/>
              <w:bottom w:val="nil"/>
              <w:right w:val="nil"/>
              <w:insideH w:val="nil"/>
              <w:insideV w:val="nil"/>
            </w:tcBorders>
          </w:tcPr>
          <w:p>
            <w:pPr>
              <w:jc w:val="center"/>
            </w:pPr>
            <w:r>
              <w:t>Name: ________________________________</w:t>
              <w:br/>
              <w:t>Address: ______________________________</w:t>
            </w:r>
          </w:p>
        </w:tc>
      </w:tr>
    </w:tbl>
    <w:p/>
    <w:p>
      <w:r>
        <w:rPr>
          <w:b/>
          <w:sz w:val="20"/>
        </w:rPr>
        <w:t>WITNESSES' CLAUSE</w:t>
      </w:r>
    </w:p>
    <w:p>
      <w:r>
        <w:rPr>
          <w:b w:val="0"/>
          <w:sz w:val="20"/>
        </w:rPr>
        <w:t>We, the undersigned witnesses, declare that the Testator/Testatrix signed or acknowledged this Last Will and Testament in our presence; that we signed as witnesses in the presence of the Testator/Testatrix and each other; and that the Testator/Testatrix appeared to be of sound mind and under no undue influence at the time.</w:t>
      </w:r>
    </w:p>
    <w:p/>
    <w:tbl>
      <w:tblPr>
        <w:tblW w:type="auto" w:w="0"/>
        <w:tblLayout w:type="autofit"/>
        <w:tblLook w:firstColumn="1" w:firstRow="1" w:lastColumn="0" w:lastRow="0" w:noHBand="0" w:noVBand="1" w:val="04A0"/>
      </w:tblPr>
      <w:tblGrid>
        <w:gridCol w:w="3324"/>
        <w:gridCol w:w="3324"/>
        <w:gridCol w:w="3324"/>
      </w:tblGrid>
      <w:tr>
        <w:tc>
          <w:tcPr>
            <w:tcW w:type="dxa" w:w="3324"/>
            <w:tcBorders>
              <w:top w:val="nil"/>
              <w:left w:val="nil"/>
              <w:bottom w:val="nil"/>
              <w:right w:val="nil"/>
              <w:insideH w:val="nil"/>
              <w:insideV w:val="nil"/>
            </w:tcBorders>
          </w:tcPr>
          <w:p>
            <w:pPr>
              <w:jc w:val="center"/>
            </w:pPr>
            <w:r>
              <w:t>Witness #1 Name</w:t>
            </w:r>
          </w:p>
        </w:tc>
        <w:tc>
          <w:tcPr>
            <w:tcW w:type="dxa" w:w="3324"/>
            <w:tcBorders>
              <w:top w:val="nil"/>
              <w:left w:val="nil"/>
              <w:bottom w:val="nil"/>
              <w:right w:val="nil"/>
              <w:insideH w:val="nil"/>
              <w:insideV w:val="nil"/>
            </w:tcBorders>
          </w:tcPr>
          <w:p>
            <w:pPr>
              <w:jc w:val="center"/>
            </w:pPr>
            <w:r>
              <w:t>Witness #1 Signature</w:t>
            </w:r>
          </w:p>
        </w:tc>
        <w:tc>
          <w:tcPr>
            <w:tcW w:type="dxa" w:w="3324"/>
            <w:tcBorders>
              <w:top w:val="nil"/>
              <w:left w:val="nil"/>
              <w:bottom w:val="nil"/>
              <w:right w:val="nil"/>
              <w:insideH w:val="nil"/>
              <w:insideV w:val="nil"/>
            </w:tcBorders>
          </w:tcPr>
          <w:p>
            <w:pPr>
              <w:jc w:val="center"/>
            </w:pPr>
            <w:r>
              <w:t>Date</w:t>
            </w:r>
          </w:p>
        </w:tc>
      </w:tr>
      <w:tr>
        <w:tc>
          <w:tcPr>
            <w:tcW w:type="dxa" w:w="3324"/>
            <w:tcBorders>
              <w:top w:val="nil"/>
              <w:left w:val="nil"/>
              <w:bottom w:val="nil"/>
              <w:right w:val="nil"/>
              <w:insideH w:val="nil"/>
              <w:insideV w:val="nil"/>
            </w:tcBorders>
          </w:tcPr>
          <w:p>
            <w:pPr>
              <w:jc w:val="center"/>
            </w:pPr>
            <w:r>
              <w:t>____________________________________</w:t>
            </w:r>
          </w:p>
        </w:tc>
        <w:tc>
          <w:tcPr>
            <w:tcW w:type="dxa" w:w="3324"/>
            <w:tcBorders>
              <w:top w:val="nil"/>
              <w:left w:val="nil"/>
              <w:bottom w:val="nil"/>
              <w:right w:val="nil"/>
              <w:insideH w:val="nil"/>
              <w:insideV w:val="nil"/>
            </w:tcBorders>
          </w:tcPr>
          <w:p>
            <w:pPr>
              <w:jc w:val="center"/>
            </w:pPr>
            <w:r>
              <w:t>____________________________________</w:t>
            </w:r>
          </w:p>
        </w:tc>
        <w:tc>
          <w:tcPr>
            <w:tcW w:type="dxa" w:w="3324"/>
            <w:tcBorders>
              <w:top w:val="nil"/>
              <w:left w:val="nil"/>
              <w:bottom w:val="nil"/>
              <w:right w:val="nil"/>
              <w:insideH w:val="nil"/>
              <w:insideV w:val="nil"/>
            </w:tcBorders>
          </w:tcPr>
          <w:p>
            <w:pPr>
              <w:jc w:val="center"/>
            </w:pPr>
            <w:r>
              <w:t>____________________________________</w:t>
            </w:r>
          </w:p>
        </w:tc>
      </w:tr>
    </w:tbl>
    <w:p/>
    <w:p/>
    <w:p>
      <w:r>
        <w:rPr>
          <w:b/>
          <w:sz w:val="20"/>
        </w:rPr>
        <w:t>SELF-PROVING AFFIDAVIT</w:t>
      </w:r>
    </w:p>
    <w:p>
      <w:r>
        <w:rPr>
          <w:b w:val="0"/>
          <w:sz w:val="20"/>
        </w:rPr>
        <w:t>STATE OF _______________________ )</w:t>
      </w:r>
    </w:p>
    <w:p>
      <w:r>
        <w:rPr>
          <w:b w:val="0"/>
          <w:sz w:val="20"/>
        </w:rPr>
        <w:t>COUNTY OF _____________________ )</w:t>
      </w:r>
    </w:p>
    <w:p/>
    <w:p>
      <w:r>
        <w:rPr>
          <w:b w:val="0"/>
          <w:sz w:val="20"/>
        </w:rPr>
        <w:t>Before me, the undersigned authority, on this day personally appeared ____________________________________________________________, Testator/Testatrix, and ____________________________________________________________, Witness #1, and ____________________________________________________________, Witness #2, known to me to be the persons whose names are subscribed to the foregoing instrument, and all of said persons being by me duly sworn, upon their oaths state as follows:</w:t>
      </w:r>
    </w:p>
    <w:p/>
    <w:p>
      <w:r>
        <w:rPr>
          <w:b w:val="0"/>
          <w:sz w:val="20"/>
        </w:rPr>
        <w:t>1. The Testator/Testatrix declared to us that this instrument is the Testator’s/ Testatrix’s Last Will and Testament.</w:t>
      </w:r>
    </w:p>
    <w:p>
      <w:r>
        <w:rPr>
          <w:b w:val="0"/>
          <w:sz w:val="20"/>
        </w:rPr>
        <w:t>2. The Testator/Testatrix signed this Will in our presence and we, at the Testator’s/ Testatrix’s request and in the presence of the Testator/ Testatrix and each other, signed as witnesses.</w:t>
      </w:r>
    </w:p>
    <w:p>
      <w:r>
        <w:rPr>
          <w:b w:val="0"/>
          <w:sz w:val="20"/>
        </w:rPr>
        <w:t>3. The Testator/Testatrix appeared to be of sound mind and under no undue influence at the time of signing.</w:t>
      </w:r>
    </w:p>
    <w:p/>
    <w:p>
      <w:r>
        <w:rPr>
          <w:b w:val="0"/>
          <w:sz w:val="20"/>
        </w:rPr>
        <w:t>______________________________</w:t>
      </w:r>
    </w:p>
    <w:p>
      <w:r>
        <w:rPr>
          <w:b w:val="0"/>
          <w:sz w:val="20"/>
        </w:rPr>
        <w:t>Notary Public</w:t>
      </w:r>
    </w:p>
    <w:p>
      <w:r>
        <w:rPr>
          <w:b w:val="0"/>
          <w:sz w:val="20"/>
        </w:rPr>
        <w:t>My commission expires: 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https://docs-realestate.com/will-and-estate-planning-template/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will-and-estate-planning-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