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WEEKLY RENTAL AGREEMENT</w:t>
      </w:r>
    </w:p>
    <w:p/>
    <w:p/>
    <w:p>
      <w:r>
        <w:rPr>
          <w:b/>
          <w:sz w:val="20"/>
        </w:rPr>
        <w:t>This Weekly Rental Agreement (the “Agreement”) is made by and between the following parties:</w:t>
      </w:r>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TENANT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r>
        <w:rPr>
          <w:b/>
          <w:sz w:val="20"/>
        </w:rPr>
        <w:t>PROPERTY DESCRIPTION:</w:t>
      </w:r>
    </w:p>
    <w:p>
      <w:r>
        <w:rPr>
          <w:b w:val="0"/>
          <w:sz w:val="20"/>
        </w:rPr>
        <w:t>Address of Rental Property: ____________________________________________</w:t>
      </w:r>
    </w:p>
    <w:p>
      <w:r>
        <w:rPr>
          <w:b w:val="0"/>
          <w:sz w:val="20"/>
        </w:rPr>
        <w:t>Type of Property: ______________________________________________________</w:t>
      </w:r>
    </w:p>
    <w:p>
      <w:r>
        <w:rPr>
          <w:b w:val="0"/>
          <w:sz w:val="20"/>
        </w:rPr>
        <w:t>Furnishings Included: _________________________________________________</w:t>
      </w:r>
    </w:p>
    <w:p>
      <w:r>
        <w:rPr>
          <w:b w:val="0"/>
          <w:sz w:val="20"/>
        </w:rPr>
        <w:t>Other Amenities: ______________________________________________________</w:t>
      </w:r>
    </w:p>
    <w:p/>
    <w:p/>
    <w:p>
      <w:r>
        <w:rPr>
          <w:b/>
          <w:sz w:val="20"/>
        </w:rPr>
        <w:t>TERM OF AGREEMENT:</w:t>
      </w:r>
    </w:p>
    <w:p>
      <w:r>
        <w:rPr>
          <w:b w:val="0"/>
          <w:sz w:val="20"/>
        </w:rPr>
        <w:t>The term of this rental shall begin on _______________________________ and end on _______________________________ (a period of one week).</w:t>
      </w:r>
    </w:p>
    <w:p/>
    <w:p/>
    <w:p>
      <w:r>
        <w:rPr>
          <w:b/>
          <w:sz w:val="20"/>
        </w:rPr>
        <w:t>RENT AND PAYMENT TERMS:</w:t>
      </w:r>
    </w:p>
    <w:p>
      <w:r>
        <w:rPr>
          <w:b w:val="0"/>
          <w:sz w:val="20"/>
        </w:rPr>
        <w:t>Weekly Rent Amount: $__________________ USD</w:t>
      </w:r>
    </w:p>
    <w:p>
      <w:r>
        <w:rPr>
          <w:b w:val="0"/>
          <w:sz w:val="20"/>
        </w:rPr>
        <w:t>Due Date: Rent shall be paid in full prior to occupancy or as otherwise agreed.</w:t>
      </w:r>
    </w:p>
    <w:p>
      <w:r>
        <w:rPr>
          <w:b w:val="0"/>
          <w:sz w:val="20"/>
        </w:rPr>
        <w:t>Payment Method: _____________________________________________________</w:t>
      </w:r>
    </w:p>
    <w:p>
      <w:r>
        <w:rPr>
          <w:b w:val="0"/>
          <w:sz w:val="20"/>
        </w:rPr>
        <w:t>Late Payment: A late fee of $________ will be assessed if rent is not received within ______ days of the due date.</w:t>
      </w:r>
    </w:p>
    <w:p/>
    <w:p/>
    <w:p>
      <w:r>
        <w:rPr>
          <w:b/>
          <w:sz w:val="20"/>
        </w:rPr>
        <w:t>SECURITY DEPOSIT:</w:t>
      </w:r>
    </w:p>
    <w:p>
      <w:r>
        <w:rPr>
          <w:b w:val="0"/>
          <w:sz w:val="20"/>
        </w:rPr>
        <w:t>Tenant shall pay a security deposit of $_________________ USD prior to occupancy.</w:t>
      </w:r>
    </w:p>
    <w:p>
      <w:r>
        <w:rPr>
          <w:b w:val="0"/>
          <w:sz w:val="20"/>
        </w:rPr>
        <w:t>The deposit will be held to cover damages, excessive cleaning, unpaid rent, or other breaches of this Agreement.</w:t>
      </w:r>
    </w:p>
    <w:p>
      <w:r>
        <w:rPr>
          <w:b w:val="0"/>
          <w:sz w:val="20"/>
        </w:rPr>
        <w:t>Deposit refund: The security deposit will be returned within ______ days after the end of the rental term, less any deductions.</w:t>
      </w:r>
    </w:p>
    <w:p/>
    <w:p/>
    <w:p>
      <w:r>
        <w:rPr>
          <w:b/>
          <w:sz w:val="20"/>
        </w:rPr>
        <w:t>USE OF PROPERTY:</w:t>
      </w:r>
    </w:p>
    <w:p>
      <w:r>
        <w:rPr>
          <w:b w:val="0"/>
          <w:sz w:val="20"/>
        </w:rPr>
        <w:t>The Tenant shall use the property exclusively for residential purposes and shall not engage in any unlawful activities thereon.</w:t>
      </w:r>
    </w:p>
    <w:p>
      <w:r>
        <w:rPr>
          <w:b w:val="0"/>
          <w:sz w:val="20"/>
        </w:rPr>
        <w:t>Occupancy is limited to the following persons: _______________________________________________</w:t>
      </w:r>
    </w:p>
    <w:p>
      <w:r>
        <w:rPr>
          <w:b w:val="0"/>
          <w:sz w:val="20"/>
        </w:rPr>
        <w:t>Tenant shall comply with all applicable laws, ordinances, and community rules.</w:t>
      </w:r>
    </w:p>
    <w:p/>
    <w:p/>
    <w:p>
      <w:r>
        <w:rPr>
          <w:b/>
          <w:sz w:val="20"/>
        </w:rPr>
        <w:t>MAINTENANCE AND REPAIRS:</w:t>
      </w:r>
    </w:p>
    <w:p>
      <w:r>
        <w:rPr>
          <w:b w:val="0"/>
          <w:sz w:val="20"/>
        </w:rPr>
        <w:t>Tenant shall maintain the property in a clean and sanitary condition.</w:t>
      </w:r>
    </w:p>
    <w:p>
      <w:r>
        <w:rPr>
          <w:b w:val="0"/>
          <w:sz w:val="20"/>
        </w:rPr>
        <w:t>Tenant shall promptly notify Landlord of any damage or needed repairs.</w:t>
      </w:r>
    </w:p>
    <w:p>
      <w:r>
        <w:rPr>
          <w:b w:val="0"/>
          <w:sz w:val="20"/>
        </w:rPr>
        <w:t>Landlord shall be responsible for all repairs not caused by Tenant’s negligence or misuse.</w:t>
      </w:r>
    </w:p>
    <w:p/>
    <w:p/>
    <w:p>
      <w:r>
        <w:rPr>
          <w:b/>
          <w:sz w:val="20"/>
        </w:rPr>
        <w:t>UTILITIES AND SERVICES:</w:t>
      </w:r>
    </w:p>
    <w:p>
      <w:r>
        <w:rPr>
          <w:b w:val="0"/>
          <w:sz w:val="20"/>
        </w:rPr>
        <w:t>Tenant shall be responsible for payment of the following utilities: ____________________________________________________</w:t>
      </w:r>
    </w:p>
    <w:p>
      <w:r>
        <w:rPr>
          <w:b w:val="0"/>
          <w:sz w:val="20"/>
        </w:rPr>
        <w:t>Landlord shall be responsible for payment of the following utilities: ____________________________________________________</w:t>
      </w:r>
    </w:p>
    <w:p/>
    <w:p/>
    <w:p>
      <w:r>
        <w:rPr>
          <w:b/>
          <w:sz w:val="20"/>
        </w:rPr>
        <w:t>RULES AND REGULATIONS:</w:t>
      </w:r>
    </w:p>
    <w:p>
      <w:r>
        <w:rPr>
          <w:b w:val="0"/>
          <w:sz w:val="20"/>
        </w:rPr>
        <w:t>Tenant agrees to abide by all property rules and regulations established by Landlord or applicable governing bodies.</w:t>
      </w:r>
    </w:p>
    <w:p>
      <w:r>
        <w:rPr>
          <w:b w:val="0"/>
          <w:sz w:val="20"/>
        </w:rPr>
        <w:t>No pets shall be allowed without prior written consent of Landlord.</w:t>
      </w:r>
    </w:p>
    <w:p>
      <w:r>
        <w:rPr>
          <w:b w:val="0"/>
          <w:sz w:val="20"/>
        </w:rPr>
        <w:t>Smoking is/is not permitted on the premises. (Select applicable)</w:t>
      </w:r>
    </w:p>
    <w:p/>
    <w:p/>
    <w:p>
      <w:r>
        <w:rPr>
          <w:b/>
          <w:sz w:val="20"/>
        </w:rPr>
        <w:t>ENTRY BY LANDLORD:</w:t>
      </w:r>
    </w:p>
    <w:p>
      <w:r>
        <w:rPr>
          <w:b w:val="0"/>
          <w:sz w:val="20"/>
        </w:rPr>
        <w:t>Landlord may enter the property during reasonable hours to inspect, make repairs, or show the property to prospective tenants or buyers, providing at least 24 hours’ notice except in emergency situations.</w:t>
      </w:r>
    </w:p>
    <w:p/>
    <w:p/>
    <w:p>
      <w:r>
        <w:rPr>
          <w:b/>
          <w:sz w:val="20"/>
        </w:rPr>
        <w:t>TERMINATION:</w:t>
      </w:r>
    </w:p>
    <w:p>
      <w:r>
        <w:rPr>
          <w:b w:val="0"/>
          <w:sz w:val="20"/>
        </w:rPr>
        <w:t>This Agreement will terminate at the end of the rental term unless renewed in writing by both parties.</w:t>
      </w:r>
    </w:p>
    <w:p>
      <w:r>
        <w:rPr>
          <w:b w:val="0"/>
          <w:sz w:val="20"/>
        </w:rPr>
        <w:t>Either party may terminate this Agreement for cause if the other party breaches any material term, with written notice and opportunity to cure as required by law.</w:t>
      </w:r>
    </w:p>
    <w:p/>
    <w:p/>
    <w:p>
      <w:r>
        <w:rPr>
          <w:b/>
          <w:sz w:val="20"/>
        </w:rPr>
        <w:t>INDEMNIFICATION AND LIABILITY:</w:t>
      </w:r>
    </w:p>
    <w:p>
      <w:r>
        <w:rPr>
          <w:b w:val="0"/>
          <w:sz w:val="20"/>
        </w:rPr>
        <w:t>Tenant agrees to indemnify and hold Landlord harmless from any claims, damages, or liabilities arising from Tenant’s use of the property, except to the extent caused by Landlord’s gross negligence or willful misconduct.</w:t>
      </w:r>
    </w:p>
    <w:p>
      <w:r>
        <w:rPr>
          <w:b w:val="0"/>
          <w:sz w:val="20"/>
        </w:rPr>
        <w:t>Tenant is responsible for maintaining appropriate renter’s insurance.</w:t>
      </w:r>
    </w:p>
    <w:p/>
    <w:p/>
    <w:p>
      <w:r>
        <w:rPr>
          <w:b/>
          <w:sz w:val="20"/>
        </w:rPr>
        <w:t>GOVERNING LAW:</w:t>
      </w:r>
    </w:p>
    <w:p>
      <w:r>
        <w:rPr>
          <w:b w:val="0"/>
          <w:sz w:val="20"/>
        </w:rPr>
        <w:t>This Agreement shall be governed by and construed in accordance with the laws of the State in which the property is located, without regard to its conflict of law principles.</w:t>
      </w:r>
    </w:p>
    <w:p/>
    <w:p/>
    <w:p>
      <w:r>
        <w:rPr>
          <w:b/>
          <w:sz w:val="20"/>
        </w:rPr>
        <w:t>ENTIRE AGREEMENT:</w:t>
      </w:r>
    </w:p>
    <w:p>
      <w:r>
        <w:rPr>
          <w:b w:val="0"/>
          <w:sz w:val="20"/>
        </w:rPr>
        <w:t>This Agreement constitutes the entire agreement between the parties and supersedes all prior understandings or agreements, oral or written, regarding the rental property.</w:t>
      </w:r>
    </w:p>
    <w:p>
      <w:r>
        <w:rPr>
          <w:b w:val="0"/>
          <w:sz w:val="20"/>
        </w:rPr>
        <w:t>Any amendments must be in writing and signed by both parties.</w:t>
      </w:r>
    </w:p>
    <w:p/>
    <w:p/>
    <w:p>
      <w:r>
        <w:rPr>
          <w:b/>
          <w:sz w:val="20"/>
        </w:rPr>
        <w:t>IN WITNESS WHEREOF, the parties have executed this Weekly Rental Agreement as of the date of signatures below.</w:t>
      </w:r>
    </w:p>
    <w:p/>
    <w:p/>
    <w:p>
      <w:r>
        <w:rPr>
          <w:b w:val="0"/>
          <w:sz w:val="20"/>
        </w:rPr>
        <w:t>Place of Agreement: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https://docs-realestate.com/weekly-rental-agreement-template/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weekly-rental-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