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TENANT RENTAL APPLICATION FORM</w:t>
      </w:r>
    </w:p>
    <w:p/>
    <w:p/>
    <w:p>
      <w:r>
        <w:rPr>
          <w:b/>
          <w:sz w:val="20"/>
        </w:rPr>
        <w:t>Applicant Information</w:t>
      </w:r>
    </w:p>
    <w:p>
      <w:r>
        <w:rPr>
          <w:b w:val="0"/>
          <w:sz w:val="20"/>
        </w:rPr>
        <w:t>Full Legal Name: ____________________________________________________________</w:t>
      </w:r>
    </w:p>
    <w:p>
      <w:r>
        <w:rPr>
          <w:b w:val="0"/>
          <w:sz w:val="20"/>
        </w:rPr>
        <w:t>Date of Birth: ______________________     Social Security Number: _______________</w:t>
      </w:r>
    </w:p>
    <w:p>
      <w:r>
        <w:rPr>
          <w:b w:val="0"/>
          <w:sz w:val="20"/>
        </w:rPr>
        <w:t>Phone Number: ________________________     Email Address: ______________________</w:t>
      </w:r>
    </w:p>
    <w:p>
      <w:r>
        <w:rPr>
          <w:b w:val="0"/>
          <w:sz w:val="20"/>
        </w:rPr>
        <w:t>Current Address: _____________________________________________________________</w:t>
      </w:r>
    </w:p>
    <w:p>
      <w:r>
        <w:rPr>
          <w:b w:val="0"/>
          <w:sz w:val="20"/>
        </w:rPr>
        <w:t>City: _____________________________      State: __________     Zip Code: ________</w:t>
      </w:r>
    </w:p>
    <w:p>
      <w:r>
        <w:rPr>
          <w:b w:val="0"/>
          <w:sz w:val="20"/>
        </w:rPr>
        <w:t>Length of Residency at Current Address: __________ years __________ months</w:t>
      </w:r>
    </w:p>
    <w:p>
      <w:r>
        <w:rPr>
          <w:b w:val="0"/>
          <w:sz w:val="20"/>
        </w:rPr>
        <w:t>Reason for Leaving: ___________________________________________________________</w:t>
      </w:r>
    </w:p>
    <w:p/>
    <w:p>
      <w:r>
        <w:rPr>
          <w:b/>
          <w:sz w:val="20"/>
        </w:rPr>
        <w:t>Previous Address (if less than 2 years at current address)</w:t>
      </w:r>
    </w:p>
    <w:p>
      <w:r>
        <w:rPr>
          <w:b w:val="0"/>
          <w:sz w:val="20"/>
        </w:rPr>
        <w:t>Address: ________________________________________________________________</w:t>
      </w:r>
    </w:p>
    <w:p>
      <w:r>
        <w:rPr>
          <w:b w:val="0"/>
          <w:sz w:val="20"/>
        </w:rPr>
        <w:t>City: _____________________________      State: __________     Zip Code: ________</w:t>
      </w:r>
    </w:p>
    <w:p>
      <w:r>
        <w:rPr>
          <w:b w:val="0"/>
          <w:sz w:val="20"/>
        </w:rPr>
        <w:t>Length of Residency at Previous Address: __________ years __________ months</w:t>
      </w:r>
    </w:p>
    <w:p>
      <w:r>
        <w:rPr>
          <w:b w:val="0"/>
          <w:sz w:val="20"/>
        </w:rPr>
        <w:t>Reason for Leaving: ___________________________________________________________</w:t>
      </w:r>
    </w:p>
    <w:p/>
    <w:p>
      <w:r>
        <w:rPr>
          <w:b/>
          <w:sz w:val="20"/>
        </w:rPr>
        <w:t>Employment Information</w:t>
      </w:r>
    </w:p>
    <w:p>
      <w:r>
        <w:rPr>
          <w:b w:val="0"/>
          <w:sz w:val="20"/>
        </w:rPr>
        <w:t>Current Employer: ___________________________________________________________</w:t>
      </w:r>
    </w:p>
    <w:p>
      <w:r>
        <w:rPr>
          <w:b w:val="0"/>
          <w:sz w:val="20"/>
        </w:rPr>
        <w:t>Employer Address: ___________________________________________________________</w:t>
      </w:r>
    </w:p>
    <w:p>
      <w:r>
        <w:rPr>
          <w:b w:val="0"/>
          <w:sz w:val="20"/>
        </w:rPr>
        <w:t>City: _____________________________      State: __________     Zip Code: ________</w:t>
      </w:r>
    </w:p>
    <w:p>
      <w:r>
        <w:rPr>
          <w:b w:val="0"/>
          <w:sz w:val="20"/>
        </w:rPr>
        <w:t>Position/Title: _______________________________________________________________</w:t>
      </w:r>
    </w:p>
    <w:p>
      <w:r>
        <w:rPr>
          <w:b w:val="0"/>
          <w:sz w:val="20"/>
        </w:rPr>
        <w:t>Supervisor Name: _____________________________________________________________</w:t>
      </w:r>
    </w:p>
    <w:p>
      <w:r>
        <w:rPr>
          <w:b w:val="0"/>
          <w:sz w:val="20"/>
        </w:rPr>
        <w:t>Supervisor Phone Number: ______________________</w:t>
      </w:r>
    </w:p>
    <w:p>
      <w:r>
        <w:rPr>
          <w:b w:val="0"/>
          <w:sz w:val="20"/>
        </w:rPr>
        <w:t>Monthly Gross Income: $_____________________</w:t>
      </w:r>
    </w:p>
    <w:p>
      <w:r>
        <w:rPr>
          <w:b w:val="0"/>
          <w:sz w:val="20"/>
        </w:rPr>
        <w:t>Length of Employment: __________ years __________ months</w:t>
      </w:r>
    </w:p>
    <w:p/>
    <w:p>
      <w:r>
        <w:rPr>
          <w:b/>
          <w:sz w:val="20"/>
        </w:rPr>
        <w:t>Previous Employer (if less than 2 years at current employer)</w:t>
      </w:r>
    </w:p>
    <w:p>
      <w:r>
        <w:rPr>
          <w:b w:val="0"/>
          <w:sz w:val="20"/>
        </w:rPr>
        <w:t>Employer: _________________________________________________________________</w:t>
      </w:r>
    </w:p>
    <w:p>
      <w:r>
        <w:rPr>
          <w:b w:val="0"/>
          <w:sz w:val="20"/>
        </w:rPr>
        <w:t>Employer Address: ___________________________________________________________</w:t>
      </w:r>
    </w:p>
    <w:p>
      <w:r>
        <w:rPr>
          <w:b w:val="0"/>
          <w:sz w:val="20"/>
        </w:rPr>
        <w:t>City: _____________________________      State: __________     Zip Code: ________</w:t>
      </w:r>
    </w:p>
    <w:p>
      <w:r>
        <w:rPr>
          <w:b w:val="0"/>
          <w:sz w:val="20"/>
        </w:rPr>
        <w:t>Position/Title: _______________________________________________________________</w:t>
      </w:r>
    </w:p>
    <w:p>
      <w:r>
        <w:rPr>
          <w:b w:val="0"/>
          <w:sz w:val="20"/>
        </w:rPr>
        <w:t>Supervisor Name: _____________________________________________________________</w:t>
      </w:r>
    </w:p>
    <w:p>
      <w:r>
        <w:rPr>
          <w:b w:val="0"/>
          <w:sz w:val="20"/>
        </w:rPr>
        <w:t>Supervisor Phone Number: ______________________</w:t>
      </w:r>
    </w:p>
    <w:p>
      <w:r>
        <w:rPr>
          <w:b w:val="0"/>
          <w:sz w:val="20"/>
        </w:rPr>
        <w:t>Monthly Gross Income: $_____________________</w:t>
      </w:r>
    </w:p>
    <w:p>
      <w:r>
        <w:rPr>
          <w:b w:val="0"/>
          <w:sz w:val="20"/>
        </w:rPr>
        <w:t>Length of Employment: __________ years __________ months</w:t>
      </w:r>
    </w:p>
    <w:p/>
    <w:p>
      <w:r>
        <w:rPr>
          <w:b/>
          <w:sz w:val="20"/>
        </w:rPr>
        <w:t>Additional Income (e.g., alimony, child support, social security)</w:t>
      </w:r>
    </w:p>
    <w:p>
      <w:r>
        <w:rPr>
          <w:b w:val="0"/>
          <w:sz w:val="20"/>
        </w:rPr>
        <w:t>Source: ____________________________________________________________________</w:t>
      </w:r>
    </w:p>
    <w:p>
      <w:r>
        <w:rPr>
          <w:b w:val="0"/>
          <w:sz w:val="20"/>
        </w:rPr>
        <w:t>Monthly Amount: $_____________________</w:t>
      </w:r>
    </w:p>
    <w:p/>
    <w:p>
      <w:r>
        <w:rPr>
          <w:b/>
          <w:sz w:val="20"/>
        </w:rPr>
        <w:t>Personal References (not related)</w:t>
      </w:r>
    </w:p>
    <w:p>
      <w:r>
        <w:rPr>
          <w:b w:val="0"/>
          <w:sz w:val="20"/>
        </w:rPr>
        <w:t>Reference 1:</w:t>
      </w:r>
    </w:p>
    <w:p>
      <w:r>
        <w:rPr>
          <w:b w:val="0"/>
          <w:sz w:val="20"/>
        </w:rPr>
        <w:t>Full Name: ________________________________________________________________</w:t>
      </w:r>
    </w:p>
    <w:p>
      <w:r>
        <w:rPr>
          <w:b w:val="0"/>
          <w:sz w:val="20"/>
        </w:rPr>
        <w:t>Phone Number: _______________________     Relationship: _____________________</w:t>
      </w:r>
    </w:p>
    <w:p/>
    <w:p>
      <w:r>
        <w:rPr>
          <w:b w:val="0"/>
          <w:sz w:val="20"/>
        </w:rPr>
        <w:t>Reference 2:</w:t>
      </w:r>
    </w:p>
    <w:p>
      <w:r>
        <w:rPr>
          <w:b w:val="0"/>
          <w:sz w:val="20"/>
        </w:rPr>
        <w:t>Full Name: ________________________________________________________________</w:t>
      </w:r>
    </w:p>
    <w:p>
      <w:r>
        <w:rPr>
          <w:b w:val="0"/>
          <w:sz w:val="20"/>
        </w:rPr>
        <w:t>Phone Number: _______________________     Relationship: _____________________</w:t>
      </w:r>
    </w:p>
    <w:p/>
    <w:p>
      <w:r>
        <w:rPr>
          <w:b w:val="0"/>
          <w:sz w:val="20"/>
        </w:rPr>
        <w:t>Reference 3:</w:t>
      </w:r>
    </w:p>
    <w:p>
      <w:r>
        <w:rPr>
          <w:b w:val="0"/>
          <w:sz w:val="20"/>
        </w:rPr>
        <w:t>Full Name: ________________________________________________________________</w:t>
      </w:r>
    </w:p>
    <w:p>
      <w:r>
        <w:rPr>
          <w:b w:val="0"/>
          <w:sz w:val="20"/>
        </w:rPr>
        <w:t>Phone Number: _______________________     Relationship: _____________________</w:t>
      </w:r>
    </w:p>
    <w:p/>
    <w:p>
      <w:r>
        <w:rPr>
          <w:b/>
          <w:sz w:val="20"/>
        </w:rPr>
        <w:t>Rental History</w:t>
      </w:r>
    </w:p>
    <w:p>
      <w:r>
        <w:rPr>
          <w:b w:val="0"/>
          <w:sz w:val="20"/>
        </w:rPr>
        <w:t>Current Landlord Name: _______________________________________________________</w:t>
      </w:r>
    </w:p>
    <w:p>
      <w:r>
        <w:rPr>
          <w:b w:val="0"/>
          <w:sz w:val="20"/>
        </w:rPr>
        <w:t>Landlord Phone Number: ______________________</w:t>
      </w:r>
    </w:p>
    <w:p>
      <w:r>
        <w:rPr>
          <w:b w:val="0"/>
          <w:sz w:val="20"/>
        </w:rPr>
        <w:t>Monthly Rent: $_____________________</w:t>
      </w:r>
    </w:p>
    <w:p>
      <w:r>
        <w:rPr>
          <w:b w:val="0"/>
          <w:sz w:val="20"/>
        </w:rPr>
        <w:t>Length of Tenancy: __________ years __________ months</w:t>
      </w:r>
    </w:p>
    <w:p>
      <w:r>
        <w:rPr>
          <w:b w:val="0"/>
          <w:sz w:val="20"/>
        </w:rPr>
        <w:t>Reason for Leaving: ___________________________________________________________</w:t>
      </w:r>
    </w:p>
    <w:p/>
    <w:p>
      <w:r>
        <w:rPr>
          <w:b/>
          <w:sz w:val="20"/>
        </w:rPr>
        <w:t>Criminal History Disclosure</w:t>
      </w:r>
    </w:p>
    <w:p>
      <w:r>
        <w:rPr>
          <w:b w:val="0"/>
          <w:sz w:val="20"/>
        </w:rPr>
        <w:t>Have you ever been convicted of a felony? (circle one) YES    NO</w:t>
      </w:r>
    </w:p>
    <w:p>
      <w:r>
        <w:rPr>
          <w:b w:val="0"/>
          <w:sz w:val="20"/>
        </w:rPr>
        <w:t>If YES, please explain: _______________________________________________________</w:t>
      </w:r>
    </w:p>
    <w:p/>
    <w:p>
      <w:r>
        <w:rPr>
          <w:b/>
          <w:sz w:val="20"/>
        </w:rPr>
        <w:t>Authorization and Certification</w:t>
      </w:r>
    </w:p>
    <w:p>
      <w:r>
        <w:rPr>
          <w:b w:val="0"/>
          <w:sz w:val="20"/>
        </w:rPr>
        <w:t>I hereby certify that the information provided in this application is true and complete to the best of my knowledge. I authorize the Landlord or its agents to verify all information provided, including but not limited to employment, rental history, credit reporting, and criminal background check as permitted by law. I understand that any false information may result in denial of tenancy or immediate termination of any lease agreement entered into based on this application.</w:t>
      </w:r>
    </w:p>
    <w:p/>
    <w:p/>
    <w:p>
      <w:r>
        <w:rPr>
          <w:b/>
          <w:sz w:val="20"/>
        </w:rPr>
        <w:t>Disclaimer</w:t>
      </w:r>
    </w:p>
    <w:p>
      <w:r>
        <w:rPr>
          <w:b w:val="0"/>
          <w:sz w:val="20"/>
        </w:rPr>
        <w:t>This application does not constitute an agreement to rent. The Landlord reserves the right to accept or reject this application at their sole discretion. The applicant understands that they may be required to pay a non-refundable application screening fee.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Date: ________________________________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 source of this document:</w:t>
      </w:r>
    </w:p>
    <w:p>
      <w:pPr>
        <w:jc w:val="center"/>
      </w:pPr>
      <w:hyperlink r:id="rId9">
        <w:r>
          <w:rPr>
            <w:color w:val="0000FF"/>
            <w:u w:val="single"/>
          </w:rPr>
          <w:t>https://docs-realestate.com/tenant-application-template/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tenant-application-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