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60 DAY NOTICE TO LANDLORD TO TERMINATE LEASE</w:t>
      </w:r>
    </w:p>
    <w:p/>
    <w:p/>
    <w:p>
      <w:r>
        <w:rPr>
          <w:b/>
          <w:sz w:val="20"/>
        </w:rPr>
        <w:t>Tenant Information:</w:t>
      </w:r>
    </w:p>
    <w:p>
      <w:r>
        <w:rPr>
          <w:b w:val="0"/>
          <w:sz w:val="20"/>
        </w:rPr>
        <w:t>Full Name(s): ____________________________________________________________</w:t>
      </w:r>
    </w:p>
    <w:p>
      <w:r>
        <w:rPr>
          <w:b w:val="0"/>
          <w:sz w:val="20"/>
        </w:rPr>
        <w:t>Current Address of Rental Property: ______________________________________</w:t>
      </w:r>
    </w:p>
    <w:p>
      <w:r>
        <w:rPr>
          <w:b w:val="0"/>
          <w:sz w:val="20"/>
        </w:rPr>
        <w:t>City: ___________________________ State: __________ Zip Code: ____________</w:t>
      </w:r>
    </w:p>
    <w:p>
      <w:r>
        <w:rPr>
          <w:b w:val="0"/>
          <w:sz w:val="20"/>
        </w:rPr>
        <w:t>Phone Number: ___________________________________________________________</w:t>
      </w:r>
    </w:p>
    <w:p>
      <w:r>
        <w:rPr>
          <w:b w:val="0"/>
          <w:sz w:val="20"/>
        </w:rPr>
        <w:t>Email Address (optional): _________________________________________________</w:t>
      </w:r>
    </w:p>
    <w:p/>
    <w:p>
      <w:r>
        <w:rPr>
          <w:b/>
          <w:sz w:val="20"/>
        </w:rPr>
        <w:t>Landlord Information:</w:t>
      </w:r>
    </w:p>
    <w:p>
      <w:r>
        <w:rPr>
          <w:b w:val="0"/>
          <w:sz w:val="20"/>
        </w:rPr>
        <w:t>Full Name(s): ____________________________________________________________</w:t>
      </w:r>
    </w:p>
    <w:p>
      <w:r>
        <w:rPr>
          <w:b w:val="0"/>
          <w:sz w:val="20"/>
        </w:rPr>
        <w:t>Address for Notice: ______________________________________________________</w:t>
      </w:r>
    </w:p>
    <w:p>
      <w:r>
        <w:rPr>
          <w:b w:val="0"/>
          <w:sz w:val="20"/>
        </w:rPr>
        <w:t>City: ___________________________ State: __________ Zip Code: ____________</w:t>
      </w:r>
    </w:p>
    <w:p>
      <w:r>
        <w:rPr>
          <w:b w:val="0"/>
          <w:sz w:val="20"/>
        </w:rPr>
        <w:t>Phone Number: ___________________________________________________________</w:t>
      </w:r>
    </w:p>
    <w:p>
      <w:r>
        <w:rPr>
          <w:b w:val="0"/>
          <w:sz w:val="20"/>
        </w:rPr>
        <w:t>Email Address (optional): _________________________________________________</w:t>
      </w:r>
    </w:p>
    <w:p/>
    <w:p/>
    <w:p>
      <w:r>
        <w:rPr>
          <w:b w:val="0"/>
          <w:sz w:val="20"/>
        </w:rPr>
        <w:t>Dear Landlord:</w:t>
      </w:r>
    </w:p>
    <w:p/>
    <w:p>
      <w:r>
        <w:rPr>
          <w:b w:val="0"/>
          <w:sz w:val="20"/>
        </w:rPr>
        <w:t>This letter serves as formal written notice of my intent to terminate the rental agreement for the above-referenced property. Pursuant to the lease agreement and applicable laws of the United States, I hereby provide at least sixty (60) days notice to vacate the premises. The tenancy will end on ____________________________, which is no less than sixty days from delivery of this notice.</w:t>
      </w:r>
    </w:p>
    <w:p/>
    <w:p>
      <w:r>
        <w:rPr>
          <w:b w:val="0"/>
          <w:sz w:val="20"/>
        </w:rPr>
        <w:t>I will ensure that the property is returned in clean and good condition, reasonable wear and tear excepted, and will coordinate a mutually agreeable time for the final inspection and returning of keys.</w:t>
      </w:r>
    </w:p>
    <w:p/>
    <w:p>
      <w:r>
        <w:rPr>
          <w:b/>
          <w:sz w:val="20"/>
        </w:rPr>
        <w:t>Forwarding Address for Return of Security Deposit:</w:t>
      </w:r>
    </w:p>
    <w:p>
      <w:r>
        <w:rPr>
          <w:b w:val="0"/>
          <w:sz w:val="20"/>
        </w:rPr>
        <w:t>Street Address: __________________________________________________________</w:t>
      </w:r>
    </w:p>
    <w:p>
      <w:r>
        <w:rPr>
          <w:b w:val="0"/>
          <w:sz w:val="20"/>
        </w:rPr>
        <w:t>City: ___________________________ State: __________ Zip Code: ____________</w:t>
      </w:r>
    </w:p>
    <w:p/>
    <w:p>
      <w:r>
        <w:rPr>
          <w:b/>
          <w:sz w:val="20"/>
        </w:rPr>
        <w:t>Security Deposit:</w:t>
      </w:r>
    </w:p>
    <w:p>
      <w:r>
        <w:rPr>
          <w:b w:val="0"/>
          <w:sz w:val="20"/>
        </w:rPr>
        <w:t>Please send the security deposit refund, less any lawful deductions, to the forwarding address above within the time frame required by applicable state law. I expect a written itemization of any deductions made.</w:t>
      </w:r>
    </w:p>
    <w:p/>
    <w:p/>
    <w:p>
      <w:r>
        <w:rPr>
          <w:b/>
          <w:sz w:val="20"/>
        </w:rPr>
        <w:t>Lease Details:</w:t>
      </w:r>
    </w:p>
    <w:p>
      <w:r>
        <w:rPr>
          <w:b w:val="0"/>
          <w:sz w:val="20"/>
        </w:rPr>
        <w:t>Lease Start Date: ___________________________</w:t>
      </w:r>
    </w:p>
    <w:p>
      <w:r>
        <w:rPr>
          <w:b w:val="0"/>
          <w:sz w:val="20"/>
        </w:rPr>
        <w:t>Lease End Date (if applicable): ___________________________</w:t>
      </w:r>
    </w:p>
    <w:p/>
    <w:p>
      <w:r>
        <w:rPr>
          <w:b/>
          <w:sz w:val="20"/>
        </w:rPr>
        <w:t>Acknowledgment:</w:t>
      </w:r>
    </w:p>
    <w:p>
      <w:r>
        <w:rPr>
          <w:b w:val="0"/>
          <w:sz w:val="20"/>
        </w:rPr>
        <w:t>This notice complies with all applicable laws and the terms of the lease agreement pertaining to termination and vacating of the rental property. I understand that failure to provide proper notice may result in additional charges or legal action.</w:t>
      </w:r>
    </w:p>
    <w:p/>
    <w:p/>
    <w:p>
      <w:r>
        <w:rPr>
          <w:b w:val="0"/>
          <w:sz w:val="20"/>
        </w:rPr>
        <w:t>Sincerely,</w:t>
      </w:r>
    </w:p>
    <w:p/>
    <w:p/>
    <w:p/>
    <w:p>
      <w:r>
        <w:rPr>
          <w:b w:val="0"/>
          <w:sz w:val="20"/>
        </w:rPr>
        <w:t>Tenant Signature: ____________________________________________</w:t>
      </w:r>
    </w:p>
    <w:p>
      <w:r>
        <w:rPr>
          <w:b w:val="0"/>
          <w:sz w:val="20"/>
        </w:rPr>
        <w:t>Printed Name: _______________________________________________</w:t>
      </w:r>
    </w:p>
    <w:p>
      <w:r>
        <w:rPr>
          <w:b w:val="0"/>
          <w:sz w:val="20"/>
        </w:rPr>
        <w:t>Date of Signing: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LANDLORD RECEIPT ACKNOWLEDGEMENT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TENANT RECEIPT ACKNOWLEDGEMENT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Signature: 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Signature: 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Name: ____________________________</w:t>
              <w:br/>
              <w:t>Date: 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Name: ____________________________</w:t>
              <w:br/>
              <w:t>Date: 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https://docs-realestate.com/template-for-60-day-notice-to-landlord/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https://docs-realestate.com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docs-realestate.com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-realestate.com/template-for-60-day-notice-to-landlord/" TargetMode="External"/><Relationship Id="rId10" Type="http://schemas.openxmlformats.org/officeDocument/2006/relationships/hyperlink" Target="https://docs-realesta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