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SUBLEASE AGREEMENT</w:t>
      </w:r>
    </w:p>
    <w:p/>
    <w:p>
      <w:r>
        <w:rPr>
          <w:b/>
          <w:sz w:val="20"/>
        </w:rPr>
        <w:t>This Sublease Agreement ("Agreement") is made by and between the following parties:</w:t>
      </w:r>
    </w:p>
    <w:p/>
    <w:p>
      <w:r>
        <w:rPr>
          <w:b/>
          <w:sz w:val="20"/>
        </w:rPr>
        <w:t>Sublessor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Sublessee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Premises:</w:t>
      </w:r>
    </w:p>
    <w:p>
      <w:r>
        <w:rPr>
          <w:b w:val="0"/>
          <w:sz w:val="20"/>
        </w:rPr>
        <w:t>The Sublessor hereby subleases to the Sublessee the following premises:</w:t>
      </w:r>
    </w:p>
    <w:p>
      <w:r>
        <w:rPr>
          <w:b w:val="0"/>
          <w:sz w:val="20"/>
        </w:rPr>
        <w:t>Address: ______________________________________________________________</w:t>
      </w:r>
    </w:p>
    <w:p>
      <w:r>
        <w:rPr>
          <w:b w:val="0"/>
          <w:sz w:val="20"/>
        </w:rPr>
        <w:t>Description of Premises: _______________________________________________</w:t>
      </w:r>
    </w:p>
    <w:p/>
    <w:p>
      <w:r>
        <w:rPr>
          <w:b/>
          <w:sz w:val="20"/>
        </w:rPr>
        <w:t>Term of Sublease:</w:t>
      </w:r>
    </w:p>
    <w:p>
      <w:r>
        <w:rPr>
          <w:b w:val="0"/>
          <w:sz w:val="20"/>
        </w:rPr>
        <w:t>The term of this Sublease shall begin on __________________ and shall end on __________________ unless terminated earlier in accordance with this Agreement.</w:t>
      </w:r>
    </w:p>
    <w:p/>
    <w:p>
      <w:r>
        <w:rPr>
          <w:b/>
          <w:sz w:val="20"/>
        </w:rPr>
        <w:t>Rent:</w:t>
      </w:r>
    </w:p>
    <w:p>
      <w:r>
        <w:rPr>
          <w:b w:val="0"/>
          <w:sz w:val="20"/>
        </w:rPr>
        <w:t>The Sublessee shall pay to the Sublessor as rent the sum of $____________ per month, payable in advance on the first day of each month at the Sublessor's address or at such other place as the Sublessor may designate in writing.</w:t>
      </w:r>
    </w:p>
    <w:p/>
    <w:p>
      <w:r>
        <w:rPr>
          <w:b/>
          <w:sz w:val="20"/>
        </w:rPr>
        <w:t>Security Deposit:</w:t>
      </w:r>
    </w:p>
    <w:p>
      <w:r>
        <w:rPr>
          <w:b w:val="0"/>
          <w:sz w:val="20"/>
        </w:rPr>
        <w:t>The Sublessee shall pay a security deposit of $____________ to the Sublessor prior to occupancy. The security deposit shall be held to secure Sublessee's performance under this Agreement and shall be returned in accordance with Texas Property Code §92.104.</w:t>
      </w:r>
    </w:p>
    <w:p/>
    <w:p>
      <w:r>
        <w:rPr>
          <w:b/>
          <w:sz w:val="20"/>
        </w:rPr>
        <w:t>Use of Premises:</w:t>
      </w:r>
    </w:p>
    <w:p>
      <w:r>
        <w:rPr>
          <w:b w:val="0"/>
          <w:sz w:val="20"/>
        </w:rPr>
        <w:t>The Sublessee shall use the Premises solely for residential purposes and shall comply with all applicable laws, regulations, and the primary lease agreement between Sublessor and the original landlord.</w:t>
      </w:r>
    </w:p>
    <w:p/>
    <w:p>
      <w:r>
        <w:rPr>
          <w:b/>
          <w:sz w:val="20"/>
        </w:rPr>
        <w:t>Compliance with Master Lease:</w:t>
      </w:r>
    </w:p>
    <w:p>
      <w:r>
        <w:rPr>
          <w:b w:val="0"/>
          <w:sz w:val="20"/>
        </w:rPr>
        <w:t>This Sublease is subject and subordinate to the terms and conditions of the master lease executed by the Sublessor and the original landlord. Sublessee agrees to comply with all obligations of Sublessor under the master lease to the extent applicable.</w:t>
      </w:r>
    </w:p>
    <w:p/>
    <w:p>
      <w:r>
        <w:rPr>
          <w:b/>
          <w:sz w:val="20"/>
        </w:rPr>
        <w:t>Utilities:</w:t>
      </w:r>
    </w:p>
    <w:p>
      <w:r>
        <w:rPr>
          <w:b w:val="0"/>
          <w:sz w:val="20"/>
        </w:rPr>
        <w:t>The following utilities and services shall be paid by the Sublessee: ________________________________. All other utilities and services shall remain the responsibility of the Sublessor.</w:t>
      </w:r>
    </w:p>
    <w:p/>
    <w:p>
      <w:r>
        <w:rPr>
          <w:b/>
          <w:sz w:val="20"/>
        </w:rPr>
        <w:t>Maintenance and Repairs:</w:t>
      </w:r>
    </w:p>
    <w:p>
      <w:r>
        <w:rPr>
          <w:b w:val="0"/>
          <w:sz w:val="20"/>
        </w:rPr>
        <w:t>Sublessee shall keep the Premises in good, clean, and rentable condition and promptly notify Sublessor of any damage or needed repairs. Sublessor shall be responsible for repairs unless damage is caused by Sublessee’s negligence or misuse.</w:t>
      </w:r>
    </w:p>
    <w:p/>
    <w:p>
      <w:r>
        <w:rPr>
          <w:b/>
          <w:sz w:val="20"/>
        </w:rPr>
        <w:t>Alterations:</w:t>
      </w:r>
    </w:p>
    <w:p>
      <w:r>
        <w:rPr>
          <w:b w:val="0"/>
          <w:sz w:val="20"/>
        </w:rPr>
        <w:t>Sublessee shall not make any alterations, improvements, or additions to the Premises without the prior written consent of the Sublessor and, if required, the original landlord.</w:t>
      </w:r>
    </w:p>
    <w:p/>
    <w:p>
      <w:r>
        <w:rPr>
          <w:b/>
          <w:sz w:val="20"/>
        </w:rPr>
        <w:t>Pets:</w:t>
      </w:r>
    </w:p>
    <w:p>
      <w:r>
        <w:rPr>
          <w:b w:val="0"/>
          <w:sz w:val="20"/>
        </w:rPr>
        <w:t>No pets shall be allowed on the Premises without the prior written consent of the Sublessor and original landlord, if applicable.</w:t>
      </w:r>
    </w:p>
    <w:p/>
    <w:p>
      <w:r>
        <w:rPr>
          <w:b/>
          <w:sz w:val="20"/>
        </w:rPr>
        <w:t>Entry by Sublessor:</w:t>
      </w:r>
    </w:p>
    <w:p>
      <w:r>
        <w:rPr>
          <w:b w:val="0"/>
          <w:sz w:val="20"/>
        </w:rPr>
        <w:t>Sublessor may enter the Premises at reasonable times with prior notice to inspect, make repairs, or show the Premises to prospective tenants or purchasers, subject to Texas Property Code §92.0081.</w:t>
      </w:r>
    </w:p>
    <w:p/>
    <w:p>
      <w:r>
        <w:rPr>
          <w:b/>
          <w:sz w:val="20"/>
        </w:rPr>
        <w:t>Default:</w:t>
      </w:r>
    </w:p>
    <w:p>
      <w:r>
        <w:rPr>
          <w:b w:val="0"/>
          <w:sz w:val="20"/>
        </w:rPr>
        <w:t>If Sublessee fails to pay rent or breaches any term of this Agreement, Sublessor may terminate this Sublease in accordance with Texas Property Code and pursue all legal remedies.</w:t>
      </w:r>
    </w:p>
    <w:p/>
    <w:p>
      <w:r>
        <w:rPr>
          <w:b/>
          <w:sz w:val="20"/>
        </w:rPr>
        <w:t>Indemnification:</w:t>
      </w:r>
    </w:p>
    <w:p>
      <w:r>
        <w:rPr>
          <w:b w:val="0"/>
          <w:sz w:val="20"/>
        </w:rPr>
        <w:t>Sublessee agrees to indemnify and hold Sublessor harmless from any claims, damages, or liabilities arising from Sublessee’s use of the Premises.</w:t>
      </w:r>
    </w:p>
    <w:p/>
    <w:p>
      <w:r>
        <w:rPr>
          <w:b/>
          <w:sz w:val="20"/>
        </w:rPr>
        <w:t>Assignment and Subletting:</w:t>
      </w:r>
    </w:p>
    <w:p>
      <w:r>
        <w:rPr>
          <w:b w:val="0"/>
          <w:sz w:val="20"/>
        </w:rPr>
        <w:t>Sublessee shall not assign this Agreement or further sublet the Premises without the prior written consent of the Sublessor and original landlord.</w:t>
      </w:r>
    </w:p>
    <w:p/>
    <w:p>
      <w:r>
        <w:rPr>
          <w:b/>
          <w:sz w:val="20"/>
        </w:rPr>
        <w:t>Governing Law:</w:t>
      </w:r>
    </w:p>
    <w:p>
      <w:r>
        <w:rPr>
          <w:b w:val="0"/>
          <w:sz w:val="20"/>
        </w:rPr>
        <w:t>This Agreement shall be governed, construed, and enforced in accordance with the laws of the State of Texas.</w:t>
      </w:r>
    </w:p>
    <w:p/>
    <w:p>
      <w:r>
        <w:rPr>
          <w:b/>
          <w:sz w:val="20"/>
        </w:rPr>
        <w:t>Entire Agreement:</w:t>
      </w:r>
    </w:p>
    <w:p>
      <w:r>
        <w:rPr>
          <w:b w:val="0"/>
          <w:sz w:val="20"/>
        </w:rPr>
        <w:t>This Agreement contains the entire agreement between the parties and supersedes all prior understandings. Any modifications must be in writing and signed by both parties.</w:t>
      </w:r>
    </w:p>
    <w:p/>
    <w:p>
      <w:r>
        <w:rPr>
          <w:b/>
          <w:sz w:val="20"/>
        </w:rPr>
        <w:t>Severability:</w:t>
      </w:r>
    </w:p>
    <w:p>
      <w:r>
        <w:rPr>
          <w:b w:val="0"/>
          <w:sz w:val="20"/>
        </w:rPr>
        <w:t>If any provision of this Agreement is found to be invalid or unenforceable, the remainder shall continue in full force and effect.</w:t>
      </w:r>
    </w:p>
    <w:p/>
    <w:p>
      <w:r>
        <w:rPr>
          <w:b/>
          <w:sz w:val="20"/>
        </w:rPr>
        <w:t>Notices:</w:t>
      </w:r>
    </w:p>
    <w:p>
      <w:r>
        <w:rPr>
          <w:b w:val="0"/>
          <w:sz w:val="20"/>
        </w:rPr>
        <w:t>All notices under this Agreement shall be in writing and delivered personally, by certified mail, or by recognized overnight courier to the addresses provided by the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SUBLESSOR</w:t>
            </w:r>
          </w:p>
        </w:tc>
        <w:tc>
          <w:tcPr>
            <w:tcW w:type="dxa" w:w="4986"/>
            <w:tcBorders>
              <w:top w:val="nil"/>
              <w:left w:val="nil"/>
              <w:bottom w:val="nil"/>
              <w:right w:val="nil"/>
              <w:insideH w:val="nil"/>
              <w:insideV w:val="nil"/>
            </w:tcBorders>
          </w:tcPr>
          <w:p>
            <w:pPr>
              <w:jc w:val="center"/>
            </w:pPr>
            <w:r>
              <w:t>SUBLESSEE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https://docs-realestate.com/sublease-agreement-template-texas/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sublease-agreement-template-texas/"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