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STANDARD RESIDENTIAL LEASE AGREEMENT</w:t>
      </w:r>
    </w:p>
    <w:p/>
    <w:p>
      <w:r>
        <w:rPr>
          <w:b/>
          <w:sz w:val="20"/>
        </w:rPr>
        <w:t>This Lease Agreement ("Agreement") is entered into by and between:</w:t>
      </w:r>
    </w:p>
    <w:p>
      <w:r>
        <w:rPr>
          <w:b w:val="0"/>
          <w:sz w:val="20"/>
        </w:rPr>
        <w:t>Landlord: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Tenant: _________________________________________________________________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1. PREMISES</w:t>
      </w:r>
    </w:p>
    <w:p>
      <w:r>
        <w:rPr>
          <w:b w:val="0"/>
          <w:sz w:val="20"/>
        </w:rPr>
        <w:t>Landlord hereby leases to Tenant, and Tenant hereby leases from Landlord, the residential property located at:</w:t>
      </w:r>
    </w:p>
    <w:p>
      <w:r>
        <w:rPr>
          <w:b w:val="0"/>
          <w:sz w:val="20"/>
        </w:rPr>
        <w:t>___________________________________________________________________________</w:t>
      </w:r>
    </w:p>
    <w:p>
      <w:r>
        <w:rPr>
          <w:b w:val="0"/>
          <w:sz w:val="20"/>
        </w:rPr>
        <w:t>including the following furnishings and appliances (if any):</w:t>
      </w:r>
    </w:p>
    <w:p>
      <w:r>
        <w:rPr>
          <w:b w:val="0"/>
          <w:sz w:val="20"/>
        </w:rPr>
        <w:t>___________________________________________________________________________</w:t>
      </w:r>
    </w:p>
    <w:p/>
    <w:p>
      <w:r>
        <w:rPr>
          <w:b/>
          <w:sz w:val="20"/>
        </w:rPr>
        <w:t>2. TERM</w:t>
      </w:r>
    </w:p>
    <w:p>
      <w:r>
        <w:rPr>
          <w:b w:val="0"/>
          <w:sz w:val="20"/>
        </w:rPr>
        <w:t>The term of this Lease shall commence on ______________________ and shall continue until ______________________, unless terminated earlier in accordance with this Agreement.</w:t>
      </w:r>
    </w:p>
    <w:p/>
    <w:p>
      <w:r>
        <w:rPr>
          <w:b/>
          <w:sz w:val="20"/>
        </w:rPr>
        <w:t>3. RENT</w:t>
      </w:r>
    </w:p>
    <w:p>
      <w:r>
        <w:rPr>
          <w:b w:val="0"/>
          <w:sz w:val="20"/>
        </w:rPr>
        <w:t>Tenant agrees to pay Landlord rent in the amount of $____________________ per month, payable on the ______ day of each month. Rent shall be paid to:</w:t>
      </w:r>
    </w:p>
    <w:p>
      <w:r>
        <w:rPr>
          <w:b w:val="0"/>
          <w:sz w:val="20"/>
        </w:rPr>
        <w:t>___________________________________________________________________________</w:t>
      </w:r>
    </w:p>
    <w:p/>
    <w:p>
      <w:r>
        <w:rPr>
          <w:b/>
          <w:sz w:val="20"/>
        </w:rPr>
        <w:t>4. SECURITY DEPOSIT</w:t>
      </w:r>
    </w:p>
    <w:p>
      <w:r>
        <w:rPr>
          <w:b w:val="0"/>
          <w:sz w:val="20"/>
        </w:rPr>
        <w:t>Tenant shall deposit $____________________ with Landlord as a security deposit to secure Tenant's faithful performance of this Lease. The security deposit shall be returned to Tenant, less any deductions for damages or unpaid amounts, within the time frame required by applicable law after the termination of this Lease.</w:t>
      </w:r>
    </w:p>
    <w:p/>
    <w:p>
      <w:r>
        <w:rPr>
          <w:b/>
          <w:sz w:val="20"/>
        </w:rPr>
        <w:t>5. USE OF PREMISES</w:t>
      </w:r>
    </w:p>
    <w:p>
      <w:r>
        <w:rPr>
          <w:b w:val="0"/>
          <w:sz w:val="20"/>
        </w:rPr>
        <w:t>The Premises shall be used solely as a private residence by Tenant and Tenant’s immediate family. Tenant shall not engage in any unlawful activities on the premises and shall comply with all applicable laws and regulations.</w:t>
      </w:r>
    </w:p>
    <w:p/>
    <w:p>
      <w:r>
        <w:rPr>
          <w:b/>
          <w:sz w:val="20"/>
        </w:rPr>
        <w:t>6. MAINTENANCE AND REPAIRS</w:t>
      </w:r>
    </w:p>
    <w:p>
      <w:r>
        <w:rPr>
          <w:b w:val="0"/>
          <w:sz w:val="20"/>
        </w:rPr>
        <w:t>Tenant shall keep the Premises clean and in good order and shall promptly notify Landlord of any damage or needed repairs. Landlord shall be responsible for repairs not caused by Tenant’s negligence or misuse.</w:t>
      </w:r>
    </w:p>
    <w:p/>
    <w:p>
      <w:r>
        <w:rPr>
          <w:b/>
          <w:sz w:val="20"/>
        </w:rPr>
        <w:t>7. UTILITIES</w:t>
      </w:r>
    </w:p>
    <w:p>
      <w:r>
        <w:rPr>
          <w:b w:val="0"/>
          <w:sz w:val="20"/>
        </w:rPr>
        <w:t>Tenant shall be responsible for payment of all utilities and services incurred in connection with the Premises except as follows:</w:t>
      </w:r>
    </w:p>
    <w:p>
      <w:r>
        <w:rPr>
          <w:b w:val="0"/>
          <w:sz w:val="20"/>
        </w:rPr>
        <w:t>___________________________________________________________________________</w:t>
      </w:r>
    </w:p>
    <w:p/>
    <w:p>
      <w:r>
        <w:rPr>
          <w:b/>
          <w:sz w:val="20"/>
        </w:rPr>
        <w:t>8. ENTRY BY LANDLORD</w:t>
      </w:r>
    </w:p>
    <w:p>
      <w:r>
        <w:rPr>
          <w:b w:val="0"/>
          <w:sz w:val="20"/>
        </w:rPr>
        <w:t>Landlord may enter the Premises upon reasonable notice to Tenant to inspect, make repairs, or show the property to prospective tenants or purchasers, except in cases of emergency where no notice is required.</w:t>
      </w:r>
    </w:p>
    <w:p/>
    <w:p>
      <w:r>
        <w:rPr>
          <w:b/>
          <w:sz w:val="20"/>
        </w:rPr>
        <w:t>9. PETS</w:t>
      </w:r>
    </w:p>
    <w:p>
      <w:r>
        <w:rPr>
          <w:b w:val="0"/>
          <w:sz w:val="20"/>
        </w:rPr>
        <w:t>Pets are not permitted on the Premises without the prior written consent of the Landlord.</w:t>
      </w:r>
    </w:p>
    <w:p/>
    <w:p>
      <w:r>
        <w:rPr>
          <w:b/>
          <w:sz w:val="20"/>
        </w:rPr>
        <w:t>10. SUBLETTING AND ASSIGNMENT</w:t>
      </w:r>
    </w:p>
    <w:p>
      <w:r>
        <w:rPr>
          <w:b w:val="0"/>
          <w:sz w:val="20"/>
        </w:rPr>
        <w:t>Tenant shall not sublet the Premises or assign this Lease without the prior written consent of Landlord, which shall not be unreasonably withheld.</w:t>
      </w:r>
    </w:p>
    <w:p/>
    <w:p>
      <w:r>
        <w:rPr>
          <w:b/>
          <w:sz w:val="20"/>
        </w:rPr>
        <w:t>11. DEFAULT</w:t>
      </w:r>
    </w:p>
    <w:p>
      <w:r>
        <w:rPr>
          <w:b w:val="0"/>
          <w:sz w:val="20"/>
        </w:rPr>
        <w:t>If Tenant fails to comply with any term of this Lease, including failure to pay rent when due, Landlord may terminate this Lease in accordance with applicable law.</w:t>
      </w:r>
    </w:p>
    <w:p/>
    <w:p>
      <w:r>
        <w:rPr>
          <w:b/>
          <w:sz w:val="20"/>
        </w:rPr>
        <w:t>12. TERMINATION</w:t>
      </w:r>
    </w:p>
    <w:p>
      <w:r>
        <w:rPr>
          <w:b w:val="0"/>
          <w:sz w:val="20"/>
        </w:rPr>
        <w:t>This Lease shall terminate upon expiration of the term unless renewed in writing by both parties. Upon termination, Tenant shall vacate the premises and return all keys to Landlord.</w:t>
      </w:r>
    </w:p>
    <w:p/>
    <w:p>
      <w:r>
        <w:rPr>
          <w:b/>
          <w:sz w:val="20"/>
        </w:rPr>
        <w:t>13. GOVERNING LAW</w:t>
      </w:r>
    </w:p>
    <w:p>
      <w:r>
        <w:rPr>
          <w:b w:val="0"/>
          <w:sz w:val="20"/>
        </w:rPr>
        <w:t>This Agreement shall be governed by and construed in accordance with the laws of the State of ______________________.</w:t>
      </w:r>
    </w:p>
    <w:p/>
    <w:p>
      <w:r>
        <w:rPr>
          <w:b/>
          <w:sz w:val="20"/>
        </w:rPr>
        <w:t>14. ENTIRE AGREEMENT</w:t>
      </w:r>
    </w:p>
    <w:p>
      <w:r>
        <w:rPr>
          <w:b w:val="0"/>
          <w:sz w:val="20"/>
        </w:rPr>
        <w:t>This Agreement constitutes the entire agreement between the parties concerning the subject matter hereof and supersedes all prior agreements and understandings, whether oral or written.</w:t>
      </w:r>
    </w:p>
    <w:p/>
    <w:p>
      <w:r>
        <w:rPr>
          <w:b/>
          <w:sz w:val="20"/>
        </w:rPr>
        <w:t>15. AMENDMENTS</w:t>
      </w:r>
    </w:p>
    <w:p>
      <w:r>
        <w:rPr>
          <w:b w:val="0"/>
          <w:sz w:val="20"/>
        </w:rPr>
        <w:t>No modification or amendment to this Agreement shall be effective unless in writing and signed by both parties.</w:t>
      </w:r>
    </w:p>
    <w:p/>
    <w:p>
      <w:r>
        <w:rPr>
          <w:b/>
          <w:sz w:val="20"/>
        </w:rPr>
        <w:t>16. NOTICES</w:t>
      </w:r>
    </w:p>
    <w:p>
      <w:r>
        <w:rPr>
          <w:b w:val="0"/>
          <w:sz w:val="20"/>
        </w:rPr>
        <w:t>All notices required or permitted under this Lease shall be in writing and delivered to the address of the receiving party as set forth above or at such other address as either party may designate by written notice.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https://docs-realestate.com/standard-lease-agreement-template/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standard-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