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SATISFACTION OF MORTGAGE</w:t>
      </w:r>
    </w:p>
    <w:p/>
    <w:p/>
    <w:p>
      <w:r>
        <w:rPr>
          <w:b w:val="0"/>
          <w:sz w:val="20"/>
        </w:rPr>
        <w:t>This Satisfaction of Mortgage ("Satisfaction") is made and entered into by the undersigned party(ies),</w:t>
      </w:r>
    </w:p>
    <w:p>
      <w:r>
        <w:rPr>
          <w:b w:val="0"/>
          <w:sz w:val="20"/>
        </w:rPr>
        <w:t>pursuant to the terms and conditions set forth herein.</w:t>
      </w:r>
    </w:p>
    <w:p/>
    <w:p/>
    <w:p>
      <w:r>
        <w:rPr>
          <w:b/>
          <w:sz w:val="20"/>
        </w:rPr>
        <w:t>Mortgagee Information:</w:t>
      </w:r>
    </w:p>
    <w:p>
      <w:r>
        <w:rPr>
          <w:b w:val="0"/>
          <w:sz w:val="20"/>
        </w:rPr>
        <w:t>Name: 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r>
        <w:rPr>
          <w:b/>
          <w:sz w:val="20"/>
        </w:rPr>
        <w:t>Mortgagor Information:</w:t>
      </w:r>
    </w:p>
    <w:p>
      <w:r>
        <w:rPr>
          <w:b w:val="0"/>
          <w:sz w:val="20"/>
        </w:rPr>
        <w:t>Name(s):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r>
        <w:rPr>
          <w:b/>
          <w:sz w:val="20"/>
        </w:rPr>
        <w:t>Mortgage Description:</w:t>
      </w:r>
    </w:p>
    <w:p>
      <w:r>
        <w:rPr>
          <w:b w:val="0"/>
          <w:sz w:val="20"/>
        </w:rPr>
        <w:t>Original Mortgage Date: ______________________________________________</w:t>
      </w:r>
    </w:p>
    <w:p>
      <w:r>
        <w:rPr>
          <w:b w:val="0"/>
          <w:sz w:val="20"/>
        </w:rPr>
        <w:t>Mortgage Instrument Recorded In: _____________________________________</w:t>
      </w:r>
    </w:p>
    <w:p>
      <w:r>
        <w:rPr>
          <w:b w:val="0"/>
          <w:sz w:val="20"/>
        </w:rPr>
        <w:t>Document or Instrument Number: ______________________________________</w:t>
      </w:r>
    </w:p>
    <w:p>
      <w:r>
        <w:rPr>
          <w:b w:val="0"/>
          <w:sz w:val="20"/>
        </w:rPr>
        <w:t>Property Description or Address: _____________________________________</w:t>
      </w:r>
    </w:p>
    <w:p/>
    <w:p>
      <w:r>
        <w:rPr>
          <w:b w:val="0"/>
          <w:sz w:val="20"/>
        </w:rPr>
        <w:t>Amount Secured by Mortgage: _________________________________________ USD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Mortgagor executed and delivered to the Mortgagee a certain Mortgage securing the payment of the indebtedness described above;</w:t>
      </w:r>
    </w:p>
    <w:p>
      <w:r>
        <w:rPr>
          <w:b w:val="0"/>
          <w:sz w:val="20"/>
        </w:rPr>
        <w:t>AND WHEREAS, the Mortgagor has fully paid, satisfied, and discharged all obligations secured by said Mortgage;</w:t>
      </w:r>
    </w:p>
    <w:p>
      <w:r>
        <w:rPr>
          <w:b w:val="0"/>
          <w:sz w:val="20"/>
        </w:rPr>
        <w:t>NOW, THEREFORE, the Mortgagee does hereby acknowledge satisfaction and discharge of the Mortgage and releases all liens and claims thereunder.</w:t>
      </w:r>
    </w:p>
    <w:p/>
    <w:p/>
    <w:p>
      <w:r>
        <w:rPr>
          <w:b/>
          <w:sz w:val="20"/>
        </w:rPr>
        <w:t>SATISFACTION</w:t>
      </w:r>
    </w:p>
    <w:p>
      <w:r>
        <w:rPr>
          <w:b w:val="0"/>
          <w:sz w:val="20"/>
        </w:rPr>
        <w:t>The undersigned Mortgagee does hereby acknowledge that the Mortgage described above is fully paid, satisfied, and discharged in accordance with applicable law.</w:t>
      </w:r>
    </w:p>
    <w:p>
      <w:r>
        <w:rPr>
          <w:b w:val="0"/>
          <w:sz w:val="20"/>
        </w:rPr>
        <w:t>The lien of the Mortgage is hereby released and the Mortgagee waives all rights, claims, and interests in the said Mortgage and property subject thereto.</w:t>
      </w:r>
    </w:p>
    <w:p/>
    <w:p/>
    <w:p>
      <w:r>
        <w:rPr>
          <w:b w:val="0"/>
          <w:sz w:val="20"/>
        </w:rPr>
        <w:t>IN WITNESS WHEREOF, the Mortgagee has caused this Satisfaction of Mortgage to be duly executed as of the date set forth below.</w:t>
      </w:r>
    </w:p>
    <w:p/>
    <w:p/>
    <w:p>
      <w:r>
        <w:rPr>
          <w:b w:val="0"/>
          <w:sz w:val="20"/>
        </w:rPr>
        <w:t>Place of Execution: ________________________________________________</w:t>
      </w:r>
    </w:p>
    <w:p>
      <w:r>
        <w:rPr>
          <w:b w:val="0"/>
          <w:sz w:val="20"/>
        </w:rPr>
        <w:t>Date of Execution: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MORTGAGEE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NOTARY PUBLIC / WITNESS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Title: ___________________________</w:t>
            </w:r>
          </w:p>
        </w:tc>
      </w:tr>
    </w:tbl>
    <w:p/>
    <w:p/>
    <w:p/>
    <w:p>
      <w:r>
        <w:rPr>
          <w:b/>
          <w:sz w:val="20"/>
        </w:rPr>
        <w:t>NOTARY ACKNOWLEDGMENT</w:t>
      </w:r>
    </w:p>
    <w:p>
      <w:r>
        <w:rPr>
          <w:b w:val="0"/>
          <w:sz w:val="20"/>
        </w:rPr>
        <w:t>State of ____________________</w:t>
      </w:r>
    </w:p>
    <w:p>
      <w:r>
        <w:rPr>
          <w:b w:val="0"/>
          <w:sz w:val="20"/>
        </w:rPr>
        <w:t>County of ___________________</w:t>
      </w:r>
    </w:p>
    <w:p/>
    <w:p>
      <w:r>
        <w:rPr>
          <w:b w:val="0"/>
          <w:sz w:val="20"/>
        </w:rPr>
        <w:t>On this ______ day of ____________, before me, the undersigned Notary Public, personally appeared ____________________________,</w:t>
      </w:r>
    </w:p>
    <w:p>
      <w:r>
        <w:rPr>
          <w:b w:val="0"/>
          <w:sz w:val="20"/>
        </w:rPr>
        <w:t>personally known to me or proved to me on the basis of satisfactory evidence to be the individual(s) whose name(s) is/are subscribed to the within instrument,</w:t>
      </w:r>
    </w:p>
    <w:p>
      <w:r>
        <w:rPr>
          <w:b w:val="0"/>
          <w:sz w:val="20"/>
        </w:rPr>
        <w:t>and acknowledged that he/she/they executed the same in his/her/their authorized capacity(ies), and that by his/her/their signature(s) on the instrument, the individual(s), or the person upon behalf of which the individual(s) acted, executed the instrument.</w:t>
      </w:r>
    </w:p>
    <w:p/>
    <w:p>
      <w:r>
        <w:rPr>
          <w:b w:val="0"/>
          <w:sz w:val="20"/>
        </w:rPr>
        <w:t>I certify under PENALTY OF PERJURY under the laws of the State of __________________ that the foregoing paragraph is true and correct.</w:t>
      </w:r>
    </w:p>
    <w:p/>
    <w:p/>
    <w:p>
      <w:r>
        <w:rPr>
          <w:b w:val="0"/>
          <w:sz w:val="20"/>
        </w:rPr>
        <w:t>WITNESS my hand and official seal.</w:t>
      </w:r>
    </w:p>
    <w:p/>
    <w:p/>
    <w:p/>
    <w:p>
      <w:r>
        <w:rPr>
          <w:b w:val="0"/>
          <w:sz w:val="20"/>
        </w:rPr>
        <w:t>Notary Signature: _______________________________________</w:t>
      </w:r>
    </w:p>
    <w:p>
      <w:r>
        <w:rPr>
          <w:b w:val="0"/>
          <w:sz w:val="20"/>
        </w:rPr>
        <w:t>Notary Printed Name: ____________________________________</w:t>
      </w:r>
    </w:p>
    <w:p>
      <w:r>
        <w:rPr>
          <w:b w:val="0"/>
          <w:sz w:val="20"/>
        </w:rPr>
        <w:t>My commission expires: _________________________________</w:t>
      </w:r>
    </w:p>
    <w:p>
      <w:r>
        <w:rPr>
          <w:b w:val="0"/>
          <w:sz w:val="20"/>
        </w:rPr>
        <w:t>Notary Seal: 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https://docs-realestate.com/satisfaction-of-mortgage-template/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https://docs-realestate.com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docs-realestate.com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realestate.com/satisfaction-of-mortgage-template/" TargetMode="External"/><Relationship Id="rId10" Type="http://schemas.openxmlformats.org/officeDocument/2006/relationships/hyperlink" Target="https://docs-realest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