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RENTAL PROPERTY BUSINESS PLAN TEMPLATE</w:t>
      </w:r>
    </w:p>
    <w:p/>
    <w:p>
      <w:r>
        <w:rPr>
          <w:b/>
          <w:sz w:val="22"/>
        </w:rPr>
        <w:t>Executive Summary</w:t>
      </w:r>
    </w:p>
    <w:p>
      <w:r>
        <w:rPr>
          <w:b w:val="0"/>
          <w:sz w:val="20"/>
        </w:rPr>
        <w:t>This business plan outlines the strategy and operations for the rental property business focusing on residential real estate investment, management, and growth. The objective is to acquire, lease, and manage rental properties that generate consistent, reliable income and long-term capital appreciation.</w:t>
      </w:r>
    </w:p>
    <w:p/>
    <w:p>
      <w:r>
        <w:rPr>
          <w:b/>
          <w:sz w:val="22"/>
        </w:rPr>
        <w:t>Business Description</w:t>
      </w:r>
    </w:p>
    <w:p>
      <w:r>
        <w:rPr>
          <w:b w:val="0"/>
          <w:sz w:val="20"/>
        </w:rPr>
        <w:t>Business Name: ________________________________________________</w:t>
      </w:r>
    </w:p>
    <w:p>
      <w:r>
        <w:rPr>
          <w:b w:val="0"/>
          <w:sz w:val="20"/>
        </w:rPr>
        <w:t>Business Structure: ______________________________________________</w:t>
      </w:r>
    </w:p>
    <w:p>
      <w:r>
        <w:rPr>
          <w:b w:val="0"/>
          <w:sz w:val="20"/>
        </w:rPr>
        <w:t>Business Location: _______________________________________________</w:t>
      </w:r>
    </w:p>
    <w:p>
      <w:r>
        <w:rPr>
          <w:b w:val="0"/>
          <w:sz w:val="20"/>
        </w:rPr>
        <w:t>Owner(s) Information: ___________________________________________</w:t>
      </w:r>
    </w:p>
    <w:p>
      <w:r>
        <w:rPr>
          <w:b w:val="0"/>
          <w:sz w:val="20"/>
        </w:rPr>
        <w:t>Mission Statement:</w:t>
      </w:r>
    </w:p>
    <w:p>
      <w:r>
        <w:rPr>
          <w:b w:val="0"/>
          <w:sz w:val="20"/>
        </w:rPr>
        <w:t>_________________________________________________________________</w:t>
      </w:r>
    </w:p>
    <w:p>
      <w:r>
        <w:rPr>
          <w:b w:val="0"/>
          <w:sz w:val="20"/>
        </w:rPr>
        <w:t>_________________________________________________________________</w:t>
      </w:r>
    </w:p>
    <w:p/>
    <w:p>
      <w:r>
        <w:rPr>
          <w:b/>
          <w:sz w:val="22"/>
        </w:rPr>
        <w:t>Market Analysis</w:t>
      </w:r>
    </w:p>
    <w:p>
      <w:r>
        <w:rPr>
          <w:b w:val="0"/>
          <w:sz w:val="20"/>
        </w:rPr>
        <w:t>Target Market Description:</w:t>
      </w:r>
    </w:p>
    <w:p>
      <w:r>
        <w:rPr>
          <w:b w:val="0"/>
          <w:sz w:val="20"/>
        </w:rPr>
        <w:t>_________________________________________________________________</w:t>
      </w:r>
    </w:p>
    <w:p>
      <w:r>
        <w:rPr>
          <w:b w:val="0"/>
          <w:sz w:val="20"/>
        </w:rPr>
        <w:t>_________________________________________________________________</w:t>
      </w:r>
    </w:p>
    <w:p>
      <w:r>
        <w:rPr>
          <w:b w:val="0"/>
          <w:sz w:val="20"/>
        </w:rPr>
        <w:t>Competitive Analysis:</w:t>
      </w:r>
    </w:p>
    <w:p>
      <w:r>
        <w:rPr>
          <w:b w:val="0"/>
          <w:sz w:val="20"/>
        </w:rPr>
        <w:t>_________________________________________________________________</w:t>
      </w:r>
    </w:p>
    <w:p>
      <w:r>
        <w:rPr>
          <w:b w:val="0"/>
          <w:sz w:val="20"/>
        </w:rPr>
        <w:t>_________________________________________________________________</w:t>
      </w:r>
    </w:p>
    <w:p>
      <w:r>
        <w:rPr>
          <w:b w:val="0"/>
          <w:sz w:val="20"/>
        </w:rPr>
        <w:t>Market Trends and Opportunities:</w:t>
      </w:r>
    </w:p>
    <w:p>
      <w:r>
        <w:rPr>
          <w:b w:val="0"/>
          <w:sz w:val="20"/>
        </w:rPr>
        <w:t>_________________________________________________________________</w:t>
      </w:r>
    </w:p>
    <w:p>
      <w:r>
        <w:rPr>
          <w:b w:val="0"/>
          <w:sz w:val="20"/>
        </w:rPr>
        <w:t>_________________________________________________________________</w:t>
      </w:r>
    </w:p>
    <w:p/>
    <w:p>
      <w:r>
        <w:rPr>
          <w:b/>
          <w:sz w:val="22"/>
        </w:rPr>
        <w:t>Property Description</w:t>
      </w:r>
    </w:p>
    <w:p>
      <w:r>
        <w:rPr>
          <w:b w:val="0"/>
          <w:sz w:val="20"/>
        </w:rPr>
        <w:t>Property Address(es): ___________________________________________</w:t>
      </w:r>
    </w:p>
    <w:p>
      <w:r>
        <w:rPr>
          <w:b w:val="0"/>
          <w:sz w:val="20"/>
        </w:rPr>
        <w:t>Type of Property (e.g., single-family, multi-family, apartment): ___</w:t>
      </w:r>
    </w:p>
    <w:p>
      <w:r>
        <w:rPr>
          <w:b w:val="0"/>
          <w:sz w:val="20"/>
        </w:rPr>
        <w:t>Number of Units: ________________________________________________</w:t>
      </w:r>
    </w:p>
    <w:p>
      <w:r>
        <w:rPr>
          <w:b w:val="0"/>
          <w:sz w:val="20"/>
        </w:rPr>
        <w:t>Square Footage: _________________________________________________</w:t>
      </w:r>
    </w:p>
    <w:p>
      <w:r>
        <w:rPr>
          <w:b w:val="0"/>
          <w:sz w:val="20"/>
        </w:rPr>
        <w:t>Year Built: _____________________________________________________</w:t>
      </w:r>
    </w:p>
    <w:p>
      <w:r>
        <w:rPr>
          <w:b w:val="0"/>
          <w:sz w:val="20"/>
        </w:rPr>
        <w:t>Current Condition: ______________________________________________</w:t>
      </w:r>
    </w:p>
    <w:p>
      <w:r>
        <w:rPr>
          <w:b w:val="0"/>
          <w:sz w:val="20"/>
        </w:rPr>
        <w:t>Renovations and Improvements Planned:</w:t>
      </w:r>
    </w:p>
    <w:p>
      <w:r>
        <w:rPr>
          <w:b w:val="0"/>
          <w:sz w:val="20"/>
        </w:rPr>
        <w:t>_________________________________________________________________</w:t>
      </w:r>
    </w:p>
    <w:p>
      <w:r>
        <w:rPr>
          <w:b w:val="0"/>
          <w:sz w:val="20"/>
        </w:rPr>
        <w:t>_________________________________________________________________</w:t>
      </w:r>
    </w:p>
    <w:p/>
    <w:p>
      <w:r>
        <w:rPr>
          <w:b/>
          <w:sz w:val="22"/>
        </w:rPr>
        <w:t>Marketing and Leasing Strategy</w:t>
      </w:r>
    </w:p>
    <w:p>
      <w:r>
        <w:rPr>
          <w:b w:val="0"/>
          <w:sz w:val="20"/>
        </w:rPr>
        <w:t>Advertising Channels (e.g., online listings, local newspapers):</w:t>
      </w:r>
    </w:p>
    <w:p>
      <w:r>
        <w:rPr>
          <w:b w:val="0"/>
          <w:sz w:val="20"/>
        </w:rPr>
        <w:t>_________________________________________________________________</w:t>
      </w:r>
    </w:p>
    <w:p>
      <w:r>
        <w:rPr>
          <w:b w:val="0"/>
          <w:sz w:val="20"/>
        </w:rPr>
        <w:t>Tenant Screening Process:</w:t>
      </w:r>
    </w:p>
    <w:p>
      <w:r>
        <w:rPr>
          <w:b w:val="0"/>
          <w:sz w:val="20"/>
        </w:rPr>
        <w:t>_________________________________________________________________</w:t>
      </w:r>
    </w:p>
    <w:p>
      <w:r>
        <w:rPr>
          <w:b w:val="0"/>
          <w:sz w:val="20"/>
        </w:rPr>
        <w:t>Lease Terms and Policies:</w:t>
      </w:r>
    </w:p>
    <w:p>
      <w:r>
        <w:rPr>
          <w:b w:val="0"/>
          <w:sz w:val="20"/>
        </w:rPr>
        <w:t>_________________________________________________________________</w:t>
      </w:r>
    </w:p>
    <w:p>
      <w:r>
        <w:rPr>
          <w:b w:val="0"/>
          <w:sz w:val="20"/>
        </w:rPr>
        <w:t>Rental Pricing Strategy:</w:t>
      </w:r>
    </w:p>
    <w:p>
      <w:r>
        <w:rPr>
          <w:b w:val="0"/>
          <w:sz w:val="20"/>
        </w:rPr>
        <w:t>_________________________________________________________________</w:t>
      </w:r>
    </w:p>
    <w:p/>
    <w:p>
      <w:r>
        <w:rPr>
          <w:b/>
          <w:sz w:val="22"/>
        </w:rPr>
        <w:t>Operations Plan</w:t>
      </w:r>
    </w:p>
    <w:p>
      <w:r>
        <w:rPr>
          <w:b w:val="0"/>
          <w:sz w:val="20"/>
        </w:rPr>
        <w:t>Property Management Approach:</w:t>
      </w:r>
    </w:p>
    <w:p>
      <w:r>
        <w:rPr>
          <w:b w:val="0"/>
          <w:sz w:val="20"/>
        </w:rPr>
        <w:t>_________________________________________________________________</w:t>
      </w:r>
    </w:p>
    <w:p>
      <w:r>
        <w:rPr>
          <w:b w:val="0"/>
          <w:sz w:val="20"/>
        </w:rPr>
        <w:t>Maintenance and Repairs:</w:t>
      </w:r>
    </w:p>
    <w:p>
      <w:r>
        <w:rPr>
          <w:b w:val="0"/>
          <w:sz w:val="20"/>
        </w:rPr>
        <w:t>_________________________________________________________________</w:t>
      </w:r>
    </w:p>
    <w:p>
      <w:r>
        <w:rPr>
          <w:b w:val="0"/>
          <w:sz w:val="20"/>
        </w:rPr>
        <w:t>Rent Collection Procedures:</w:t>
      </w:r>
    </w:p>
    <w:p>
      <w:r>
        <w:rPr>
          <w:b w:val="0"/>
          <w:sz w:val="20"/>
        </w:rPr>
        <w:t>_________________________________________________________________</w:t>
      </w:r>
    </w:p>
    <w:p>
      <w:r>
        <w:rPr>
          <w:b w:val="0"/>
          <w:sz w:val="20"/>
        </w:rPr>
        <w:t>Legal and Regulatory Compliance:</w:t>
      </w:r>
    </w:p>
    <w:p>
      <w:r>
        <w:rPr>
          <w:b w:val="0"/>
          <w:sz w:val="20"/>
        </w:rPr>
        <w:t>_________________________________________________________________</w:t>
      </w:r>
    </w:p>
    <w:p/>
    <w:p>
      <w:r>
        <w:rPr>
          <w:b/>
          <w:sz w:val="22"/>
        </w:rPr>
        <w:t>Financial Plan</w:t>
      </w:r>
    </w:p>
    <w:p>
      <w:r>
        <w:rPr>
          <w:b w:val="0"/>
          <w:sz w:val="20"/>
        </w:rPr>
        <w:t>Startup Costs:</w:t>
      </w:r>
    </w:p>
    <w:p>
      <w:r>
        <w:rPr>
          <w:b w:val="0"/>
          <w:sz w:val="20"/>
        </w:rPr>
        <w:t xml:space="preserve"> - Property Acquisition: _________________________________________</w:t>
      </w:r>
    </w:p>
    <w:p>
      <w:r>
        <w:rPr>
          <w:b w:val="0"/>
          <w:sz w:val="20"/>
        </w:rPr>
        <w:t xml:space="preserve"> - Renovations/Repairs: __________________________________________</w:t>
      </w:r>
    </w:p>
    <w:p>
      <w:r>
        <w:rPr>
          <w:b w:val="0"/>
          <w:sz w:val="20"/>
        </w:rPr>
        <w:t xml:space="preserve"> - Marketing and Advertising: _____________________________________</w:t>
      </w:r>
    </w:p>
    <w:p>
      <w:r>
        <w:rPr>
          <w:b w:val="0"/>
          <w:sz w:val="20"/>
        </w:rPr>
        <w:t xml:space="preserve"> - Legal and Administrative Fees: ________________________________</w:t>
      </w:r>
    </w:p>
    <w:p>
      <w:r>
        <w:rPr>
          <w:b w:val="0"/>
          <w:sz w:val="20"/>
        </w:rPr>
        <w:t>Monthly Operating Expenses:</w:t>
      </w:r>
    </w:p>
    <w:p>
      <w:r>
        <w:rPr>
          <w:b w:val="0"/>
          <w:sz w:val="20"/>
        </w:rPr>
        <w:t xml:space="preserve"> - Mortgage Payment: ____________________________________________</w:t>
      </w:r>
    </w:p>
    <w:p>
      <w:r>
        <w:rPr>
          <w:b w:val="0"/>
          <w:sz w:val="20"/>
        </w:rPr>
        <w:t xml:space="preserve"> - Property Taxes: _______________________________________________</w:t>
      </w:r>
    </w:p>
    <w:p>
      <w:r>
        <w:rPr>
          <w:b w:val="0"/>
          <w:sz w:val="20"/>
        </w:rPr>
        <w:t xml:space="preserve"> - Insurance: ____________________________________________________</w:t>
      </w:r>
    </w:p>
    <w:p>
      <w:r>
        <w:rPr>
          <w:b w:val="0"/>
          <w:sz w:val="20"/>
        </w:rPr>
        <w:t xml:space="preserve"> - Utilities: ____________________________________________________</w:t>
      </w:r>
    </w:p>
    <w:p>
      <w:r>
        <w:rPr>
          <w:b w:val="0"/>
          <w:sz w:val="20"/>
        </w:rPr>
        <w:t xml:space="preserve"> - Maintenance and Repairs: ______________________________________</w:t>
      </w:r>
    </w:p>
    <w:p>
      <w:r>
        <w:rPr>
          <w:b w:val="0"/>
          <w:sz w:val="20"/>
        </w:rPr>
        <w:t xml:space="preserve"> - Property Management Fees: _____________________________________</w:t>
      </w:r>
    </w:p>
    <w:p>
      <w:r>
        <w:rPr>
          <w:b w:val="0"/>
          <w:sz w:val="20"/>
        </w:rPr>
        <w:t>Projected Monthly Rental Income:</w:t>
      </w:r>
    </w:p>
    <w:p>
      <w:r>
        <w:rPr>
          <w:b w:val="0"/>
          <w:sz w:val="20"/>
        </w:rPr>
        <w:t xml:space="preserve"> - Total Rent from All Units: ____________________________________</w:t>
      </w:r>
    </w:p>
    <w:p>
      <w:r>
        <w:rPr>
          <w:b w:val="0"/>
          <w:sz w:val="20"/>
        </w:rPr>
        <w:t>Cash Flow Projection:</w:t>
      </w:r>
    </w:p>
    <w:p>
      <w:r>
        <w:rPr>
          <w:b w:val="0"/>
          <w:sz w:val="20"/>
        </w:rPr>
        <w:t xml:space="preserve"> - Net Monthly Income: __________________________________________</w:t>
      </w:r>
    </w:p>
    <w:p>
      <w:r>
        <w:rPr>
          <w:b w:val="0"/>
          <w:sz w:val="20"/>
        </w:rPr>
        <w:t>Break-Even Analysis:</w:t>
      </w:r>
    </w:p>
    <w:p>
      <w:r>
        <w:rPr>
          <w:b w:val="0"/>
          <w:sz w:val="20"/>
        </w:rPr>
        <w:t>_________________________________________________________________</w:t>
      </w:r>
    </w:p>
    <w:p/>
    <w:p>
      <w:r>
        <w:rPr>
          <w:b/>
          <w:sz w:val="22"/>
        </w:rPr>
        <w:t>Risk Analysis</w:t>
      </w:r>
    </w:p>
    <w:p>
      <w:r>
        <w:rPr>
          <w:b w:val="0"/>
          <w:sz w:val="20"/>
        </w:rPr>
        <w:t>Potential Risks:</w:t>
      </w:r>
    </w:p>
    <w:p>
      <w:r>
        <w:rPr>
          <w:b w:val="0"/>
          <w:sz w:val="20"/>
        </w:rPr>
        <w:t xml:space="preserve"> - Market Downturns: ____________________________________________</w:t>
      </w:r>
    </w:p>
    <w:p>
      <w:r>
        <w:rPr>
          <w:b w:val="0"/>
          <w:sz w:val="20"/>
        </w:rPr>
        <w:t xml:space="preserve"> - Vacancy Rates: _______________________________________________</w:t>
      </w:r>
    </w:p>
    <w:p>
      <w:r>
        <w:rPr>
          <w:b w:val="0"/>
          <w:sz w:val="20"/>
        </w:rPr>
        <w:t xml:space="preserve"> - Property Damage: _____________________________________________</w:t>
      </w:r>
    </w:p>
    <w:p>
      <w:r>
        <w:rPr>
          <w:b w:val="0"/>
          <w:sz w:val="20"/>
        </w:rPr>
        <w:t xml:space="preserve"> - Legal/Regulatory Changes: ____________________________________</w:t>
      </w:r>
    </w:p>
    <w:p>
      <w:r>
        <w:rPr>
          <w:b w:val="0"/>
          <w:sz w:val="20"/>
        </w:rPr>
        <w:t>Mitigation Strategies:</w:t>
      </w:r>
    </w:p>
    <w:p>
      <w:r>
        <w:rPr>
          <w:b w:val="0"/>
          <w:sz w:val="20"/>
        </w:rPr>
        <w:t>_________________________________________________________________</w:t>
      </w:r>
    </w:p>
    <w:p>
      <w:r>
        <w:rPr>
          <w:b w:val="0"/>
          <w:sz w:val="20"/>
        </w:rPr>
        <w:t>_________________________________________________________________</w:t>
      </w:r>
    </w:p>
    <w:p/>
    <w:p>
      <w:r>
        <w:rPr>
          <w:b/>
          <w:sz w:val="22"/>
        </w:rPr>
        <w:t>Legal Considerations and Compliance</w:t>
      </w:r>
    </w:p>
    <w:p>
      <w:r>
        <w:rPr>
          <w:b w:val="0"/>
          <w:sz w:val="20"/>
        </w:rPr>
        <w:t>The business shall comply with all applicable federal, state, and local laws governing rental properties, fair housing, tenant rights, and landlord obligations. All leases shall be documented in writing and adhere to enforceable legal standards. Proper licenses, permits, and insurance policies will be maintained at all times.</w:t>
      </w:r>
    </w:p>
    <w:p/>
    <w:p>
      <w:r>
        <w:rPr>
          <w:b/>
          <w:sz w:val="22"/>
        </w:rPr>
        <w:t>Goals and Milestones</w:t>
      </w:r>
    </w:p>
    <w:p>
      <w:r>
        <w:rPr>
          <w:b w:val="0"/>
          <w:sz w:val="20"/>
        </w:rPr>
        <w:t>Short-Term Goals:</w:t>
      </w:r>
    </w:p>
    <w:p>
      <w:r>
        <w:rPr>
          <w:b w:val="0"/>
          <w:sz w:val="20"/>
        </w:rPr>
        <w:t>_________________________________________________________________</w:t>
      </w:r>
    </w:p>
    <w:p>
      <w:r>
        <w:rPr>
          <w:b w:val="0"/>
          <w:sz w:val="20"/>
        </w:rPr>
        <w:t>_________________________________________________________________</w:t>
      </w:r>
    </w:p>
    <w:p>
      <w:r>
        <w:rPr>
          <w:b w:val="0"/>
          <w:sz w:val="20"/>
        </w:rPr>
        <w:t>Long-Term Goals:</w:t>
      </w:r>
    </w:p>
    <w:p>
      <w:r>
        <w:rPr>
          <w:b w:val="0"/>
          <w:sz w:val="20"/>
        </w:rPr>
        <w:t>_________________________________________________________________</w:t>
      </w:r>
    </w:p>
    <w:p>
      <w:r>
        <w:rPr>
          <w:b w:val="0"/>
          <w:sz w:val="20"/>
        </w:rPr>
        <w:t>_________________________________________________________________</w:t>
      </w:r>
    </w:p>
    <w:p/>
    <w:p>
      <w:r>
        <w:rPr>
          <w:b/>
          <w:sz w:val="20"/>
        </w:rPr>
        <w:t>Acknowledgement</w:t>
      </w:r>
    </w:p>
    <w:p>
      <w:r>
        <w:rPr>
          <w:b w:val="0"/>
          <w:sz w:val="20"/>
        </w:rPr>
        <w:t>The undersigned hereby certifies that the information contained herein is accurate and agrees to abide by the terms and conditions set forth in this business plan.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OWNER / MANAGER</w:t>
            </w:r>
          </w:p>
        </w:tc>
        <w:tc>
          <w:tcPr>
            <w:tcW w:type="dxa" w:w="4986"/>
            <w:tcBorders>
              <w:top w:val="nil"/>
              <w:left w:val="nil"/>
              <w:bottom w:val="nil"/>
              <w:right w:val="nil"/>
              <w:insideH w:val="nil"/>
              <w:insideV w:val="nil"/>
            </w:tcBorders>
          </w:tcPr>
          <w:p>
            <w:pPr>
              <w:jc w:val="center"/>
            </w:pPr>
            <w:r>
              <w:t>WITNESS</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https://docs-realestate.com/rental-property-business-plan-template/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rental-property-business-plan-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