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 ARREARS NOTICE LETTER</w:t>
      </w:r>
    </w:p>
    <w:p/>
    <w:p/>
    <w:p>
      <w:r>
        <w:rPr>
          <w:b/>
          <w:sz w:val="20"/>
        </w:rPr>
        <w:t>Landlord/Property Manager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Rental Property Address: 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 NOTICE OF RENT ARREARS</w:t>
      </w:r>
    </w:p>
    <w:p/>
    <w:p>
      <w:r>
        <w:rPr>
          <w:b w:val="0"/>
          <w:sz w:val="20"/>
        </w:rPr>
        <w:t>Dear Tenant,</w:t>
      </w:r>
    </w:p>
    <w:p/>
    <w:p>
      <w:r>
        <w:rPr>
          <w:b w:val="0"/>
          <w:sz w:val="20"/>
        </w:rPr>
        <w:t>This letter serves as formal notice that your rent payment for the property referenced above is overdue. As of the date of this letter, the amount of rent arrears is as follows:</w:t>
      </w:r>
    </w:p>
    <w:p/>
    <w:p>
      <w:r>
        <w:rPr>
          <w:b w:val="0"/>
          <w:sz w:val="20"/>
        </w:rPr>
        <w:t>Amount Due: $_________________________</w:t>
      </w:r>
    </w:p>
    <w:p>
      <w:r>
        <w:rPr>
          <w:b w:val="0"/>
          <w:sz w:val="20"/>
        </w:rPr>
        <w:t>Period Covered: ______________________ to ______________________</w:t>
      </w:r>
    </w:p>
    <w:p/>
    <w:p>
      <w:r>
        <w:rPr>
          <w:b w:val="0"/>
          <w:sz w:val="20"/>
        </w:rPr>
        <w:t>Please be advised that timely payment of rent is required under the terms of your lease agreement. To bring your account current and avoid further action, please remit full payment immediately.</w:t>
      </w:r>
    </w:p>
    <w:p>
      <w:r>
        <w:rPr>
          <w:b w:val="0"/>
          <w:sz w:val="20"/>
        </w:rPr>
        <w:t>Accepted payment methods include check, money order, electronic transfer, or other agreed methods.</w:t>
      </w:r>
    </w:p>
    <w:p>
      <w:r>
        <w:rPr>
          <w:b w:val="0"/>
          <w:sz w:val="20"/>
        </w:rPr>
        <w:t>Please make all payments payable to: ___________________________________</w:t>
      </w:r>
    </w:p>
    <w:p>
      <w:r>
        <w:rPr>
          <w:b w:val="0"/>
          <w:sz w:val="20"/>
        </w:rPr>
        <w:t>Payment Address or Account Details: ____________________________________</w:t>
      </w:r>
    </w:p>
    <w:p/>
    <w:p>
      <w:r>
        <w:rPr>
          <w:b w:val="0"/>
          <w:sz w:val="20"/>
        </w:rPr>
        <w:t>Failure to pay the outstanding rent within the timeframe stipulated by your lease agreement may result in additional fees, including late charges, and could lead to legal action, including eviction proceedings under applicable state and local laws.</w:t>
      </w:r>
    </w:p>
    <w:p/>
    <w:p>
      <w:r>
        <w:rPr>
          <w:b w:val="0"/>
          <w:sz w:val="20"/>
        </w:rPr>
        <w:t>If you have already made this payment, please disregard this notice. Otherwise, if you are experiencing financial difficulties or have any questions regarding this notice, please contact us promptly to discuss possible arrangements.</w:t>
      </w:r>
    </w:p>
    <w:p/>
    <w:p>
      <w:r>
        <w:rPr>
          <w:b w:val="0"/>
          <w:sz w:val="20"/>
        </w:rPr>
        <w:t>This notice is issued pursuant to the terms of your lease agreement and in compliance with applicable United States federal, state, and local laws governing landlord and tenant relations.</w:t>
      </w:r>
    </w:p>
    <w:p/>
    <w:p>
      <w:r>
        <w:rPr>
          <w:b w:val="0"/>
          <w:sz w:val="20"/>
        </w:rPr>
        <w:t>We hope to resolve this matter quickly and amicably.</w:t>
      </w:r>
    </w:p>
    <w:p>
      <w:r>
        <w:rPr>
          <w:b w:val="0"/>
          <w:sz w:val="20"/>
        </w:rPr>
        <w:t>Thank you for your prompt attention to this important matter.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https://docs-realestate.com/rent-arrears-letter-template/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nt-arrears-letter-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