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REAL ESTATE CLIENT INFORMATION SHEET</w:t>
      </w:r>
    </w:p>
    <w:p/>
    <w:p/>
    <w:p>
      <w:r>
        <w:rPr>
          <w:b/>
          <w:sz w:val="20"/>
        </w:rPr>
        <w:t>CLIENT IDENTIFICATION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____________________________________________________________</w:t>
      </w:r>
    </w:p>
    <w:p>
      <w:r>
        <w:rPr>
          <w:b w:val="0"/>
          <w:sz w:val="20"/>
        </w:rPr>
        <w:t>Social Security Number (SSN): _____________________________________________</w:t>
      </w:r>
    </w:p>
    <w:p>
      <w:r>
        <w:rPr>
          <w:b w:val="0"/>
          <w:sz w:val="20"/>
        </w:rPr>
        <w:t>Driver’s License or State ID No.: ___________________________________________</w:t>
      </w:r>
    </w:p>
    <w:p>
      <w:r>
        <w:rPr>
          <w:b w:val="0"/>
          <w:sz w:val="20"/>
        </w:rPr>
        <w:t>Phone Number: _____________________________________________________________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_____________________________________________________________</w:t>
      </w:r>
    </w:p>
    <w:p>
      <w:r>
        <w:rPr>
          <w:b w:val="0"/>
          <w:sz w:val="20"/>
        </w:rPr>
        <w:t>Preferred Method of Contact: _______________________________________________</w:t>
      </w:r>
    </w:p>
    <w:p/>
    <w:p>
      <w:r>
        <w:rPr>
          <w:b/>
          <w:sz w:val="20"/>
        </w:rPr>
        <w:t>RESIDENTIAL INFORMATION</w:t>
      </w:r>
    </w:p>
    <w:p>
      <w:r>
        <w:rPr>
          <w:b w:val="0"/>
          <w:sz w:val="20"/>
        </w:rPr>
        <w:t>Current Address:</w:t>
      </w:r>
    </w:p>
    <w:p>
      <w:r>
        <w:rPr>
          <w:b w:val="0"/>
          <w:sz w:val="20"/>
        </w:rPr>
        <w:t>Street Address: ___________________________________________________________</w:t>
      </w:r>
    </w:p>
    <w:p>
      <w:r>
        <w:rPr>
          <w:b w:val="0"/>
          <w:sz w:val="20"/>
        </w:rPr>
        <w:t>City: ___________________________ State: __________ Zip Code: ____________</w:t>
      </w:r>
    </w:p>
    <w:p>
      <w:r>
        <w:rPr>
          <w:b w:val="0"/>
          <w:sz w:val="20"/>
        </w:rPr>
        <w:t>Length of Residence at Current Address: ____________________________________</w:t>
      </w:r>
    </w:p>
    <w:p>
      <w:r>
        <w:rPr>
          <w:b w:val="0"/>
          <w:sz w:val="20"/>
        </w:rPr>
        <w:t>Previous Address (if less than 3 years at current address):</w:t>
      </w:r>
    </w:p>
    <w:p>
      <w:r>
        <w:rPr>
          <w:b w:val="0"/>
          <w:sz w:val="20"/>
        </w:rPr>
        <w:t>Street Address: ___________________________________________________________</w:t>
      </w:r>
    </w:p>
    <w:p>
      <w:r>
        <w:rPr>
          <w:b w:val="0"/>
          <w:sz w:val="20"/>
        </w:rPr>
        <w:t>City: ___________________________ State: __________ Zip Code: ____________</w:t>
      </w:r>
    </w:p>
    <w:p/>
    <w:p>
      <w:r>
        <w:rPr>
          <w:b/>
          <w:sz w:val="20"/>
        </w:rPr>
        <w:t>EMPLOYMENT INFORMATION</w:t>
      </w:r>
    </w:p>
    <w:p>
      <w:r>
        <w:rPr>
          <w:b w:val="0"/>
          <w:sz w:val="20"/>
        </w:rPr>
        <w:t>Current Employer: _________________________________________________________</w:t>
      </w:r>
    </w:p>
    <w:p>
      <w:r>
        <w:rPr>
          <w:b w:val="0"/>
          <w:sz w:val="20"/>
        </w:rPr>
        <w:t>Position/Title: ____________________________________________________________</w:t>
      </w:r>
    </w:p>
    <w:p>
      <w:r>
        <w:rPr>
          <w:b w:val="0"/>
          <w:sz w:val="20"/>
        </w:rPr>
        <w:t>Employer Address:</w:t>
      </w:r>
    </w:p>
    <w:p>
      <w:r>
        <w:rPr>
          <w:b w:val="0"/>
          <w:sz w:val="20"/>
        </w:rPr>
        <w:t>Street Address: ___________________________________________________________</w:t>
      </w:r>
    </w:p>
    <w:p>
      <w:r>
        <w:rPr>
          <w:b w:val="0"/>
          <w:sz w:val="20"/>
        </w:rPr>
        <w:t>City: ___________________________ State: __________ Zip Code: ____________</w:t>
      </w:r>
    </w:p>
    <w:p>
      <w:r>
        <w:rPr>
          <w:b w:val="0"/>
          <w:sz w:val="20"/>
        </w:rPr>
        <w:t>Employer Phone Number: ___________________________________________________</w:t>
      </w:r>
    </w:p>
    <w:p>
      <w:r>
        <w:rPr>
          <w:b w:val="0"/>
          <w:sz w:val="20"/>
        </w:rPr>
        <w:t>Length of Employment: _____________________________________________________</w:t>
      </w:r>
    </w:p>
    <w:p>
      <w:r>
        <w:rPr>
          <w:b w:val="0"/>
          <w:sz w:val="20"/>
        </w:rPr>
        <w:t>Monthly Gross Income: _____________________________________________________</w:t>
      </w:r>
    </w:p>
    <w:p/>
    <w:p>
      <w:r>
        <w:rPr>
          <w:b/>
          <w:sz w:val="20"/>
        </w:rPr>
        <w:t>FINANCIAL INFORMATION</w:t>
      </w:r>
    </w:p>
    <w:p>
      <w:r>
        <w:rPr>
          <w:b w:val="0"/>
          <w:sz w:val="20"/>
        </w:rPr>
        <w:t>Checking Account Institution: ______________________________________________</w:t>
      </w:r>
    </w:p>
    <w:p>
      <w:r>
        <w:rPr>
          <w:b w:val="0"/>
          <w:sz w:val="20"/>
        </w:rPr>
        <w:t>Savings Account Institution: _______________________________________________</w:t>
      </w:r>
    </w:p>
    <w:p>
      <w:r>
        <w:rPr>
          <w:b w:val="0"/>
          <w:sz w:val="20"/>
        </w:rPr>
        <w:t>Other Income Sources (Specify): ____________________________________________</w:t>
      </w:r>
    </w:p>
    <w:p>
      <w:r>
        <w:rPr>
          <w:b w:val="0"/>
          <w:sz w:val="20"/>
        </w:rPr>
        <w:t>Do you have any outstanding debts or liens?  Yes ______  No ______</w:t>
      </w:r>
    </w:p>
    <w:p>
      <w:r>
        <w:rPr>
          <w:b w:val="0"/>
          <w:sz w:val="20"/>
        </w:rPr>
        <w:t>If yes, please specify: ____________________________________________________</w:t>
      </w:r>
    </w:p>
    <w:p/>
    <w:p>
      <w:r>
        <w:rPr>
          <w:b/>
          <w:sz w:val="20"/>
        </w:rPr>
        <w:t>PROPERTY OF INTEREST</w:t>
      </w:r>
    </w:p>
    <w:p>
      <w:r>
        <w:rPr>
          <w:b w:val="0"/>
          <w:sz w:val="20"/>
        </w:rPr>
        <w:t>Property Type (e.g., Single Family, Condo, Townhouse): ______________________</w:t>
      </w:r>
    </w:p>
    <w:p>
      <w:r>
        <w:rPr>
          <w:b w:val="0"/>
          <w:sz w:val="20"/>
        </w:rPr>
        <w:t>Desired Location(s): ______________________________________________________</w:t>
      </w:r>
    </w:p>
    <w:p>
      <w:r>
        <w:rPr>
          <w:b w:val="0"/>
          <w:sz w:val="20"/>
        </w:rPr>
        <w:t>Price Range: ______________________________________________________________</w:t>
      </w:r>
    </w:p>
    <w:p>
      <w:r>
        <w:rPr>
          <w:b w:val="0"/>
          <w:sz w:val="20"/>
        </w:rPr>
        <w:t>Number of Bedrooms: ______________________________________________________</w:t>
      </w:r>
    </w:p>
    <w:p>
      <w:r>
        <w:rPr>
          <w:b w:val="0"/>
          <w:sz w:val="20"/>
        </w:rPr>
        <w:t>Number of Bathrooms: _____________________________________________________</w:t>
      </w:r>
    </w:p>
    <w:p>
      <w:r>
        <w:rPr>
          <w:b w:val="0"/>
          <w:sz w:val="20"/>
        </w:rPr>
        <w:t>Other Requirements or Preferences: _________________________________________</w:t>
      </w:r>
    </w:p>
    <w:p/>
    <w:p>
      <w:r>
        <w:rPr>
          <w:b/>
          <w:sz w:val="20"/>
        </w:rPr>
        <w:t>REPRESENTATION AND AGENCY DISCLOSURE</w:t>
      </w:r>
    </w:p>
    <w:p>
      <w:r>
        <w:rPr>
          <w:b w:val="0"/>
          <w:sz w:val="20"/>
        </w:rPr>
        <w:t xml:space="preserve">I acknowledge that the real estate agent/broker represents the interests as disclosed and </w:t>
      </w:r>
    </w:p>
    <w:p>
      <w:r>
        <w:rPr>
          <w:b w:val="0"/>
          <w:sz w:val="20"/>
        </w:rPr>
        <w:t>that I have been informed of my rights under the applicable laws of the State and the United States.</w:t>
      </w:r>
    </w:p>
    <w:p>
      <w:r>
        <w:rPr>
          <w:b w:val="0"/>
          <w:sz w:val="20"/>
        </w:rPr>
        <w:t>I understand that this sheet is for informational purposes and does not constitute a contract or binding agreement.</w:t>
      </w:r>
    </w:p>
    <w:p/>
    <w:p>
      <w:r>
        <w:rPr>
          <w:b/>
          <w:sz w:val="20"/>
        </w:rPr>
        <w:t>PRIVACY AND CONFIDENTIALITY</w:t>
      </w:r>
    </w:p>
    <w:p>
      <w:r>
        <w:rPr>
          <w:b w:val="0"/>
          <w:sz w:val="20"/>
        </w:rPr>
        <w:t>All information provided herein will be kept confidential and used solely for the purpose of assisting in the real estate transaction.</w:t>
      </w:r>
    </w:p>
    <w:p>
      <w:r>
        <w:rPr>
          <w:b w:val="0"/>
          <w:sz w:val="20"/>
        </w:rPr>
        <w:t>Information may be shared with cooperating agents, lenders, and other parties involved, as required by law or with my consent.</w:t>
      </w:r>
    </w:p>
    <w:p/>
    <w:p>
      <w:r>
        <w:rPr>
          <w:b/>
          <w:sz w:val="20"/>
        </w:rPr>
        <w:t>AUTHORIZATION AND CONSENT</w:t>
      </w:r>
    </w:p>
    <w:p>
      <w:r>
        <w:rPr>
          <w:b w:val="0"/>
          <w:sz w:val="20"/>
        </w:rPr>
        <w:t>By signing below, I certify that the information provided is true and accurate to the best of my knowledge.</w:t>
      </w:r>
    </w:p>
    <w:p>
      <w:r>
        <w:rPr>
          <w:b w:val="0"/>
          <w:sz w:val="20"/>
        </w:rPr>
        <w:t>I authorize verification of the information and consent to the use of my information in connection with real estate services.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AGENT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 Name: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 Name: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https://docs-realestate.com/real-estate-client-information-sheet-template/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https://docs-realestate.com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docs-realestate.com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realestate.com/real-estate-client-information-sheet-template/" TargetMode="External"/><Relationship Id="rId10" Type="http://schemas.openxmlformats.org/officeDocument/2006/relationships/hyperlink" Target="https://docs-realesta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