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PURCHASE AGREEMENT</w:t>
      </w:r>
    </w:p>
    <w:p/>
    <w:p>
      <w:r>
        <w:rPr>
          <w:b/>
          <w:sz w:val="20"/>
        </w:rPr>
        <w:t>This Purchase Agreement ("Agreement") is entered into by and between:</w:t>
      </w:r>
    </w:p>
    <w:p/>
    <w:p>
      <w:r>
        <w:rPr>
          <w:b/>
          <w:sz w:val="20"/>
        </w:rPr>
        <w:t>SELLER INFORMATION:</w:t>
      </w:r>
    </w:p>
    <w:p>
      <w:r>
        <w:rPr>
          <w:b w:val="0"/>
          <w:sz w:val="20"/>
        </w:rPr>
        <w:t>Full Legal Name: ____________________________________________________________</w:t>
      </w:r>
    </w:p>
    <w:p>
      <w:r>
        <w:rPr>
          <w:b w:val="0"/>
          <w:sz w:val="20"/>
        </w:rPr>
        <w:t>Address: _________________________________________________________________</w:t>
      </w:r>
    </w:p>
    <w:p>
      <w:r>
        <w:rPr>
          <w:b w:val="0"/>
          <w:sz w:val="20"/>
        </w:rPr>
        <w:t>Phone Number: ____________________________________________________________</w:t>
      </w:r>
    </w:p>
    <w:p>
      <w:r>
        <w:rPr>
          <w:b w:val="0"/>
          <w:sz w:val="20"/>
        </w:rPr>
        <w:t>Email Address: ____________________________________________________________</w:t>
      </w:r>
    </w:p>
    <w:p/>
    <w:p>
      <w:r>
        <w:rPr>
          <w:b/>
          <w:sz w:val="20"/>
        </w:rPr>
        <w:t>BUYER INFORMATION:</w:t>
      </w:r>
    </w:p>
    <w:p>
      <w:r>
        <w:rPr>
          <w:b w:val="0"/>
          <w:sz w:val="20"/>
        </w:rPr>
        <w:t>Full Legal Name: ____________________________________________________________</w:t>
      </w:r>
    </w:p>
    <w:p>
      <w:r>
        <w:rPr>
          <w:b w:val="0"/>
          <w:sz w:val="20"/>
        </w:rPr>
        <w:t>Address: _________________________________________________________________</w:t>
      </w:r>
    </w:p>
    <w:p>
      <w:r>
        <w:rPr>
          <w:b w:val="0"/>
          <w:sz w:val="20"/>
        </w:rPr>
        <w:t>Phone Number: ____________________________________________________________</w:t>
      </w:r>
    </w:p>
    <w:p>
      <w:r>
        <w:rPr>
          <w:b w:val="0"/>
          <w:sz w:val="20"/>
        </w:rPr>
        <w:t>Email Address: ____________________________________________________________</w:t>
      </w:r>
    </w:p>
    <w:p/>
    <w:p>
      <w:r>
        <w:rPr>
          <w:b/>
          <w:sz w:val="20"/>
        </w:rPr>
        <w:t>DESCRIPTION OF GOODS TO BE PURCHASED:</w:t>
      </w:r>
    </w:p>
    <w:p>
      <w:r>
        <w:rPr>
          <w:b w:val="0"/>
          <w:sz w:val="20"/>
        </w:rPr>
        <w:t>Type of Goods: ____________________________________________________________</w:t>
      </w:r>
    </w:p>
    <w:p>
      <w:r>
        <w:rPr>
          <w:b w:val="0"/>
          <w:sz w:val="20"/>
        </w:rPr>
        <w:t>Make/Model (if applicable): ________________________________________________</w:t>
      </w:r>
    </w:p>
    <w:p>
      <w:r>
        <w:rPr>
          <w:b w:val="0"/>
          <w:sz w:val="20"/>
        </w:rPr>
        <w:t>Serial Number (if applicable): ______________________________________________</w:t>
      </w:r>
    </w:p>
    <w:p>
      <w:r>
        <w:rPr>
          <w:b w:val="0"/>
          <w:sz w:val="20"/>
        </w:rPr>
        <w:t>Quantity: _________________________________________________________________</w:t>
      </w:r>
    </w:p>
    <w:p>
      <w:r>
        <w:rPr>
          <w:b w:val="0"/>
          <w:sz w:val="20"/>
        </w:rPr>
        <w:t>Condition: _________________________________________________________________</w:t>
      </w:r>
    </w:p>
    <w:p/>
    <w:p>
      <w:r>
        <w:rPr>
          <w:b/>
          <w:sz w:val="20"/>
        </w:rPr>
        <w:t>PURCHASE PRICE AND PAYMENT TERMS:</w:t>
      </w:r>
    </w:p>
    <w:p>
      <w:r>
        <w:rPr>
          <w:b w:val="0"/>
          <w:sz w:val="20"/>
        </w:rPr>
        <w:t>Total Purchase Price: $________________ (USD)</w:t>
      </w:r>
    </w:p>
    <w:p>
      <w:r>
        <w:rPr>
          <w:b w:val="0"/>
          <w:sz w:val="20"/>
        </w:rPr>
        <w:t>Payment Method: ___________________________________________________________</w:t>
      </w:r>
    </w:p>
    <w:p>
      <w:r>
        <w:rPr>
          <w:b w:val="0"/>
          <w:sz w:val="20"/>
        </w:rPr>
        <w:t>Payment Schedule: _________________________________________________________</w:t>
      </w:r>
    </w:p>
    <w:p>
      <w:r>
        <w:rPr>
          <w:b w:val="0"/>
          <w:sz w:val="20"/>
        </w:rPr>
        <w:t>Earnest Money Deposit (if any): $________________ (USD)</w:t>
      </w:r>
    </w:p>
    <w:p>
      <w:r>
        <w:rPr>
          <w:b w:val="0"/>
          <w:sz w:val="20"/>
        </w:rPr>
        <w:t>Balance Due Upon Closing: $________________ (USD)</w:t>
      </w:r>
    </w:p>
    <w:p/>
    <w:p>
      <w:r>
        <w:rPr>
          <w:b/>
          <w:sz w:val="20"/>
        </w:rPr>
        <w:t>DELIVERY OF GOODS:</w:t>
      </w:r>
    </w:p>
    <w:p>
      <w:r>
        <w:rPr>
          <w:b w:val="0"/>
          <w:sz w:val="20"/>
        </w:rPr>
        <w:t>Delivery Date: _____________________________________________________________</w:t>
      </w:r>
    </w:p>
    <w:p>
      <w:r>
        <w:rPr>
          <w:b w:val="0"/>
          <w:sz w:val="20"/>
        </w:rPr>
        <w:t>Delivery Location: _________________________________________________________</w:t>
      </w:r>
    </w:p>
    <w:p>
      <w:r>
        <w:rPr>
          <w:b w:val="0"/>
          <w:sz w:val="20"/>
        </w:rPr>
        <w:t>Risk of Loss: Risk of loss or damage to the Goods shall pass to the Buyer upon _________________.</w:t>
      </w:r>
    </w:p>
    <w:p/>
    <w:p>
      <w:r>
        <w:rPr>
          <w:b/>
          <w:sz w:val="20"/>
        </w:rPr>
        <w:t>INSPECTION:</w:t>
      </w:r>
    </w:p>
    <w:p>
      <w:r>
        <w:rPr>
          <w:b w:val="0"/>
          <w:sz w:val="20"/>
        </w:rPr>
        <w:t>Buyer shall have the right to inspect the Goods prior to acceptance. Any defects or nonconformities must be reported to Seller within _______________ days of delivery.</w:t>
      </w:r>
    </w:p>
    <w:p/>
    <w:p>
      <w:r>
        <w:rPr>
          <w:b/>
          <w:sz w:val="20"/>
        </w:rPr>
        <w:t>REPRESENTATIONS AND WARRANTIES:</w:t>
      </w:r>
    </w:p>
    <w:p>
      <w:r>
        <w:rPr>
          <w:b w:val="0"/>
          <w:sz w:val="20"/>
        </w:rPr>
        <w:t>Seller represents and warrants that:</w:t>
      </w:r>
    </w:p>
    <w:p>
      <w:r>
        <w:rPr>
          <w:b w:val="0"/>
          <w:sz w:val="20"/>
        </w:rPr>
        <w:t>• Seller is the lawful owner of the Goods, free and clear of any liens or encumbrances.</w:t>
      </w:r>
    </w:p>
    <w:p>
      <w:r>
        <w:rPr>
          <w:b w:val="0"/>
          <w:sz w:val="20"/>
        </w:rPr>
        <w:t>• The Goods conform to the description stated herein and are fit for the ordinary purposes for which such goods are used.</w:t>
      </w:r>
    </w:p>
    <w:p>
      <w:r>
        <w:rPr>
          <w:b w:val="0"/>
          <w:sz w:val="20"/>
        </w:rPr>
        <w:t>• Seller has full right and authority to enter into this Agreement and to sell the Goods.</w:t>
      </w:r>
    </w:p>
    <w:p/>
    <w:p>
      <w:r>
        <w:rPr>
          <w:b w:val="0"/>
          <w:sz w:val="20"/>
        </w:rPr>
        <w:t>Buyer represents and warrants that:</w:t>
      </w:r>
    </w:p>
    <w:p>
      <w:r>
        <w:rPr>
          <w:b w:val="0"/>
          <w:sz w:val="20"/>
        </w:rPr>
        <w:t>• Buyer has the legal capacity to enter into this Agreement.</w:t>
      </w:r>
    </w:p>
    <w:p>
      <w:r>
        <w:rPr>
          <w:b w:val="0"/>
          <w:sz w:val="20"/>
        </w:rPr>
        <w:t>• Buyer has had the opportunity to inspect the Goods and accepts them in their current condition.</w:t>
      </w:r>
    </w:p>
    <w:p/>
    <w:p>
      <w:r>
        <w:rPr>
          <w:b/>
          <w:sz w:val="20"/>
        </w:rPr>
        <w:t>RISK OF LOSS:</w:t>
      </w:r>
    </w:p>
    <w:p>
      <w:r>
        <w:rPr>
          <w:b w:val="0"/>
          <w:sz w:val="20"/>
        </w:rPr>
        <w:t>Risk of loss or damage to the Goods shall remain with the Seller until delivery to the Buyer at the agreed location.</w:t>
      </w:r>
    </w:p>
    <w:p/>
    <w:p>
      <w:r>
        <w:rPr>
          <w:b/>
          <w:sz w:val="20"/>
        </w:rPr>
        <w:t>TRANSFER OF TITLE:</w:t>
      </w:r>
    </w:p>
    <w:p>
      <w:r>
        <w:rPr>
          <w:b w:val="0"/>
          <w:sz w:val="20"/>
        </w:rPr>
        <w:t>Title to the Goods shall pass from Seller to Buyer upon full payment of the Purchase Price.</w:t>
      </w:r>
    </w:p>
    <w:p/>
    <w:p>
      <w:r>
        <w:rPr>
          <w:b/>
          <w:sz w:val="20"/>
        </w:rPr>
        <w:t>INDEMNIFICATION:</w:t>
      </w:r>
    </w:p>
    <w:p>
      <w:r>
        <w:rPr>
          <w:b w:val="0"/>
          <w:sz w:val="20"/>
        </w:rPr>
        <w:t>Each party shall indemnify and hold harmless the other party from any claims, losses, damages, liabilities, costs, or expenses arising out of any breach of this Agreement or negligent acts or omissions.</w:t>
      </w:r>
    </w:p>
    <w:p/>
    <w:p>
      <w:r>
        <w:rPr>
          <w:b/>
          <w:sz w:val="20"/>
        </w:rPr>
        <w:t>GOVERNING LAW:</w:t>
      </w:r>
    </w:p>
    <w:p>
      <w:r>
        <w:rPr>
          <w:b w:val="0"/>
          <w:sz w:val="20"/>
        </w:rPr>
        <w:t>This Agreement shall be governed by and construed in accordance with the laws of the State of __________________, United States of America, without regard to its conflict of law principles.</w:t>
      </w:r>
    </w:p>
    <w:p/>
    <w:p>
      <w:r>
        <w:rPr>
          <w:b/>
          <w:sz w:val="20"/>
        </w:rPr>
        <w:t>DISPUTE RESOLUTION:</w:t>
      </w:r>
    </w:p>
    <w:p>
      <w:r>
        <w:rPr>
          <w:b w:val="0"/>
          <w:sz w:val="20"/>
        </w:rPr>
        <w:t>Any dispute arising out of or relating to this Agreement shall be resolved through good faith negotiations between the parties. If unresolved, the dispute shall be submitted to binding arbitration administered by the American Arbitration Association under its Commercial Arbitration Rules.</w:t>
      </w:r>
    </w:p>
    <w:p/>
    <w:p>
      <w:r>
        <w:rPr>
          <w:b/>
          <w:sz w:val="20"/>
        </w:rPr>
        <w:t>ENTIRE AGREEMENT:</w:t>
      </w:r>
    </w:p>
    <w:p>
      <w:r>
        <w:rPr>
          <w:b w:val="0"/>
          <w:sz w:val="20"/>
        </w:rPr>
        <w:t>This Agreement constitutes the entire agreement between the parties with respect to the subject matter hereof and supersedes all prior agreements, understandings, and negotiations, whether written or oral.</w:t>
      </w:r>
    </w:p>
    <w:p/>
    <w:p>
      <w:r>
        <w:rPr>
          <w:b/>
          <w:sz w:val="20"/>
        </w:rPr>
        <w:t>AMENDMENTS:</w:t>
      </w:r>
    </w:p>
    <w:p>
      <w:r>
        <w:rPr>
          <w:b w:val="0"/>
          <w:sz w:val="20"/>
        </w:rPr>
        <w:t>No amendment or modification of this Agreement shall be valid unless in writing and signed by both parties.</w:t>
      </w:r>
    </w:p>
    <w:p/>
    <w:p>
      <w:r>
        <w:rPr>
          <w:b/>
          <w:sz w:val="20"/>
        </w:rPr>
        <w:t>SEVERABILITY:</w:t>
      </w:r>
    </w:p>
    <w:p>
      <w:r>
        <w:rPr>
          <w:b w:val="0"/>
          <w:sz w:val="20"/>
        </w:rPr>
        <w:t>If any provision of this Agreement is held to be invalid or unenforceable, the remaining provisions shall continue in full force and effect.</w:t>
      </w:r>
    </w:p>
    <w:p/>
    <w:p>
      <w:r>
        <w:rPr>
          <w:b/>
          <w:sz w:val="20"/>
        </w:rPr>
        <w:t>WAIVER:</w:t>
      </w:r>
    </w:p>
    <w:p>
      <w:r>
        <w:rPr>
          <w:b w:val="0"/>
          <w:sz w:val="20"/>
        </w:rPr>
        <w:t>No waiver of any breach or default shall constitute a waiver of any subsequent breach or default.</w:t>
      </w:r>
    </w:p>
    <w:p/>
    <w:p>
      <w:r>
        <w:rPr>
          <w:b/>
          <w:sz w:val="20"/>
        </w:rPr>
        <w:t>NOTICES:</w:t>
      </w:r>
    </w:p>
    <w:p>
      <w:r>
        <w:rPr>
          <w:b w:val="0"/>
          <w:sz w:val="20"/>
        </w:rPr>
        <w:t>All notices under this Agreement shall be in writing and shall be deemed given when delivered personally, sent by certified mail, or by recognized overnight courier service to the addresses provided above.</w:t>
      </w:r>
    </w:p>
    <w:p/>
    <w:p/>
    <w:p>
      <w:r>
        <w:rPr>
          <w:b/>
          <w:sz w:val="20"/>
        </w:rPr>
        <w:t>IN WITNESS WHEREOF, the parties have executed this Purchase Agreement as of the date set forth below.</w:t>
      </w:r>
    </w:p>
    <w:p/>
    <w:p/>
    <w:p>
      <w:r>
        <w:rPr>
          <w:b w:val="0"/>
          <w:sz w:val="20"/>
        </w:rPr>
        <w:t>Place of Execution: ___________________________________________</w:t>
      </w:r>
    </w:p>
    <w:p>
      <w:r>
        <w:rPr>
          <w:b w:val="0"/>
          <w:sz w:val="20"/>
        </w:rPr>
        <w:t>Date of Execution: ____________________________________________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SELLER</w:t>
            </w:r>
          </w:p>
        </w:tc>
        <w:tc>
          <w:tcPr>
            <w:tcW w:type="dxa" w:w="4986"/>
            <w:tcBorders>
              <w:top w:val="nil"/>
              <w:left w:val="nil"/>
              <w:bottom w:val="nil"/>
              <w:right w:val="nil"/>
              <w:insideH w:val="nil"/>
              <w:insideV w:val="nil"/>
            </w:tcBorders>
          </w:tcPr>
          <w:p>
            <w:pPr>
              <w:jc w:val="center"/>
            </w:pPr>
            <w:r>
              <w:t>BUYER</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Printed Name: _________________________</w:t>
            </w:r>
          </w:p>
        </w:tc>
        <w:tc>
          <w:tcPr>
            <w:tcW w:type="dxa" w:w="4986"/>
            <w:tcBorders>
              <w:top w:val="nil"/>
              <w:left w:val="nil"/>
              <w:bottom w:val="nil"/>
              <w:right w:val="nil"/>
              <w:insideH w:val="nil"/>
              <w:insideV w:val="nil"/>
            </w:tcBorders>
          </w:tcPr>
          <w:p>
            <w:pPr>
              <w:jc w:val="center"/>
            </w:pPr>
            <w:r>
              <w:t>Printed Name: 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https://docs-realestate.com/purchase-agreement-template/</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https://docs-realestate.com</w:t>
        </w:r>
      </w:hyperlink>
    </w:p>
    <w:p>
      <w:pPr>
        <w:jc w:val="center"/>
      </w:pPr>
      <w:r>
        <w:rPr>
          <w:color w:val="808080"/>
          <w:sz w:val="20"/>
        </w:rPr>
        <w:t>This template is intended exclusively for personal, non-commercial use.</w:t>
        <w:br/>
        <w:t>If distributed or published, the source must be mentioned. © docs-realestate.com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docs-realestate.com/purchase-agreement-template/" TargetMode="External"/><Relationship Id="rId10" Type="http://schemas.openxmlformats.org/officeDocument/2006/relationships/hyperlink" Target="https://docs-realestat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