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PROOF OF RESIDENCY LETTER</w:t>
      </w:r>
    </w:p>
    <w:p/>
    <w:p/>
    <w:p>
      <w:r>
        <w:rPr>
          <w:b w:val="0"/>
          <w:sz w:val="20"/>
        </w:rPr>
        <w:t>To Whom It May Concern:</w:t>
      </w:r>
    </w:p>
    <w:p/>
    <w:p>
      <w:r>
        <w:rPr>
          <w:b w:val="0"/>
          <w:sz w:val="20"/>
        </w:rPr>
        <w:t>This letter serves as official proof that the individual named below resides at the address listed herein. This document is issued in good faith and is intended for use in verifying residency for legal, administrative, or other official purposes within the United States of America.</w:t>
      </w:r>
    </w:p>
    <w:p/>
    <w:p/>
    <w:p>
      <w:r>
        <w:rPr>
          <w:b/>
          <w:sz w:val="20"/>
        </w:rPr>
        <w:t>Resident Information:</w:t>
      </w:r>
    </w:p>
    <w:p>
      <w:r>
        <w:rPr>
          <w:b w:val="0"/>
          <w:sz w:val="20"/>
        </w:rPr>
        <w:t>Full Legal Name: ______________________________________________________________</w:t>
      </w:r>
    </w:p>
    <w:p>
      <w:r>
        <w:rPr>
          <w:b w:val="0"/>
          <w:sz w:val="20"/>
        </w:rPr>
        <w:t>Date of Birth: _________________________________________________________________</w:t>
      </w:r>
    </w:p>
    <w:p>
      <w:r>
        <w:rPr>
          <w:b w:val="0"/>
          <w:sz w:val="20"/>
        </w:rPr>
        <w:t>Social Security Number (last 4 digits): ____________________________________________</w:t>
      </w:r>
    </w:p>
    <w:p>
      <w:r>
        <w:rPr>
          <w:b w:val="0"/>
          <w:sz w:val="20"/>
        </w:rPr>
        <w:t>Contact Phone Number: ___________________________________________________________</w:t>
      </w:r>
    </w:p>
    <w:p/>
    <w:p>
      <w:r>
        <w:rPr>
          <w:b/>
          <w:sz w:val="20"/>
        </w:rPr>
        <w:t>Residential Address:</w:t>
      </w:r>
    </w:p>
    <w:p>
      <w:r>
        <w:rPr>
          <w:b w:val="0"/>
          <w:sz w:val="20"/>
        </w:rPr>
        <w:t>Street Address: ________________________________________________________________</w:t>
      </w:r>
    </w:p>
    <w:p>
      <w:r>
        <w:rPr>
          <w:b w:val="0"/>
          <w:sz w:val="20"/>
        </w:rPr>
        <w:t>City: ________________________________   State: ____________   ZIP Code: ________</w:t>
      </w:r>
    </w:p>
    <w:p>
      <w:r>
        <w:rPr>
          <w:b w:val="0"/>
          <w:sz w:val="20"/>
        </w:rPr>
        <w:t>Duration of Residency at This Address: ___________________________________________</w:t>
      </w:r>
    </w:p>
    <w:p/>
    <w:p>
      <w:r>
        <w:rPr>
          <w:b/>
          <w:sz w:val="20"/>
        </w:rPr>
        <w:t>Verification Details:</w:t>
      </w:r>
    </w:p>
    <w:p>
      <w:r>
        <w:rPr>
          <w:b w:val="0"/>
          <w:sz w:val="20"/>
        </w:rPr>
        <w:t>The undersigned hereby certifies that the information provided above is true and accurate to the best of their knowledge. Verification of residency has been conducted through one or more of the following documents presented by the resident:</w:t>
      </w:r>
    </w:p>
    <w:p>
      <w:r>
        <w:rPr>
          <w:b w:val="0"/>
          <w:sz w:val="20"/>
        </w:rPr>
        <w:t>• Driver’s License or State ID Card</w:t>
      </w:r>
    </w:p>
    <w:p>
      <w:r>
        <w:rPr>
          <w:b w:val="0"/>
          <w:sz w:val="20"/>
        </w:rPr>
        <w:t>• Utility Bill (Electricity, Water, Gas, etc.)</w:t>
      </w:r>
    </w:p>
    <w:p>
      <w:r>
        <w:rPr>
          <w:b w:val="0"/>
          <w:sz w:val="20"/>
        </w:rPr>
        <w:t>• Lease or Rental Agreement</w:t>
      </w:r>
    </w:p>
    <w:p>
      <w:r>
        <w:rPr>
          <w:b w:val="0"/>
          <w:sz w:val="20"/>
        </w:rPr>
        <w:t>• Bank Statement</w:t>
      </w:r>
    </w:p>
    <w:p>
      <w:r>
        <w:rPr>
          <w:b w:val="0"/>
          <w:sz w:val="20"/>
        </w:rPr>
        <w:t>• Other Official Correspondence: ______________________________________________</w:t>
      </w:r>
    </w:p>
    <w:p/>
    <w:p>
      <w:r>
        <w:rPr>
          <w:b/>
          <w:sz w:val="20"/>
        </w:rPr>
        <w:t>Issuer Information:</w:t>
      </w:r>
    </w:p>
    <w:p>
      <w:r>
        <w:rPr>
          <w:b w:val="0"/>
          <w:sz w:val="20"/>
        </w:rPr>
        <w:t>Full Name: ______________________________________________________________</w:t>
      </w:r>
    </w:p>
    <w:p>
      <w:r>
        <w:rPr>
          <w:b w:val="0"/>
          <w:sz w:val="20"/>
        </w:rPr>
        <w:t>Title/Position: ____________________________________________________________</w:t>
      </w:r>
    </w:p>
    <w:p>
      <w:r>
        <w:rPr>
          <w:b w:val="0"/>
          <w:sz w:val="20"/>
        </w:rPr>
        <w:t>Organization Name (if applicable): _________________________________________</w:t>
      </w:r>
    </w:p>
    <w:p>
      <w:r>
        <w:rPr>
          <w:b w:val="0"/>
          <w:sz w:val="20"/>
        </w:rPr>
        <w:t>Contact Phone Number: ___________________________________________________</w:t>
      </w:r>
    </w:p>
    <w:p>
      <w:r>
        <w:rPr>
          <w:b w:val="0"/>
          <w:sz w:val="20"/>
        </w:rPr>
        <w:t>Email Address: ____________________________________________________________</w:t>
      </w:r>
    </w:p>
    <w:p>
      <w:r>
        <w:rPr>
          <w:b w:val="0"/>
          <w:sz w:val="20"/>
        </w:rPr>
        <w:t>Issuer Address: ___________________________________________________________</w:t>
      </w:r>
    </w:p>
    <w:p>
      <w:r>
        <w:rPr>
          <w:b w:val="0"/>
          <w:sz w:val="20"/>
        </w:rPr>
        <w:t>City: ________________________________   State: ____________   ZIP Code: ________</w:t>
      </w:r>
    </w:p>
    <w:p/>
    <w:p>
      <w:r>
        <w:rPr>
          <w:b/>
          <w:sz w:val="20"/>
        </w:rPr>
        <w:t>Legal Statement:</w:t>
      </w:r>
    </w:p>
    <w:p>
      <w:r>
        <w:rPr>
          <w:b w:val="0"/>
          <w:sz w:val="20"/>
        </w:rPr>
        <w:t>This Proof of Residency Letter is provided in compliance with applicable laws and regulations of the United States. It is intended solely for the purpose of verifying residency and shall not be used for any fraudulent or illegal activities. The issuer accepts no liability for any misuse of this document.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ISSUER SIGNATURE</w:t>
            </w:r>
          </w:p>
        </w:tc>
        <w:tc>
          <w:tcPr>
            <w:tcW w:type="dxa" w:w="4986"/>
            <w:tcBorders>
              <w:top w:val="nil"/>
              <w:left w:val="nil"/>
              <w:bottom w:val="nil"/>
              <w:right w:val="nil"/>
              <w:insideH w:val="nil"/>
              <w:insideV w:val="nil"/>
            </w:tcBorders>
          </w:tcPr>
          <w:p>
            <w:pPr>
              <w:jc w:val="center"/>
            </w:pPr>
            <w:r>
              <w:t>RESIDENT SIGNATURE</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p/>
    <w:p>
      <w:r>
        <w:rPr>
          <w:b w:val="0"/>
          <w:sz w:val="20"/>
        </w:rPr>
        <w:t>Place of Issuance: ___________________________________________</w:t>
      </w:r>
    </w:p>
    <w:p>
      <w:r>
        <w:rPr>
          <w:b w:val="0"/>
          <w:sz w:val="20"/>
        </w:rPr>
        <w:t>Date of Issuance: ____________________________________________</w:t>
      </w:r>
    </w:p>
    <w:p/>
    <w:p/>
    <w:p>
      <w:r>
        <w:rPr>
          <w:b w:val="0"/>
          <w:sz w:val="20"/>
        </w:rPr>
        <w:t>Official Stamp/Seal (if applicable): ___________________________</w:t>
      </w:r>
    </w:p>
    <w:p/>
    <w:p/>
    <w:p>
      <w:r>
        <w:rPr>
          <w:b/>
          <w:sz w:val="20"/>
        </w:rPr>
        <w:t>Disclaimer:</w:t>
      </w:r>
    </w:p>
    <w:p>
      <w:r>
        <w:rPr>
          <w:b w:val="0"/>
          <w:sz w:val="20"/>
        </w:rPr>
        <w:t>This document is issued based on information provided by the resident and available records of the issuer. The issuer does not guarantee the accuracy of external documents presented for verification. Use of this letter is subject to the rules and discretion of the requesting authority.</w:t>
      </w:r>
    </w:p>
    <w:p/>
    <w:p>
      <w:r>
        <w:br w:type="page"/>
      </w:r>
    </w:p>
    <w:p>
      <w:pPr>
        <w:jc w:val="center"/>
      </w:pPr>
      <w:r>
        <w:rPr>
          <w:color w:val="555555"/>
          <w:sz w:val="24"/>
        </w:rPr>
        <w:t>Original source of this document:</w:t>
      </w:r>
    </w:p>
    <w:p>
      <w:pPr>
        <w:jc w:val="center"/>
      </w:pPr>
      <w:hyperlink r:id="rId9">
        <w:r>
          <w:rPr>
            <w:color w:val="0000FF"/>
            <w:u w:val="single"/>
          </w:rPr>
          <w:t>https://docs-realestate.com/proof-of-residency-letter-template/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proof-of-residency-letter-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