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PARKING AGREEMENT</w:t>
      </w:r>
    </w:p>
    <w:p/>
    <w:p>
      <w:r>
        <w:rPr>
          <w:b/>
          <w:sz w:val="20"/>
        </w:rPr>
        <w:t>This Parking Agreement ("Agreement") is made between the following parties:</w:t>
      </w:r>
    </w:p>
    <w:p/>
    <w:p>
      <w:r>
        <w:rPr>
          <w:b/>
          <w:sz w:val="20"/>
        </w:rPr>
        <w:t>Parking Provider Information:</w:t>
      </w:r>
    </w:p>
    <w:p>
      <w:r>
        <w:rPr>
          <w:b w:val="0"/>
          <w:sz w:val="20"/>
        </w:rPr>
        <w:t>Full Name/Company: ____________________________________________________________</w:t>
      </w:r>
    </w:p>
    <w:p>
      <w:r>
        <w:rPr>
          <w:b w:val="0"/>
          <w:sz w:val="20"/>
        </w:rPr>
        <w:t>Address: ______________________________________________________________________</w:t>
      </w:r>
    </w:p>
    <w:p>
      <w:r>
        <w:rPr>
          <w:b w:val="0"/>
          <w:sz w:val="20"/>
        </w:rPr>
        <w:t>Phone: ________________________________________________________________________</w:t>
      </w:r>
    </w:p>
    <w:p>
      <w:r>
        <w:rPr>
          <w:b w:val="0"/>
          <w:sz w:val="20"/>
        </w:rPr>
        <w:t>Email: ________________________________________________________________________</w:t>
      </w:r>
    </w:p>
    <w:p/>
    <w:p>
      <w:r>
        <w:rPr>
          <w:b/>
          <w:sz w:val="20"/>
        </w:rPr>
        <w:t>Parking User Information:</w:t>
      </w:r>
    </w:p>
    <w:p>
      <w:r>
        <w:rPr>
          <w:b w:val="0"/>
          <w:sz w:val="20"/>
        </w:rPr>
        <w:t>Full Name: ____________________________________________________________________</w:t>
      </w:r>
    </w:p>
    <w:p>
      <w:r>
        <w:rPr>
          <w:b w:val="0"/>
          <w:sz w:val="20"/>
        </w:rPr>
        <w:t>Driver’s License No.: ___________________________________________________________</w:t>
      </w:r>
    </w:p>
    <w:p>
      <w:r>
        <w:rPr>
          <w:b w:val="0"/>
          <w:sz w:val="20"/>
        </w:rPr>
        <w:t>Address: ______________________________________________________________________</w:t>
      </w:r>
    </w:p>
    <w:p>
      <w:r>
        <w:rPr>
          <w:b w:val="0"/>
          <w:sz w:val="20"/>
        </w:rPr>
        <w:t>Phone: ________________________________________________________________________</w:t>
      </w:r>
    </w:p>
    <w:p>
      <w:r>
        <w:rPr>
          <w:b w:val="0"/>
          <w:sz w:val="20"/>
        </w:rPr>
        <w:t>Email: ________________________________________________________________________</w:t>
      </w:r>
    </w:p>
    <w:p/>
    <w:p>
      <w:r>
        <w:rPr>
          <w:b/>
          <w:sz w:val="20"/>
        </w:rPr>
        <w:t>Description of Parking Space:</w:t>
      </w:r>
    </w:p>
    <w:p>
      <w:r>
        <w:rPr>
          <w:b w:val="0"/>
          <w:sz w:val="20"/>
        </w:rPr>
        <w:t>Location/Address of Parking Space: _______________________________________________</w:t>
      </w:r>
    </w:p>
    <w:p>
      <w:r>
        <w:rPr>
          <w:b w:val="0"/>
          <w:sz w:val="20"/>
        </w:rPr>
        <w:t>Space Identification Number (if applicable): ______________________________________</w:t>
      </w:r>
    </w:p>
    <w:p>
      <w:r>
        <w:rPr>
          <w:b w:val="0"/>
          <w:sz w:val="20"/>
        </w:rPr>
        <w:t>Parking Space Type (e.g., covered, uncovered, garage): _______________________________</w:t>
      </w:r>
    </w:p>
    <w:p>
      <w:r>
        <w:rPr>
          <w:b w:val="0"/>
          <w:sz w:val="20"/>
        </w:rPr>
        <w:t>Dimensions (if applicable): ______________________________________________________</w:t>
      </w:r>
    </w:p>
    <w:p/>
    <w:p>
      <w:r>
        <w:rPr>
          <w:b/>
          <w:sz w:val="20"/>
        </w:rPr>
        <w:t>Term and Termination:</w:t>
      </w:r>
    </w:p>
    <w:p>
      <w:r>
        <w:rPr>
          <w:b w:val="0"/>
          <w:sz w:val="20"/>
        </w:rPr>
        <w:t>The term of this Agreement shall commence upon mutual execution and shall continue on a month-to-month basis until terminated by either party with written notice of at least thirty (30) days.</w:t>
      </w:r>
    </w:p>
    <w:p>
      <w:r>
        <w:rPr>
          <w:b w:val="0"/>
          <w:sz w:val="20"/>
        </w:rPr>
        <w:t>Either party may terminate this Agreement for any reason by providing the required notice.</w:t>
      </w:r>
    </w:p>
    <w:p>
      <w:r>
        <w:rPr>
          <w:b w:val="0"/>
          <w:sz w:val="20"/>
        </w:rPr>
        <w:t>Upon termination, the Parking User shall remove the vehicle and any personal property from the Parking Space by the termination date.</w:t>
      </w:r>
    </w:p>
    <w:p/>
    <w:p>
      <w:r>
        <w:rPr>
          <w:b/>
          <w:sz w:val="20"/>
        </w:rPr>
        <w:t>Parking Fee and Payment:</w:t>
      </w:r>
    </w:p>
    <w:p>
      <w:r>
        <w:rPr>
          <w:b w:val="0"/>
          <w:sz w:val="20"/>
        </w:rPr>
        <w:t>The Parking User agrees to pay a monthly parking fee of $_________________.</w:t>
      </w:r>
    </w:p>
    <w:p>
      <w:r>
        <w:rPr>
          <w:b w:val="0"/>
          <w:sz w:val="20"/>
        </w:rPr>
        <w:t>Payments shall be made in advance on or before the first day of each month to the Parking Provider via the agreed payment method.</w:t>
      </w:r>
    </w:p>
    <w:p>
      <w:r>
        <w:rPr>
          <w:b w:val="0"/>
          <w:sz w:val="20"/>
        </w:rPr>
        <w:t>Late payments shall incur a late fee of $_________________ or ______% of the overdue amount, whichever is greater.</w:t>
      </w:r>
    </w:p>
    <w:p/>
    <w:p>
      <w:r>
        <w:rPr>
          <w:b/>
          <w:sz w:val="20"/>
        </w:rPr>
        <w:t>Use of Parking Space:</w:t>
      </w:r>
    </w:p>
    <w:p>
      <w:r>
        <w:rPr>
          <w:b w:val="0"/>
          <w:sz w:val="20"/>
        </w:rPr>
        <w:t>The Parking Space shall be used solely for parking the following vehicle(s):</w:t>
      </w:r>
    </w:p>
    <w:p>
      <w:r>
        <w:rPr>
          <w:b w:val="0"/>
          <w:sz w:val="20"/>
        </w:rPr>
        <w:t>Make/Model: _________________________________________________________________</w:t>
      </w:r>
    </w:p>
    <w:p>
      <w:r>
        <w:rPr>
          <w:b w:val="0"/>
          <w:sz w:val="20"/>
        </w:rPr>
        <w:t>Year: _______________   Color: _______________   License Plate No.: ______________</w:t>
      </w:r>
    </w:p>
    <w:p>
      <w:r>
        <w:rPr>
          <w:b w:val="0"/>
          <w:sz w:val="20"/>
        </w:rPr>
        <w:t>The Parking User shall not use the Parking Space for any unlawful purpose or store hazardous materials.</w:t>
      </w:r>
    </w:p>
    <w:p>
      <w:r>
        <w:rPr>
          <w:b w:val="0"/>
          <w:sz w:val="20"/>
        </w:rPr>
        <w:t>No subleasing or assignment of the Parking Space is permitted without the Parking Provider's prior written consent.</w:t>
      </w:r>
    </w:p>
    <w:p/>
    <w:p>
      <w:r>
        <w:rPr>
          <w:b/>
          <w:sz w:val="20"/>
        </w:rPr>
        <w:t>Maintenance and Repairs:</w:t>
      </w:r>
    </w:p>
    <w:p>
      <w:r>
        <w:rPr>
          <w:b w:val="0"/>
          <w:sz w:val="20"/>
        </w:rPr>
        <w:t>The Parking Provider shall maintain the Parking Space in a safe and reasonable condition.</w:t>
      </w:r>
    </w:p>
    <w:p>
      <w:r>
        <w:rPr>
          <w:b w:val="0"/>
          <w:sz w:val="20"/>
        </w:rPr>
        <w:t>The Parking User shall promptly notify the Parking Provider of any damage or needed repairs.</w:t>
      </w:r>
    </w:p>
    <w:p>
      <w:r>
        <w:rPr>
          <w:b w:val="0"/>
          <w:sz w:val="20"/>
        </w:rPr>
        <w:t>The Parking User shall be responsible for any damage caused by their negligence or misuse of the Parking Space.</w:t>
      </w:r>
    </w:p>
    <w:p/>
    <w:p>
      <w:r>
        <w:rPr>
          <w:b/>
          <w:sz w:val="20"/>
        </w:rPr>
        <w:t>Liability and Indemnification:</w:t>
      </w:r>
    </w:p>
    <w:p>
      <w:r>
        <w:rPr>
          <w:b w:val="0"/>
          <w:sz w:val="20"/>
        </w:rPr>
        <w:t>The Parking Provider shall not be liable for any loss, damage, or theft of the vehicle or personal property while on the Parking Space, except to the extent caused by the Parking Provider’s gross negligence or willful misconduct.</w:t>
      </w:r>
    </w:p>
    <w:p>
      <w:r>
        <w:rPr>
          <w:b w:val="0"/>
          <w:sz w:val="20"/>
        </w:rPr>
        <w:t>The Parking User agrees to indemnify and hold harmless the Parking Provider against all claims, liabilities, damages, and expenses arising from the Parking User’s use of the Parking Space.</w:t>
      </w:r>
    </w:p>
    <w:p/>
    <w:p>
      <w:r>
        <w:rPr>
          <w:b/>
          <w:sz w:val="20"/>
        </w:rPr>
        <w:t>Insurance:</w:t>
      </w:r>
    </w:p>
    <w:p>
      <w:r>
        <w:rPr>
          <w:b w:val="0"/>
          <w:sz w:val="20"/>
        </w:rPr>
        <w:t>The Parking User shall maintain valid and adequate insurance coverage for their vehicle while parked in the Parking Space.</w:t>
      </w:r>
    </w:p>
    <w:p>
      <w:r>
        <w:rPr>
          <w:b w:val="0"/>
          <w:sz w:val="20"/>
        </w:rPr>
        <w:t>The Parking Provider may request proof of such insurance at any time.</w:t>
      </w:r>
    </w:p>
    <w:p/>
    <w:p>
      <w:r>
        <w:rPr>
          <w:b/>
          <w:sz w:val="20"/>
        </w:rPr>
        <w:t>Rules and Regulations:</w:t>
      </w:r>
    </w:p>
    <w:p>
      <w:r>
        <w:rPr>
          <w:b w:val="0"/>
          <w:sz w:val="20"/>
        </w:rPr>
        <w:t>The Parking User agrees to comply with all posted rules, regulations, and reasonable instructions provided by the Parking Provider regarding the use of the Parking Space and surrounding premises.</w:t>
      </w:r>
    </w:p>
    <w:p>
      <w:r>
        <w:rPr>
          <w:b w:val="0"/>
          <w:sz w:val="20"/>
        </w:rPr>
        <w:t>Violation of rules may result in termination of this Agreement and removal of the vehicle at the Parking User's expense.</w:t>
      </w:r>
    </w:p>
    <w:p/>
    <w:p>
      <w:r>
        <w:rPr>
          <w:b/>
          <w:sz w:val="20"/>
        </w:rPr>
        <w:t>Default:</w:t>
      </w:r>
    </w:p>
    <w:p>
      <w:r>
        <w:rPr>
          <w:b w:val="0"/>
          <w:sz w:val="20"/>
        </w:rPr>
        <w:t>If the Parking User fails to pay any fees when due or breaches any other term of this Agreement, the Parking Provider may terminate this Agreement upon written notice and may remove the vehicle at the Parking User’s cost and risk after reasonable notice and opportunity to cure.</w:t>
      </w:r>
    </w:p>
    <w:p/>
    <w:p>
      <w:r>
        <w:rPr>
          <w:b/>
          <w:sz w:val="20"/>
        </w:rPr>
        <w:t>Governing Law and Jurisdiction:</w:t>
      </w:r>
    </w:p>
    <w:p>
      <w:r>
        <w:rPr>
          <w:b w:val="0"/>
          <w:sz w:val="20"/>
        </w:rPr>
        <w:t>This Agreement shall be governed by and construed in accordance with the laws of the state in which the Parking Space is located.</w:t>
      </w:r>
    </w:p>
    <w:p>
      <w:r>
        <w:rPr>
          <w:b w:val="0"/>
          <w:sz w:val="20"/>
        </w:rPr>
        <w:t>Any disputes arising under this Agreement shall be subject to the exclusive jurisdiction of the courts located in the same state.</w:t>
      </w:r>
    </w:p>
    <w:p/>
    <w:p>
      <w:r>
        <w:rPr>
          <w:b/>
          <w:sz w:val="20"/>
        </w:rPr>
        <w:t>Entire Agreement and Amendments:</w:t>
      </w:r>
    </w:p>
    <w:p>
      <w:r>
        <w:rPr>
          <w:b w:val="0"/>
          <w:sz w:val="20"/>
        </w:rPr>
        <w:t>This Agreement constitutes the entire agreement between the parties and supersedes all prior understandings or agreements, written or oral, regarding the Parking Space.</w:t>
      </w:r>
    </w:p>
    <w:p>
      <w:r>
        <w:rPr>
          <w:b w:val="0"/>
          <w:sz w:val="20"/>
        </w:rPr>
        <w:t>Any amendments or modifications must be in writing and signed by both parties.</w:t>
      </w:r>
    </w:p>
    <w:p/>
    <w:p>
      <w:r>
        <w:rPr>
          <w:b/>
          <w:sz w:val="20"/>
        </w:rPr>
        <w:t>Severability:</w:t>
      </w:r>
    </w:p>
    <w:p>
      <w:r>
        <w:rPr>
          <w:b w:val="0"/>
          <w:sz w:val="20"/>
        </w:rPr>
        <w:t>If any provision of this Agreement is found to be invalid or unenforceable, the remaining provisions shall remain in full force and effect.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PARKING PROVIDER</w:t>
            </w:r>
          </w:p>
        </w:tc>
        <w:tc>
          <w:tcPr>
            <w:tcW w:type="dxa" w:w="4986"/>
            <w:tcBorders>
              <w:top w:val="nil"/>
              <w:left w:val="nil"/>
              <w:bottom w:val="nil"/>
              <w:right w:val="nil"/>
              <w:insideH w:val="nil"/>
              <w:insideV w:val="nil"/>
            </w:tcBorders>
          </w:tcPr>
          <w:p>
            <w:pPr>
              <w:jc w:val="center"/>
            </w:pPr>
            <w:r>
              <w:t>PARKING USER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https://docs-realestate.com/parking-agreement-template/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parking-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