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OFFER TO LEASE AGREEMENT</w:t>
      </w:r>
    </w:p>
    <w:p/>
    <w:p>
      <w:r>
        <w:rPr>
          <w:b/>
          <w:sz w:val="20"/>
        </w:rPr>
        <w:t>Landlord Information:</w:t>
      </w:r>
    </w:p>
    <w:p>
      <w:r>
        <w:rPr>
          <w:b w:val="0"/>
          <w:sz w:val="20"/>
        </w:rPr>
        <w:t>Full Name / Company: _________________________________________________</w:t>
      </w:r>
    </w:p>
    <w:p>
      <w:r>
        <w:rPr>
          <w:b w:val="0"/>
          <w:sz w:val="20"/>
        </w:rPr>
        <w:t>Address: 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</w:t>
      </w:r>
    </w:p>
    <w:p/>
    <w:p>
      <w:r>
        <w:rPr>
          <w:b/>
          <w:sz w:val="20"/>
        </w:rPr>
        <w:t>Prospective Tenant Information:</w:t>
      </w:r>
    </w:p>
    <w:p>
      <w:r>
        <w:rPr>
          <w:b w:val="0"/>
          <w:sz w:val="20"/>
        </w:rPr>
        <w:t>Full Name / Company: _________________________________________________</w:t>
      </w:r>
    </w:p>
    <w:p>
      <w:r>
        <w:rPr>
          <w:b w:val="0"/>
          <w:sz w:val="20"/>
        </w:rPr>
        <w:t>Address: 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</w:t>
      </w:r>
    </w:p>
    <w:p/>
    <w:p>
      <w:r>
        <w:rPr>
          <w:b/>
          <w:sz w:val="20"/>
        </w:rPr>
        <w:t>Property Description:</w:t>
      </w:r>
    </w:p>
    <w:p>
      <w:r>
        <w:rPr>
          <w:b w:val="0"/>
          <w:sz w:val="20"/>
        </w:rPr>
        <w:t>Address: _____________________________________________________________</w:t>
      </w:r>
    </w:p>
    <w:p>
      <w:r>
        <w:rPr>
          <w:b w:val="0"/>
          <w:sz w:val="20"/>
        </w:rPr>
        <w:t>Type of Property (e.g. apartment, office, retail): _______________________</w:t>
      </w:r>
    </w:p>
    <w:p>
      <w:r>
        <w:rPr>
          <w:b w:val="0"/>
          <w:sz w:val="20"/>
        </w:rPr>
        <w:t>Description of Premises (sq. ft., rooms, etc.): __________________________</w:t>
      </w:r>
    </w:p>
    <w:p/>
    <w:p>
      <w:r>
        <w:rPr>
          <w:b/>
          <w:sz w:val="20"/>
        </w:rPr>
        <w:t>Lease Terms:</w:t>
      </w:r>
    </w:p>
    <w:p>
      <w:r>
        <w:rPr>
          <w:b w:val="0"/>
          <w:sz w:val="20"/>
        </w:rPr>
        <w:t>Lease Commencement Date: ______________________________________________</w:t>
      </w:r>
    </w:p>
    <w:p>
      <w:r>
        <w:rPr>
          <w:b w:val="0"/>
          <w:sz w:val="20"/>
        </w:rPr>
        <w:t>Lease Term (months/years): ____________________________________________</w:t>
      </w:r>
    </w:p>
    <w:p>
      <w:r>
        <w:rPr>
          <w:b w:val="0"/>
          <w:sz w:val="20"/>
        </w:rPr>
        <w:t>Monthly Rent: $________________</w:t>
      </w:r>
    </w:p>
    <w:p>
      <w:r>
        <w:rPr>
          <w:b w:val="0"/>
          <w:sz w:val="20"/>
        </w:rPr>
        <w:t>Security Deposit: $________________</w:t>
      </w:r>
    </w:p>
    <w:p>
      <w:r>
        <w:rPr>
          <w:b w:val="0"/>
          <w:sz w:val="20"/>
        </w:rPr>
        <w:t>Rent Payment Due Date Each Month: _____________________________________</w:t>
      </w:r>
    </w:p>
    <w:p>
      <w:r>
        <w:rPr>
          <w:b w:val="0"/>
          <w:sz w:val="20"/>
        </w:rPr>
        <w:t>Late Payment Penalties: ________________________________________________</w:t>
      </w:r>
    </w:p>
    <w:p>
      <w:r>
        <w:rPr>
          <w:b w:val="0"/>
          <w:sz w:val="20"/>
        </w:rPr>
        <w:t>Utilities and Services Included (if any): _______________________________</w:t>
      </w:r>
    </w:p>
    <w:p/>
    <w:p>
      <w:r>
        <w:rPr>
          <w:b/>
          <w:sz w:val="20"/>
        </w:rPr>
        <w:t>Use of Premises:</w:t>
      </w:r>
    </w:p>
    <w:p>
      <w:r>
        <w:rPr>
          <w:b w:val="0"/>
          <w:sz w:val="20"/>
        </w:rPr>
        <w:t>The premises shall be used solely for the following purpose(s): ____________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Tenant shall comply with all applicable laws, ordinances, and regulations.</w:t>
      </w:r>
    </w:p>
    <w:p/>
    <w:p>
      <w:r>
        <w:rPr>
          <w:b/>
          <w:sz w:val="20"/>
        </w:rPr>
        <w:t>Maintenance and Repairs:</w:t>
      </w:r>
    </w:p>
    <w:p>
      <w:r>
        <w:rPr>
          <w:b w:val="0"/>
          <w:sz w:val="20"/>
        </w:rPr>
        <w:t>Landlord Responsibilities: ____________________________________________</w:t>
      </w:r>
    </w:p>
    <w:p>
      <w:r>
        <w:rPr>
          <w:b w:val="0"/>
          <w:sz w:val="20"/>
        </w:rPr>
        <w:t>Tenant Responsibilities: ______________________________________________</w:t>
      </w:r>
    </w:p>
    <w:p>
      <w:r>
        <w:rPr>
          <w:b w:val="0"/>
          <w:sz w:val="20"/>
        </w:rPr>
        <w:t>Tenant shall maintain premises in a clean, safe, and sanitary condition.</w:t>
      </w:r>
    </w:p>
    <w:p/>
    <w:p>
      <w:r>
        <w:rPr>
          <w:b/>
          <w:sz w:val="20"/>
        </w:rPr>
        <w:t>Alterations and Improvements:</w:t>
      </w:r>
    </w:p>
    <w:p>
      <w:r>
        <w:rPr>
          <w:b w:val="0"/>
          <w:sz w:val="20"/>
        </w:rPr>
        <w:t>Tenant shall not make any alterations, additions, or improvements without Landlord's prior written consent.</w:t>
      </w:r>
    </w:p>
    <w:p/>
    <w:p>
      <w:r>
        <w:rPr>
          <w:b/>
          <w:sz w:val="20"/>
        </w:rPr>
        <w:t>Insurance:</w:t>
      </w:r>
    </w:p>
    <w:p>
      <w:r>
        <w:rPr>
          <w:b w:val="0"/>
          <w:sz w:val="20"/>
        </w:rPr>
        <w:t>Tenant shall maintain liability insurance coverage with minimum limits of $________________.</w:t>
      </w:r>
    </w:p>
    <w:p>
      <w:r>
        <w:rPr>
          <w:b w:val="0"/>
          <w:sz w:val="20"/>
        </w:rPr>
        <w:t>Landlord shall maintain property insurance on the premises.</w:t>
      </w:r>
    </w:p>
    <w:p/>
    <w:p>
      <w:r>
        <w:rPr>
          <w:b/>
          <w:sz w:val="20"/>
        </w:rPr>
        <w:t>Access to Premises:</w:t>
      </w:r>
    </w:p>
    <w:p>
      <w:r>
        <w:rPr>
          <w:b w:val="0"/>
          <w:sz w:val="20"/>
        </w:rPr>
        <w:t>Landlord or Landlord’s agents may enter the premises upon reasonable notice for inspections, repairs, or showings.</w:t>
      </w:r>
    </w:p>
    <w:p/>
    <w:p>
      <w:r>
        <w:rPr>
          <w:b/>
          <w:sz w:val="20"/>
        </w:rPr>
        <w:t>Default and Remedies:</w:t>
      </w:r>
    </w:p>
    <w:p>
      <w:r>
        <w:rPr>
          <w:b w:val="0"/>
          <w:sz w:val="20"/>
        </w:rPr>
        <w:t>If Tenant fails to pay rent or breaches any term, Landlord may terminate this agreement upon written notice as required by law.</w:t>
      </w:r>
    </w:p>
    <w:p>
      <w:r>
        <w:rPr>
          <w:b w:val="0"/>
          <w:sz w:val="20"/>
        </w:rPr>
        <w:t>Tenant shall be responsible for all costs incurred due to default, including reasonable attorney fees and court costs.</w:t>
      </w:r>
    </w:p>
    <w:p/>
    <w:p>
      <w:r>
        <w:rPr>
          <w:b/>
          <w:sz w:val="20"/>
        </w:rPr>
        <w:t>Offer Expiration:</w:t>
      </w:r>
    </w:p>
    <w:p>
      <w:r>
        <w:rPr>
          <w:b w:val="0"/>
          <w:sz w:val="20"/>
        </w:rPr>
        <w:t>This Offer to Lease shall remain open for acceptance until ___________________________.</w:t>
      </w:r>
    </w:p>
    <w:p/>
    <w:p>
      <w:r>
        <w:rPr>
          <w:b/>
          <w:sz w:val="20"/>
        </w:rPr>
        <w:t>Acceptance:</w:t>
      </w:r>
    </w:p>
    <w:p>
      <w:r>
        <w:rPr>
          <w:b w:val="0"/>
          <w:sz w:val="20"/>
        </w:rPr>
        <w:t>Upon acceptance by Landlord, this Offer to Lease shall be binding and enforceable under United States law.</w:t>
      </w:r>
    </w:p>
    <w:p/>
    <w:p/>
    <w:p>
      <w:r>
        <w:rPr>
          <w:b w:val="0"/>
          <w:sz w:val="20"/>
        </w:rPr>
        <w:t>Place of offer: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LANDLORD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PROSPECTIVE TENANT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https://docs-realestate.com/offer-to-lease-template/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https://docs-realestate.com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docs-realestate.com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-realestate.com/offer-to-lease-template/" TargetMode="External"/><Relationship Id="rId10" Type="http://schemas.openxmlformats.org/officeDocument/2006/relationships/hyperlink" Target="https://docs-realesta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