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TO ENTER APARTMENT</w:t>
      </w:r>
    </w:p>
    <w:p/>
    <w:p/>
    <w:p>
      <w:r>
        <w:rPr>
          <w:b/>
          <w:sz w:val="20"/>
        </w:rPr>
        <w:t>To:</w:t>
      </w:r>
    </w:p>
    <w:p>
      <w:r>
        <w:rPr>
          <w:b w:val="0"/>
          <w:sz w:val="20"/>
        </w:rPr>
        <w:t>Tenant Name: ________________________________________________</w:t>
      </w:r>
    </w:p>
    <w:p>
      <w:r>
        <w:rPr>
          <w:b w:val="0"/>
          <w:sz w:val="20"/>
        </w:rPr>
        <w:t>Apartment Address: __________________________________________</w:t>
      </w:r>
    </w:p>
    <w:p>
      <w:r>
        <w:rPr>
          <w:b w:val="0"/>
          <w:sz w:val="20"/>
        </w:rPr>
        <w:t>City, State, Zip Code: _______________________________________</w:t>
      </w:r>
    </w:p>
    <w:p/>
    <w:p>
      <w:r>
        <w:rPr>
          <w:b/>
          <w:sz w:val="20"/>
        </w:rPr>
        <w:t>From:</w:t>
      </w:r>
    </w:p>
    <w:p>
      <w:r>
        <w:rPr>
          <w:b w:val="0"/>
          <w:sz w:val="20"/>
        </w:rPr>
        <w:t>Landlord/Property Manager Name: ____________________________</w:t>
      </w:r>
    </w:p>
    <w:p>
      <w:r>
        <w:rPr>
          <w:b w:val="0"/>
          <w:sz w:val="20"/>
        </w:rPr>
        <w:t>Contact Phone: ______________________________________________</w:t>
      </w:r>
    </w:p>
    <w:p>
      <w:r>
        <w:rPr>
          <w:b w:val="0"/>
          <w:sz w:val="20"/>
        </w:rPr>
        <w:t>Contact Email: ______________________________________________</w:t>
      </w:r>
    </w:p>
    <w:p/>
    <w:p/>
    <w:p>
      <w:r>
        <w:rPr>
          <w:b w:val="0"/>
          <w:sz w:val="20"/>
        </w:rPr>
        <w:t>Dear Tenant,</w:t>
      </w:r>
    </w:p>
    <w:p/>
    <w:p>
      <w:r>
        <w:rPr>
          <w:b w:val="0"/>
          <w:sz w:val="20"/>
        </w:rPr>
        <w:t>Please be advised that pursuant to your lease agreement and in accordance with applicable United States laws, the undersigned landlord or property manager hereby provides notice of intent to enter the above-referenced apartment unit for the purpose described below.</w:t>
      </w:r>
    </w:p>
    <w:p/>
    <w:p>
      <w:r>
        <w:rPr>
          <w:b/>
          <w:sz w:val="20"/>
        </w:rPr>
        <w:t>Purpose of Entry:</w:t>
      </w:r>
    </w:p>
    <w:p>
      <w:r>
        <w:rPr>
          <w:b w:val="0"/>
          <w:sz w:val="20"/>
        </w:rPr>
        <w:t>___________________________________________________________________</w:t>
      </w:r>
    </w:p>
    <w:p>
      <w:r>
        <w:rPr>
          <w:b w:val="0"/>
          <w:sz w:val="20"/>
        </w:rPr>
        <w:t>___________________________________________________________________</w:t>
      </w:r>
    </w:p>
    <w:p/>
    <w:p>
      <w:r>
        <w:rPr>
          <w:b/>
          <w:sz w:val="20"/>
        </w:rPr>
        <w:t>Proposed Date and Time of Entry:</w:t>
      </w:r>
    </w:p>
    <w:p>
      <w:r>
        <w:rPr>
          <w:b w:val="0"/>
          <w:sz w:val="20"/>
        </w:rPr>
        <w:t>Date: _______________________</w:t>
      </w:r>
    </w:p>
    <w:p>
      <w:r>
        <w:rPr>
          <w:b w:val="0"/>
          <w:sz w:val="20"/>
        </w:rPr>
        <w:t>Time: _______________________</w:t>
      </w:r>
    </w:p>
    <w:p/>
    <w:p>
      <w:r>
        <w:rPr>
          <w:b w:val="0"/>
          <w:sz w:val="20"/>
        </w:rPr>
        <w:t>If the proposed date or time is inconvenient, please contact the undersigned promptly to arrange a mutually agreeable alternative time, consistent with the terms of the lease and state/local law.</w:t>
      </w:r>
    </w:p>
    <w:p/>
    <w:p>
      <w:r>
        <w:rPr>
          <w:b w:val="0"/>
          <w:sz w:val="20"/>
        </w:rPr>
        <w:t>The landlord or authorized agent will take reasonable care to minimize disruption to your occupancy and privacy during the entry. The entry will be conducted in a lawful manner and for the limited purpose stated above.</w:t>
      </w:r>
    </w:p>
    <w:p/>
    <w:p/>
    <w:p>
      <w:r>
        <w:rPr>
          <w:b w:val="0"/>
          <w:sz w:val="20"/>
        </w:rPr>
        <w:t>This notice is provided in compliance with all applicable laws governing landlord access and tenant privacy rights within the United States.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LANDLORD/PROPERTY MANAGER</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Additional Information:</w:t>
      </w:r>
    </w:p>
    <w:p>
      <w:r>
        <w:rPr>
          <w:b w:val="0"/>
          <w:sz w:val="20"/>
        </w:rPr>
        <w:t>___________________________________________________________________</w:t>
      </w:r>
    </w:p>
    <w:p>
      <w:r>
        <w:rPr>
          <w:b w:val="0"/>
          <w:sz w:val="20"/>
        </w:rPr>
        <w:t>___________________________________________________________________</w:t>
      </w:r>
    </w:p>
    <w:p>
      <w:r>
        <w:rPr>
          <w:b w:val="0"/>
          <w:sz w:val="20"/>
        </w:rPr>
        <w:t>___________________________________________________________________</w:t>
      </w:r>
    </w:p>
    <w:p/>
    <w:p/>
    <w:p>
      <w:r>
        <w:rPr>
          <w:b w:val="0"/>
          <w:sz w:val="20"/>
        </w:rPr>
        <w:t>If you have any questions or concerns regarding this notice or the scheduled entry, please contact the landlord or property manager using the information provided above.</w:t>
      </w:r>
    </w:p>
    <w:p/>
    <w:p/>
    <w:p>
      <w:r>
        <w:rPr>
          <w:b w:val="0"/>
          <w:sz w:val="20"/>
        </w:rPr>
        <w:t>Thank you for your cooperation.</w:t>
      </w:r>
    </w:p>
    <w:p/>
    <w:p/>
    <w:p/>
    <w:p>
      <w:r>
        <w:rPr>
          <w:b w:val="0"/>
          <w:sz w:val="20"/>
        </w:rPr>
        <w:t>Landlord/Property Manager Printed Name: ________________________</w:t>
      </w:r>
    </w:p>
    <w:p>
      <w:r>
        <w:rPr>
          <w:b w:val="0"/>
          <w:sz w:val="20"/>
        </w:rPr>
        <w:t>Date: _______________________</w:t>
      </w:r>
    </w:p>
    <w:p/>
    <w:p>
      <w:r>
        <w:rPr>
          <w:b w:val="0"/>
          <w:sz w:val="20"/>
        </w:rPr>
        <w:t>Tenant Printed Name: ___________________________________________</w:t>
      </w:r>
    </w:p>
    <w:p>
      <w:r>
        <w:rPr>
          <w:b w:val="0"/>
          <w:sz w:val="20"/>
        </w:rPr>
        <w:t>Date: _______________________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https://docs-realestate.com/notice-to-enter-apartment-template/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notice-to-enter-apart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