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NOTICE OF NON-RENEWAL OF LEASE AGREEMENT</w:t>
      </w:r>
    </w:p>
    <w:p/>
    <w:p/>
    <w:p>
      <w:r>
        <w:rPr>
          <w:b w:val="0"/>
          <w:sz w:val="20"/>
        </w:rPr>
        <w:t>This Notice of Non-Renewal is provided by the Landlord to the Tenant pursuant to the terms of the existing Lease Agreement and applicable laws of the United States.</w:t>
      </w:r>
    </w:p>
    <w:p/>
    <w:p/>
    <w:p>
      <w:r>
        <w:rPr>
          <w:b/>
          <w:sz w:val="22"/>
        </w:rPr>
        <w:t>1. Parties</w:t>
      </w:r>
    </w:p>
    <w:p>
      <w:r>
        <w:rPr>
          <w:b w:val="0"/>
          <w:sz w:val="20"/>
        </w:rPr>
        <w:t>Landlord Name: ______________________________________________________</w:t>
      </w:r>
    </w:p>
    <w:p>
      <w:r>
        <w:rPr>
          <w:b w:val="0"/>
          <w:sz w:val="20"/>
        </w:rPr>
        <w:t>Landlord Address: ____________________________________________________</w:t>
      </w:r>
    </w:p>
    <w:p>
      <w:r>
        <w:rPr>
          <w:b w:val="0"/>
          <w:sz w:val="20"/>
        </w:rPr>
        <w:t>Tenant Name: ________________________________________________________</w:t>
      </w:r>
    </w:p>
    <w:p>
      <w:r>
        <w:rPr>
          <w:b w:val="0"/>
          <w:sz w:val="20"/>
        </w:rPr>
        <w:t>Tenant Address: ______________________________________________________</w:t>
      </w:r>
    </w:p>
    <w:p/>
    <w:p/>
    <w:p>
      <w:r>
        <w:rPr>
          <w:b/>
          <w:sz w:val="22"/>
        </w:rPr>
        <w:t>2. Property</w:t>
      </w:r>
    </w:p>
    <w:p>
      <w:r>
        <w:rPr>
          <w:b w:val="0"/>
          <w:sz w:val="20"/>
        </w:rPr>
        <w:t>Address of Leased Premises:</w:t>
      </w:r>
    </w:p>
    <w:p>
      <w:r>
        <w:rPr>
          <w:b w:val="0"/>
          <w:sz w:val="20"/>
        </w:rPr>
        <w:t>_______________________________________________________________________</w:t>
      </w:r>
    </w:p>
    <w:p>
      <w:r>
        <w:rPr>
          <w:b w:val="0"/>
          <w:sz w:val="20"/>
        </w:rPr>
        <w:t>_______________________________________________________________________</w:t>
      </w:r>
    </w:p>
    <w:p/>
    <w:p/>
    <w:p>
      <w:r>
        <w:rPr>
          <w:b/>
          <w:sz w:val="22"/>
        </w:rPr>
        <w:t>3. Lease Agreement Details</w:t>
      </w:r>
    </w:p>
    <w:p>
      <w:r>
        <w:rPr>
          <w:b w:val="0"/>
          <w:sz w:val="20"/>
        </w:rPr>
        <w:t>Original Lease Date: __________________________________________________</w:t>
      </w:r>
    </w:p>
    <w:p>
      <w:r>
        <w:rPr>
          <w:b w:val="0"/>
          <w:sz w:val="20"/>
        </w:rPr>
        <w:t>Lease Term Commencement Date: _________________________________________</w:t>
      </w:r>
    </w:p>
    <w:p>
      <w:r>
        <w:rPr>
          <w:b w:val="0"/>
          <w:sz w:val="20"/>
        </w:rPr>
        <w:t>Lease Term Expiration Date: ____________________________________________</w:t>
      </w:r>
    </w:p>
    <w:p/>
    <w:p/>
    <w:p>
      <w:r>
        <w:rPr>
          <w:b/>
          <w:sz w:val="22"/>
        </w:rPr>
        <w:t>4. Notice of Non-Renewal</w:t>
      </w:r>
    </w:p>
    <w:p>
      <w:r>
        <w:rPr>
          <w:b w:val="0"/>
          <w:sz w:val="20"/>
        </w:rPr>
        <w:t>The Landlord hereby notifies the Tenant that the Lease Agreement referenced above will not be renewed or extended upon its expiration. Tenant shall vacate the premises and surrender possession to the Landlord on or before the Lease Expiration Date.</w:t>
      </w:r>
    </w:p>
    <w:p/>
    <w:p/>
    <w:p>
      <w:r>
        <w:rPr>
          <w:b/>
          <w:sz w:val="22"/>
        </w:rPr>
        <w:t>5. Tenant Obligations</w:t>
      </w:r>
    </w:p>
    <w:p>
      <w:r>
        <w:rPr>
          <w:b w:val="0"/>
          <w:sz w:val="20"/>
        </w:rPr>
        <w:t>The Tenant agrees to:</w:t>
      </w:r>
    </w:p>
    <w:p>
      <w:r>
        <w:rPr>
          <w:b w:val="0"/>
          <w:sz w:val="20"/>
        </w:rPr>
        <w:t>- Vacate the premises on or before the Lease Expiration Date.</w:t>
      </w:r>
    </w:p>
    <w:p>
      <w:r>
        <w:rPr>
          <w:b w:val="0"/>
          <w:sz w:val="20"/>
        </w:rPr>
        <w:t>- Remove all personal property and leave the premises in clean and tenantable condition, reasonable wear and tear excepted.</w:t>
      </w:r>
    </w:p>
    <w:p>
      <w:r>
        <w:rPr>
          <w:b w:val="0"/>
          <w:sz w:val="20"/>
        </w:rPr>
        <w:t>- Return all keys, access cards, and any other property-related items to the Landlord.</w:t>
      </w:r>
    </w:p>
    <w:p>
      <w:r>
        <w:rPr>
          <w:b w:val="0"/>
          <w:sz w:val="20"/>
        </w:rPr>
        <w:t>- Pay all rent, utilities, and any other charges due under the Lease Agreement through the Lease Expiration Date.</w:t>
      </w:r>
    </w:p>
    <w:p/>
    <w:p/>
    <w:p>
      <w:r>
        <w:rPr>
          <w:b/>
          <w:sz w:val="22"/>
        </w:rPr>
        <w:t>6. Security Deposit</w:t>
      </w:r>
    </w:p>
    <w:p>
      <w:r>
        <w:rPr>
          <w:b w:val="0"/>
          <w:sz w:val="20"/>
        </w:rPr>
        <w:t>The Landlord shall return the Tenant’s security deposit in accordance with the terms of the Lease Agreement and applicable state laws, subject to any lawful deductions for damages beyond normal wear and tear or unpaid charges.</w:t>
      </w:r>
    </w:p>
    <w:p/>
    <w:p/>
    <w:p>
      <w:r>
        <w:rPr>
          <w:b/>
          <w:sz w:val="22"/>
        </w:rPr>
        <w:t>7. Holding Over</w:t>
      </w:r>
    </w:p>
    <w:p>
      <w:r>
        <w:rPr>
          <w:b w:val="0"/>
          <w:sz w:val="20"/>
        </w:rPr>
        <w:t>If the Tenant remains in possession of the premises after the Lease Expiration Date without the Landlord’s written consent, such possession shall be considered a tenancy at sufferance and the Landlord may pursue all available legal remedies.</w:t>
      </w:r>
    </w:p>
    <w:p/>
    <w:p/>
    <w:p>
      <w:r>
        <w:rPr>
          <w:b/>
          <w:sz w:val="22"/>
        </w:rPr>
        <w:t>8. Governing Law</w:t>
      </w:r>
    </w:p>
    <w:p>
      <w:r>
        <w:rPr>
          <w:b w:val="0"/>
          <w:sz w:val="20"/>
        </w:rPr>
        <w:t>This Notice shall be governed by and construed in accordance with the laws of the United States and the state where the leased premises are located.</w:t>
      </w:r>
    </w:p>
    <w:p/>
    <w:p/>
    <w:p>
      <w:r>
        <w:rPr>
          <w:b/>
          <w:sz w:val="22"/>
        </w:rPr>
        <w:t>9. Miscellaneous</w:t>
      </w:r>
    </w:p>
    <w:p>
      <w:r>
        <w:rPr>
          <w:b w:val="0"/>
          <w:sz w:val="20"/>
        </w:rPr>
        <w:t>a) This Notice constitutes the entire understanding between the parties concerning non-renewal of the Lease Agreement.</w:t>
      </w:r>
    </w:p>
    <w:p>
      <w:r>
        <w:rPr>
          <w:b w:val="0"/>
          <w:sz w:val="20"/>
        </w:rPr>
        <w:t>b) Any amendments to this Notice must be in writing and signed by both parties.</w:t>
      </w:r>
    </w:p>
    <w:p>
      <w:r>
        <w:rPr>
          <w:b w:val="0"/>
          <w:sz w:val="20"/>
        </w:rPr>
        <w:t>c) If any provision of this Notice is found to be invalid or unenforceable, the remaining provisions shall remain in full force and effect.</w:t>
      </w:r>
    </w:p>
    <w:p/>
    <w:p/>
    <w:p>
      <w:r>
        <w:rPr>
          <w:b/>
          <w:sz w:val="22"/>
        </w:rPr>
        <w:t>10. Acknowledgment of Receipt</w:t>
      </w:r>
    </w:p>
    <w:p>
      <w:r>
        <w:rPr>
          <w:b w:val="0"/>
          <w:sz w:val="20"/>
        </w:rPr>
        <w:t>By signing below, the Tenant acknowledges receipt of this Notice of Non-Renewal of Lease Agreement.</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https://docs-realestate.com/non-renewal-of-lease-template/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non-renewal-of-lease-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