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NORTH CAROLINA EVICTION NOTICE</w:t>
      </w:r>
    </w:p>
    <w:p/>
    <w:p/>
    <w:p>
      <w:r>
        <w:rPr>
          <w:b w:val="0"/>
          <w:sz w:val="20"/>
        </w:rPr>
        <w:t>TO: Tenant(s)</w:t>
      </w:r>
    </w:p>
    <w:p>
      <w:r>
        <w:rPr>
          <w:b w:val="0"/>
          <w:sz w:val="20"/>
        </w:rPr>
        <w:t>Address of Rental Property:</w:t>
      </w:r>
    </w:p>
    <w:p>
      <w:r>
        <w:rPr>
          <w:b w:val="0"/>
          <w:sz w:val="20"/>
        </w:rPr>
        <w:t>_____________________________________________________________</w:t>
      </w:r>
    </w:p>
    <w:p/>
    <w:p>
      <w:r>
        <w:rPr>
          <w:b w:val="0"/>
          <w:sz w:val="20"/>
        </w:rPr>
        <w:t>This is an official eviction notice issued pursuant to North Carolina General Statutes Chapter 42, Article 2. This notice is intended to inform you of the landlord's intention, the reason for eviction, and the timeframe to remedy the situation or vacate the premises.</w:t>
      </w:r>
    </w:p>
    <w:p/>
    <w:p/>
    <w:p>
      <w:r>
        <w:rPr>
          <w:b/>
          <w:sz w:val="20"/>
        </w:rPr>
        <w:t>NOTICE TYPE:</w:t>
      </w:r>
    </w:p>
    <w:p>
      <w:r>
        <w:rPr>
          <w:b w:val="0"/>
          <w:sz w:val="20"/>
        </w:rPr>
        <w:t>☐ 7-DAY UNLAWFUL DETAINER NOTICE (Nonpayment of Rent)</w:t>
      </w:r>
    </w:p>
    <w:p>
      <w:r>
        <w:rPr>
          <w:b w:val="0"/>
          <w:sz w:val="20"/>
        </w:rPr>
        <w:t>☐ 10-DAY UNLAWFUL DETAINER NOTICE (Other Lease Violations)</w:t>
      </w:r>
    </w:p>
    <w:p>
      <w:r>
        <w:rPr>
          <w:b w:val="0"/>
          <w:sz w:val="20"/>
        </w:rPr>
        <w:t>☐ 30-DAY TERMINATION NOTICE (Month-to-Month Tenancy)</w:t>
      </w:r>
    </w:p>
    <w:p>
      <w:r>
        <w:rPr>
          <w:b w:val="0"/>
          <w:sz w:val="20"/>
        </w:rPr>
        <w:t>☐ OTHER NOTICE: ____________________________________________________</w:t>
      </w:r>
    </w:p>
    <w:p/>
    <w:p>
      <w:r>
        <w:rPr>
          <w:b/>
          <w:sz w:val="20"/>
        </w:rPr>
        <w:t>REASON FOR EVICTION:</w:t>
      </w:r>
    </w:p>
    <w:p>
      <w:r>
        <w:rPr>
          <w:b w:val="0"/>
          <w:sz w:val="20"/>
        </w:rPr>
        <w:t>__________________________________________________________________</w:t>
      </w:r>
    </w:p>
    <w:p>
      <w:r>
        <w:rPr>
          <w:b w:val="0"/>
          <w:sz w:val="20"/>
        </w:rPr>
        <w:t>__________________________________________________________________</w:t>
      </w:r>
    </w:p>
    <w:p>
      <w:r>
        <w:rPr>
          <w:b w:val="0"/>
          <w:sz w:val="20"/>
        </w:rPr>
        <w:t>__________________________________________________________________</w:t>
      </w:r>
    </w:p>
    <w:p/>
    <w:p>
      <w:r>
        <w:rPr>
          <w:b/>
          <w:sz w:val="20"/>
        </w:rPr>
        <w:t>AMOUNT DUE (if applicable):</w:t>
      </w:r>
    </w:p>
    <w:p>
      <w:r>
        <w:rPr>
          <w:b w:val="0"/>
          <w:sz w:val="20"/>
        </w:rPr>
        <w:t>Rent Amount: $ __________________ per month</w:t>
      </w:r>
    </w:p>
    <w:p>
      <w:r>
        <w:rPr>
          <w:b w:val="0"/>
          <w:sz w:val="20"/>
        </w:rPr>
        <w:t>Total Amount Due: $ _______________________________________________</w:t>
      </w:r>
    </w:p>
    <w:p>
      <w:r>
        <w:rPr>
          <w:b w:val="0"/>
          <w:sz w:val="20"/>
        </w:rPr>
        <w:t>Late Fees (if any): $ _______________________________________________</w:t>
      </w:r>
    </w:p>
    <w:p>
      <w:r>
        <w:rPr>
          <w:b w:val="0"/>
          <w:sz w:val="20"/>
        </w:rPr>
        <w:t>Other Charges: $ __________________________________________________</w:t>
      </w:r>
    </w:p>
    <w:p>
      <w:r>
        <w:rPr>
          <w:b w:val="0"/>
          <w:sz w:val="20"/>
        </w:rPr>
        <w:t>Total Amount to Pay to Avoid Eviction: $ ___________________________</w:t>
      </w:r>
    </w:p>
    <w:p/>
    <w:p>
      <w:r>
        <w:rPr>
          <w:b/>
          <w:sz w:val="20"/>
        </w:rPr>
        <w:t>INSTRUCTIONS TO TENANT:</w:t>
      </w:r>
    </w:p>
    <w:p>
      <w:r>
        <w:rPr>
          <w:b w:val="0"/>
          <w:sz w:val="20"/>
        </w:rPr>
        <w:t>You are hereby notified to either pay the amount due or correct the violation(s) described above within the timeframe specified by North Carolina law relevant to the notice type checked above.</w:t>
      </w:r>
    </w:p>
    <w:p>
      <w:r>
        <w:rPr>
          <w:b w:val="0"/>
          <w:sz w:val="20"/>
        </w:rPr>
        <w:t>Failure to comply may result in the landlord filing an unlawful detainer lawsuit seeking eviction and recovery of possession of the rental property.</w:t>
      </w:r>
    </w:p>
    <w:p/>
    <w:p>
      <w:r>
        <w:rPr>
          <w:b/>
          <w:sz w:val="20"/>
        </w:rPr>
        <w:t>DELIVERY OF NOTICE:</w:t>
      </w:r>
    </w:p>
    <w:p>
      <w:r>
        <w:rPr>
          <w:b w:val="0"/>
          <w:sz w:val="20"/>
        </w:rPr>
        <w:t>This notice was delivered to the tenant by one of the following methods (check one):</w:t>
      </w:r>
    </w:p>
    <w:p>
      <w:r>
        <w:rPr>
          <w:b w:val="0"/>
          <w:sz w:val="20"/>
        </w:rPr>
        <w:t>☐ Personal delivery to tenant</w:t>
      </w:r>
    </w:p>
    <w:p>
      <w:r>
        <w:rPr>
          <w:b w:val="0"/>
          <w:sz w:val="20"/>
        </w:rPr>
        <w:t>☐ Leaving a copy with someone of suitable age and discretion at the rental premises</w:t>
      </w:r>
    </w:p>
    <w:p>
      <w:r>
        <w:rPr>
          <w:b w:val="0"/>
          <w:sz w:val="20"/>
        </w:rPr>
        <w:t>☐ Posting the notice on the main entrance of the rental property</w:t>
      </w:r>
    </w:p>
    <w:p>
      <w:r>
        <w:rPr>
          <w:b w:val="0"/>
          <w:sz w:val="20"/>
        </w:rPr>
        <w:t>☐ Mailing a copy via certified mail to the tenant’s last known address</w:t>
      </w:r>
    </w:p>
    <w:p/>
    <w:p>
      <w:r>
        <w:rPr>
          <w:b/>
          <w:sz w:val="20"/>
        </w:rPr>
        <w:t>LANDLORD INFORMATION:</w:t>
      </w:r>
    </w:p>
    <w:p>
      <w:r>
        <w:rPr>
          <w:b w:val="0"/>
          <w:sz w:val="20"/>
        </w:rPr>
        <w:t>Landlord/Agent Name: ________________________________________________</w:t>
      </w:r>
    </w:p>
    <w:p>
      <w:r>
        <w:rPr>
          <w:b w:val="0"/>
          <w:sz w:val="20"/>
        </w:rPr>
        <w:t>Address: ____________________________________________________________</w:t>
      </w:r>
    </w:p>
    <w:p>
      <w:r>
        <w:rPr>
          <w:b w:val="0"/>
          <w:sz w:val="20"/>
        </w:rPr>
        <w:t>Phone Number: _______________________________________________________</w:t>
      </w:r>
    </w:p>
    <w:p>
      <w:r>
        <w:rPr>
          <w:b w:val="0"/>
          <w:sz w:val="20"/>
        </w:rPr>
        <w:t>Email Address (if any): ______________________________________________</w:t>
      </w:r>
    </w:p>
    <w:p/>
    <w:p>
      <w:r>
        <w:rPr>
          <w:b w:val="0"/>
          <w:sz w:val="20"/>
        </w:rPr>
        <w:t>I hereby certify that the above information is true and correct, and that this eviction notice is in compliance with North Carolina landlord-tenant law.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Landlord/Agent Signature</w:t>
            </w:r>
          </w:p>
        </w:tc>
        <w:tc>
          <w:tcPr>
            <w:tcW w:type="dxa" w:w="4986"/>
            <w:tcBorders>
              <w:top w:val="nil"/>
              <w:left w:val="nil"/>
              <w:bottom w:val="nil"/>
              <w:right w:val="nil"/>
              <w:insideH w:val="nil"/>
              <w:insideV w:val="nil"/>
            </w:tcBorders>
          </w:tcPr>
          <w:p>
            <w:pPr>
              <w:jc w:val="center"/>
            </w:pPr>
            <w:r>
              <w:t>Date</w:t>
            </w:r>
          </w:p>
        </w:tc>
      </w:tr>
      <w:tr>
        <w:tc>
          <w:tcPr>
            <w:tcW w:type="dxa" w:w="4986"/>
            <w:tcBorders>
              <w:top w:val="nil"/>
              <w:left w:val="nil"/>
              <w:bottom w:val="nil"/>
              <w:right w:val="nil"/>
              <w:insideH w:val="nil"/>
              <w:insideV w:val="nil"/>
            </w:tcBorders>
          </w:tcPr>
          <w:p>
            <w:pPr>
              <w:jc w:val="center"/>
            </w:pPr>
            <w:r>
              <w:br/>
              <w:br/>
              <w:t>Signature: ______________________________________</w:t>
            </w:r>
          </w:p>
        </w:tc>
        <w:tc>
          <w:tcPr>
            <w:tcW w:type="dxa" w:w="4986"/>
            <w:tcBorders>
              <w:top w:val="nil"/>
              <w:left w:val="nil"/>
              <w:bottom w:val="nil"/>
              <w:right w:val="nil"/>
              <w:insideH w:val="nil"/>
              <w:insideV w:val="nil"/>
            </w:tcBorders>
          </w:tcPr>
          <w:p>
            <w:pPr>
              <w:jc w:val="center"/>
            </w:pPr>
            <w:r>
              <w:br/>
              <w:br/>
              <w:t>____________________________</w:t>
            </w:r>
          </w:p>
        </w:tc>
      </w:tr>
    </w:tbl>
    <w:p/>
    <w:p/>
    <w:p>
      <w:r>
        <w:rPr>
          <w:b/>
          <w:sz w:val="20"/>
        </w:rPr>
        <w:t>TENANT ACKNOWLEDGMENT OF RECEIPT (Optional)</w:t>
      </w:r>
    </w:p>
    <w:p>
      <w:r>
        <w:rPr>
          <w:b w:val="0"/>
          <w:sz w:val="20"/>
        </w:rPr>
        <w:t>I acknowledge receipt of this eviction notice:</w:t>
      </w:r>
    </w:p>
    <w:p>
      <w:r>
        <w:rPr>
          <w:b w:val="0"/>
          <w:sz w:val="20"/>
        </w:rPr>
        <w:t>Tenant Name: _______________________________________________________</w:t>
      </w:r>
    </w:p>
    <w:p>
      <w:r>
        <w:rPr>
          <w:b w:val="0"/>
          <w:sz w:val="20"/>
        </w:rPr>
        <w:t>Tenant Signature: _________________________________________  Date: __________________</w:t>
      </w:r>
    </w:p>
    <w:p/>
    <w:p/>
    <w:p>
      <w:r>
        <w:rPr>
          <w:b/>
          <w:sz w:val="20"/>
        </w:rPr>
        <w:t>IMPORTANT:</w:t>
      </w:r>
    </w:p>
    <w:p>
      <w:r>
        <w:rPr>
          <w:b w:val="0"/>
          <w:sz w:val="20"/>
        </w:rPr>
        <w:t>This notice is provided in accordance with North Carolina General Statutes Chapter 42. Tenants have a right to contest the eviction in court and should seek legal advice if necessary.</w:t>
      </w:r>
    </w:p>
    <w:p>
      <w:r>
        <w:rPr>
          <w:b w:val="0"/>
          <w:sz w:val="20"/>
        </w:rPr>
        <w:t>Landlord must follow all legal procedures for eviction to be enforceable. This document does not serve as a termination of tenancy except as outlined herein.</w:t>
      </w:r>
    </w:p>
    <w:p/>
    <w:p/>
    <w:p>
      <w:r>
        <w:br w:type="page"/>
      </w:r>
    </w:p>
    <w:p>
      <w:pPr>
        <w:jc w:val="center"/>
      </w:pPr>
      <w:r>
        <w:rPr>
          <w:color w:val="555555"/>
          <w:sz w:val="24"/>
        </w:rPr>
        <w:t>Original source of this document:</w:t>
      </w:r>
    </w:p>
    <w:p>
      <w:pPr>
        <w:jc w:val="center"/>
      </w:pPr>
      <w:hyperlink r:id="rId9">
        <w:r>
          <w:rPr>
            <w:color w:val="0000FF"/>
            <w:u w:val="single"/>
          </w:rPr>
          <w:t>https://docs-realestate.com/nc-eviction-notice-template/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https://docs-realestate.com</w:t>
        </w:r>
      </w:hyperlink>
    </w:p>
    <w:p>
      <w:pPr>
        <w:jc w:val="center"/>
      </w:pPr>
      <w:r>
        <w:rPr>
          <w:color w:val="808080"/>
          <w:sz w:val="20"/>
        </w:rPr>
        <w:t>This template is intended exclusively for personal, non-commercial use.</w:t>
        <w:br/>
        <w:t>If distributed or published, the source must be mentioned. © docs-realestate.com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realestate.com/nc-eviction-notice-template/" TargetMode="External"/><Relationship Id="rId10" Type="http://schemas.openxmlformats.org/officeDocument/2006/relationships/hyperlink" Target="https://docs-realesta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