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MONTH TO MONTH ROOM RENTAL AGREEMENT</w:t>
      </w:r>
    </w:p>
    <w:p/>
    <w:p>
      <w:r>
        <w:rPr>
          <w:b/>
          <w:sz w:val="20"/>
        </w:rPr>
        <w:t>This Month to Month Room Rental Agreement (the "Agreement") is made by and between the following parties:</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Tenant Information:</w:t>
      </w:r>
    </w:p>
    <w:p>
      <w:r>
        <w:rPr>
          <w:b w:val="0"/>
          <w:sz w:val="20"/>
        </w:rPr>
        <w:t>Full Name: ____________________________________________________________</w:t>
      </w:r>
    </w:p>
    <w:p>
      <w:r>
        <w:rPr>
          <w:b w:val="0"/>
          <w:sz w:val="20"/>
        </w:rPr>
        <w:t>Current Address: 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1. Premises</w:t>
      </w:r>
    </w:p>
    <w:p>
      <w:r>
        <w:rPr>
          <w:b w:val="0"/>
          <w:sz w:val="20"/>
        </w:rPr>
        <w:t>Landlord hereby rents to Tenant the room located at the following address (the "Premises"):</w:t>
      </w:r>
    </w:p>
    <w:p>
      <w:r>
        <w:rPr>
          <w:b w:val="0"/>
          <w:sz w:val="20"/>
        </w:rPr>
        <w:t>Address: _______________________________________________________________</w:t>
      </w:r>
    </w:p>
    <w:p>
      <w:r>
        <w:rPr>
          <w:b w:val="0"/>
          <w:sz w:val="20"/>
        </w:rPr>
        <w:t>Room Description: ______________________________________________________</w:t>
      </w:r>
    </w:p>
    <w:p/>
    <w:p>
      <w:r>
        <w:rPr>
          <w:b/>
          <w:sz w:val="20"/>
        </w:rPr>
        <w:t>2. Term</w:t>
      </w:r>
    </w:p>
    <w:p>
      <w:r>
        <w:rPr>
          <w:b w:val="0"/>
          <w:sz w:val="20"/>
        </w:rPr>
        <w:t>The rental shall commence upon mutual execution of this Agreement and shall continue on a month-to-month basis until terminated by either party in accordance with the terms of this Agreement.</w:t>
      </w:r>
    </w:p>
    <w:p/>
    <w:p>
      <w:r>
        <w:rPr>
          <w:b/>
          <w:sz w:val="20"/>
        </w:rPr>
        <w:t>3. Rent</w:t>
      </w:r>
    </w:p>
    <w:p>
      <w:r>
        <w:rPr>
          <w:b w:val="0"/>
          <w:sz w:val="20"/>
        </w:rPr>
        <w:t>Tenant agrees to pay to Landlord monthly rent in the amount of $____________, due and payable on or before the first day of each month.</w:t>
      </w:r>
    </w:p>
    <w:p>
      <w:r>
        <w:rPr>
          <w:b w:val="0"/>
          <w:sz w:val="20"/>
        </w:rPr>
        <w:t>Rent shall be paid to Landlord at the following address or another place designated by Landlord: ____________________________</w:t>
      </w:r>
    </w:p>
    <w:p/>
    <w:p>
      <w:r>
        <w:rPr>
          <w:b/>
          <w:sz w:val="20"/>
        </w:rPr>
        <w:t>4. Security Deposit</w:t>
      </w:r>
    </w:p>
    <w:p>
      <w:r>
        <w:rPr>
          <w:b w:val="0"/>
          <w:sz w:val="20"/>
        </w:rPr>
        <w:t>Tenant shall pay a security deposit in the amount of $____________ prior to occupancy. The security deposit will be held to secure Tenant’s faithful performance of the terms of this Agreement and may be applied by Landlord to unpaid rent, damages beyond normal wear and tear, or other breaches of this Agreement. The security deposit will be returned to Tenant within the time frame required by applicable law following termination of tenancy and return of possession.</w:t>
      </w:r>
    </w:p>
    <w:p/>
    <w:p>
      <w:r>
        <w:rPr>
          <w:b/>
          <w:sz w:val="20"/>
        </w:rPr>
        <w:t>5. Utilities and Services</w:t>
      </w:r>
    </w:p>
    <w:p>
      <w:r>
        <w:rPr>
          <w:b w:val="0"/>
          <w:sz w:val="20"/>
        </w:rPr>
        <w:t>The following utilities and services shall be the responsibility of Tenant:</w:t>
      </w:r>
    </w:p>
    <w:p>
      <w:r>
        <w:rPr>
          <w:b w:val="0"/>
          <w:sz w:val="20"/>
        </w:rPr>
        <w:t>- Electricity: _______________</w:t>
      </w:r>
    </w:p>
    <w:p>
      <w:r>
        <w:rPr>
          <w:b w:val="0"/>
          <w:sz w:val="20"/>
        </w:rPr>
        <w:t>- Water/Sewer: _______________</w:t>
      </w:r>
    </w:p>
    <w:p>
      <w:r>
        <w:rPr>
          <w:b w:val="0"/>
          <w:sz w:val="20"/>
        </w:rPr>
        <w:t>- Gas: _______________</w:t>
      </w:r>
    </w:p>
    <w:p>
      <w:r>
        <w:rPr>
          <w:b w:val="0"/>
          <w:sz w:val="20"/>
        </w:rPr>
        <w:t>- Trash Removal: _______________</w:t>
      </w:r>
    </w:p>
    <w:p>
      <w:r>
        <w:rPr>
          <w:b w:val="0"/>
          <w:sz w:val="20"/>
        </w:rPr>
        <w:t>- Internet: _______________</w:t>
      </w:r>
    </w:p>
    <w:p>
      <w:r>
        <w:rPr>
          <w:b w:val="0"/>
          <w:sz w:val="20"/>
        </w:rPr>
        <w:t>- Other: _____________________________________________________________</w:t>
      </w:r>
    </w:p>
    <w:p/>
    <w:p>
      <w:r>
        <w:rPr>
          <w:b/>
          <w:sz w:val="20"/>
        </w:rPr>
        <w:t>6. Use of Premises</w:t>
      </w:r>
    </w:p>
    <w:p>
      <w:r>
        <w:rPr>
          <w:b w:val="0"/>
          <w:sz w:val="20"/>
        </w:rPr>
        <w:t>The Premises shall be used exclusively as a private residence by Tenant and shall not be used for any unlawful purpose. Tenant shall comply with all applicable laws, regulations, and community rules.</w:t>
      </w:r>
    </w:p>
    <w:p/>
    <w:p>
      <w:r>
        <w:rPr>
          <w:b/>
          <w:sz w:val="20"/>
        </w:rPr>
        <w:t>7. Maintenance and Repairs</w:t>
      </w:r>
    </w:p>
    <w:p>
      <w:r>
        <w:rPr>
          <w:b w:val="0"/>
          <w:sz w:val="20"/>
        </w:rPr>
        <w:t>Tenant shall keep the Premises clean and in good condition. Tenant shall promptly notify Landlord of any damage, needed repairs, or unsafe conditions. Landlord shall be responsible for repairs not caused by Tenant’s negligence or misuse. Tenant shall not make alterations or improvements without Landlord’s prior written consent.</w:t>
      </w:r>
    </w:p>
    <w:p/>
    <w:p>
      <w:r>
        <w:rPr>
          <w:b/>
          <w:sz w:val="20"/>
        </w:rPr>
        <w:t>8. Entry by Landlord</w:t>
      </w:r>
    </w:p>
    <w:p>
      <w:r>
        <w:rPr>
          <w:b w:val="0"/>
          <w:sz w:val="20"/>
        </w:rPr>
        <w:t>Landlord may enter the Premises upon reasonable notice to Tenant for the purposes of inspection, repairs, maintenance, or showing the Premises to prospective tenants or buyers, subject to applicable law.</w:t>
      </w:r>
    </w:p>
    <w:p/>
    <w:p>
      <w:r>
        <w:rPr>
          <w:b/>
          <w:sz w:val="20"/>
        </w:rPr>
        <w:t>9. Termination</w:t>
      </w:r>
    </w:p>
    <w:p>
      <w:r>
        <w:rPr>
          <w:b w:val="0"/>
          <w:sz w:val="20"/>
        </w:rPr>
        <w:t>Either party may terminate this Agreement by providing at least thirty (30) days written notice prior to the intended termination date, or as otherwise required by applicable law.</w:t>
      </w:r>
    </w:p>
    <w:p/>
    <w:p>
      <w:r>
        <w:rPr>
          <w:b/>
          <w:sz w:val="20"/>
        </w:rPr>
        <w:t>10. Holdover</w:t>
      </w:r>
    </w:p>
    <w:p>
      <w:r>
        <w:rPr>
          <w:b w:val="0"/>
          <w:sz w:val="20"/>
        </w:rPr>
        <w:t>If Tenant remains in possession of the Premises after termination without Landlord’s written consent, Tenant shall be considered a tenant at sufferance and may be subject to eviction and additional rent as permitted by law.</w:t>
      </w:r>
    </w:p>
    <w:p/>
    <w:p>
      <w:r>
        <w:rPr>
          <w:b/>
          <w:sz w:val="20"/>
        </w:rPr>
        <w:t>11. Rules and Regulations</w:t>
      </w:r>
    </w:p>
    <w:p>
      <w:r>
        <w:rPr>
          <w:b w:val="0"/>
          <w:sz w:val="20"/>
        </w:rPr>
        <w:t>Tenant agrees to comply with all rules and regulations established by Landlord for the safety, care, and cleanliness of the Premises and the building or complex in which it is located.</w:t>
      </w:r>
    </w:p>
    <w:p/>
    <w:p>
      <w:r>
        <w:rPr>
          <w:b/>
          <w:sz w:val="20"/>
        </w:rPr>
        <w:t>12. Liability and Indemnity</w:t>
      </w:r>
    </w:p>
    <w:p>
      <w:r>
        <w:rPr>
          <w:b w:val="0"/>
          <w:sz w:val="20"/>
        </w:rPr>
        <w:t>Tenant shall be responsible for any damage caused by Tenant or Tenant’s guests. Tenant agrees to indemnify and hold Landlord harmless from any claims arising out of Tenant’s use of the Premises, except to the extent caused by Landlord’s negligence or willful misconduct.</w:t>
      </w:r>
    </w:p>
    <w:p/>
    <w:p>
      <w:r>
        <w:rPr>
          <w:b/>
          <w:sz w:val="20"/>
        </w:rPr>
        <w:t>13. Insurance</w:t>
      </w:r>
    </w:p>
    <w:p>
      <w:r>
        <w:rPr>
          <w:b w:val="0"/>
          <w:sz w:val="20"/>
        </w:rPr>
        <w:t>Tenant is encouraged to obtain renter’s insurance to cover Tenant’s personal property and liability.</w:t>
      </w:r>
    </w:p>
    <w:p/>
    <w:p>
      <w:r>
        <w:rPr>
          <w:b/>
          <w:sz w:val="20"/>
        </w:rPr>
        <w:t>14. Governing Law</w:t>
      </w:r>
    </w:p>
    <w:p>
      <w:r>
        <w:rPr>
          <w:b w:val="0"/>
          <w:sz w:val="20"/>
        </w:rPr>
        <w:t>This Agreement shall be governed by and construed in accordance with the laws of the state in which the Premises is located.</w:t>
      </w:r>
    </w:p>
    <w:p/>
    <w:p>
      <w:r>
        <w:rPr>
          <w:b/>
          <w:sz w:val="20"/>
        </w:rPr>
        <w:t>15. Entire Agreement</w:t>
      </w:r>
    </w:p>
    <w:p>
      <w:r>
        <w:rPr>
          <w:b w:val="0"/>
          <w:sz w:val="20"/>
        </w:rPr>
        <w:t>This Agreement constitutes the entire agreement between the parties and supersedes all prior understandings. Any modifications must be in writing and signed by both parties.</w:t>
      </w:r>
    </w:p>
    <w:p/>
    <w:p/>
    <w:p>
      <w:r>
        <w:rPr>
          <w:b w:val="0"/>
          <w:sz w:val="20"/>
        </w:rPr>
        <w:t>Place of Signing: ________________________________________________________</w:t>
      </w:r>
    </w:p>
    <w:p>
      <w:r>
        <w:rPr>
          <w:b w:val="0"/>
          <w:sz w:val="20"/>
        </w:rPr>
        <w:t>Date of Signing: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________________________________</w:t>
            </w:r>
          </w:p>
        </w:tc>
        <w:tc>
          <w:tcPr>
            <w:tcW w:type="dxa" w:w="4986"/>
            <w:tcBorders>
              <w:top w:val="nil"/>
              <w:left w:val="nil"/>
              <w:bottom w:val="nil"/>
              <w:right w:val="nil"/>
              <w:insideH w:val="nil"/>
              <w:insideV w:val="nil"/>
            </w:tcBorders>
          </w:tcPr>
          <w:p>
            <w:pPr>
              <w:jc w:val="center"/>
            </w:pPr>
            <w:r>
              <w:t>Printed 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https://docs-realestate.com/month-to-month-room-rental-agreement-template/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month-to-month-room-rental-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