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MISSOURI EVICTION NOTICE</w:t>
      </w:r>
    </w:p>
    <w:p/>
    <w:p/>
    <w:p>
      <w:r>
        <w:rPr>
          <w:b/>
          <w:sz w:val="20"/>
        </w:rPr>
        <w:t>LANDLORD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(if any): ______________________________________________________</w:t>
      </w:r>
    </w:p>
    <w:p/>
    <w:p>
      <w:r>
        <w:rPr>
          <w:b/>
          <w:sz w:val="20"/>
        </w:rPr>
        <w:t>TENANT INFORMATION</w:t>
      </w:r>
    </w:p>
    <w:p>
      <w:r>
        <w:rPr>
          <w:b w:val="0"/>
          <w:sz w:val="20"/>
        </w:rPr>
        <w:t>Name(s): ______________________________________________________________</w:t>
      </w:r>
    </w:p>
    <w:p>
      <w:r>
        <w:rPr>
          <w:b w:val="0"/>
          <w:sz w:val="20"/>
        </w:rPr>
        <w:t>Rental Property Address: _______________________________________________</w:t>
      </w:r>
    </w:p>
    <w:p>
      <w:r>
        <w:rPr>
          <w:b w:val="0"/>
          <w:sz w:val="20"/>
        </w:rPr>
        <w:t>Unit/Apt #: ___________________________________________________________</w:t>
      </w:r>
    </w:p>
    <w:p>
      <w:r>
        <w:rPr>
          <w:b w:val="0"/>
          <w:sz w:val="20"/>
        </w:rPr>
        <w:t>City, State, ZIP: ______________________________________________________</w:t>
      </w:r>
    </w:p>
    <w:p/>
    <w:p>
      <w:r>
        <w:rPr>
          <w:b/>
          <w:sz w:val="20"/>
        </w:rPr>
        <w:t>NOTICE TO VACATE</w:t>
      </w:r>
    </w:p>
    <w:p/>
    <w:p>
      <w:r>
        <w:rPr>
          <w:b/>
          <w:sz w:val="20"/>
        </w:rPr>
        <w:t>To the Tenant(s) named above:</w:t>
      </w:r>
    </w:p>
    <w:p>
      <w:r>
        <w:rPr>
          <w:b w:val="0"/>
          <w:sz w:val="20"/>
        </w:rPr>
        <w:t>You are hereby notified that your tenancy at the above property is terminated due to violation(s) of the lease agreement or Missouri state law. You are required to vacate the premises within the time period specified below. Failure to vacate the property within the specified time may result in legal action for eviction being initiated against you.</w:t>
      </w:r>
    </w:p>
    <w:p/>
    <w:p>
      <w:r>
        <w:rPr>
          <w:b/>
          <w:sz w:val="20"/>
        </w:rPr>
        <w:t>Reason(s) for Eviction:</w:t>
      </w:r>
    </w:p>
    <w:p>
      <w:r>
        <w:rPr>
          <w:b w:val="0"/>
          <w:sz w:val="20"/>
        </w:rPr>
        <w:t>- Nonpayment of Rent</w:t>
      </w:r>
    </w:p>
    <w:p>
      <w:r>
        <w:rPr>
          <w:b w:val="0"/>
          <w:sz w:val="20"/>
        </w:rPr>
        <w:t>- Violation of Lease Terms</w:t>
      </w:r>
    </w:p>
    <w:p>
      <w:r>
        <w:rPr>
          <w:b w:val="0"/>
          <w:sz w:val="20"/>
        </w:rPr>
        <w:t>- Property Damage</w:t>
      </w:r>
    </w:p>
    <w:p>
      <w:r>
        <w:rPr>
          <w:b w:val="0"/>
          <w:sz w:val="20"/>
        </w:rPr>
        <w:t>- Illegal Activity</w:t>
      </w:r>
    </w:p>
    <w:p>
      <w:r>
        <w:rPr>
          <w:b w:val="0"/>
          <w:sz w:val="20"/>
        </w:rPr>
        <w:t>- Other: _____________________________________________________________</w:t>
      </w:r>
    </w:p>
    <w:p/>
    <w:p>
      <w:r>
        <w:rPr>
          <w:b/>
          <w:sz w:val="20"/>
        </w:rPr>
        <w:t>Time to Vacate:</w:t>
      </w:r>
    </w:p>
    <w:p>
      <w:r>
        <w:rPr>
          <w:b w:val="0"/>
          <w:sz w:val="20"/>
        </w:rPr>
        <w:t>You must vacate the premises within ______ days from the date this notice is served, pursuant to Missouri Revised Statutes § 535.010 and related statutes.</w:t>
      </w:r>
    </w:p>
    <w:p/>
    <w:p>
      <w:r>
        <w:rPr>
          <w:b/>
          <w:sz w:val="20"/>
        </w:rPr>
        <w:t>Outstanding Rent (if applicable):</w:t>
      </w:r>
    </w:p>
    <w:p>
      <w:r>
        <w:rPr>
          <w:b w:val="0"/>
          <w:sz w:val="20"/>
        </w:rPr>
        <w:t>Total amount owed: $____________________________</w:t>
      </w:r>
    </w:p>
    <w:p>
      <w:r>
        <w:rPr>
          <w:b w:val="0"/>
          <w:sz w:val="20"/>
        </w:rPr>
        <w:t>Please remit payment immediately to avoid further legal action.</w:t>
      </w:r>
    </w:p>
    <w:p/>
    <w:p>
      <w:r>
        <w:rPr>
          <w:b/>
          <w:sz w:val="20"/>
        </w:rPr>
        <w:t>Property Condition and Possession:</w:t>
      </w:r>
    </w:p>
    <w:p>
      <w:r>
        <w:rPr>
          <w:b w:val="0"/>
          <w:sz w:val="20"/>
        </w:rPr>
        <w:t>You are required to leave the property in a clean and undamaged condition, reasonable wear and tear excepted. All keys, garage door openers, and other access devices must be returned to the Landlord upon vacating.</w:t>
      </w:r>
    </w:p>
    <w:p/>
    <w:p>
      <w:r>
        <w:rPr>
          <w:b/>
          <w:sz w:val="20"/>
        </w:rPr>
        <w:t>Legal Rights and Remedies:</w:t>
      </w:r>
    </w:p>
    <w:p>
      <w:r>
        <w:rPr>
          <w:b w:val="0"/>
          <w:sz w:val="20"/>
        </w:rPr>
        <w:t>If you fail to vacate the property within the specified time, the Landlord may commence eviction proceedings in the appropriate Missouri court. You have the right to contest such proceedings and should seek legal advice if necessary.</w:t>
      </w:r>
    </w:p>
    <w:p/>
    <w:p>
      <w:r>
        <w:rPr>
          <w:b/>
          <w:sz w:val="20"/>
        </w:rPr>
        <w:t>Additional Information:</w:t>
      </w:r>
    </w:p>
    <w:p>
      <w:r>
        <w:rPr>
          <w:b w:val="0"/>
          <w:sz w:val="20"/>
        </w:rPr>
        <w:t>This notice is intended to comply with Missouri state laws governing eviction procedures. If you have questions or require assistance, please contact the Landlord or seek legal counsel.</w:t>
      </w:r>
    </w:p>
    <w:p/>
    <w:p/>
    <w:p>
      <w:r>
        <w:rPr>
          <w:b w:val="0"/>
          <w:sz w:val="20"/>
        </w:rPr>
        <w:t>Place where notice is served: ___________________________________________</w:t>
      </w:r>
    </w:p>
    <w:p>
      <w:r>
        <w:rPr>
          <w:b w:val="0"/>
          <w:sz w:val="20"/>
        </w:rPr>
        <w:t>Date notice is served: 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 / PROPERTY MANAGER</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br/>
              <w:t>Date: ______________________</w:t>
            </w:r>
          </w:p>
        </w:tc>
        <w:tc>
          <w:tcPr>
            <w:tcW w:type="dxa" w:w="4986"/>
            <w:tcBorders>
              <w:top w:val="nil"/>
              <w:left w:val="nil"/>
              <w:bottom w:val="nil"/>
              <w:right w:val="nil"/>
              <w:insideH w:val="nil"/>
              <w:insideV w:val="nil"/>
            </w:tcBorders>
          </w:tcPr>
          <w:p>
            <w:pPr>
              <w:jc w:val="center"/>
            </w:pPr>
            <w:r>
              <w:t>Printed Name: ________________________</w:t>
              <w:br/>
              <w:t>Date: ______________________</w:t>
            </w:r>
          </w:p>
        </w:tc>
      </w:tr>
    </w:tbl>
    <w:p/>
    <w:p/>
    <w:p>
      <w:r>
        <w:rPr>
          <w:b/>
          <w:sz w:val="20"/>
        </w:rPr>
        <w:t>NOTICE OF MAILING (if applicable):</w:t>
      </w:r>
    </w:p>
    <w:p>
      <w:r>
        <w:rPr>
          <w:b w:val="0"/>
          <w:sz w:val="20"/>
        </w:rPr>
        <w:t>I hereby certify that a true and correct copy of this Notice to Vacate was mailed by first-class mail to the Tenant(s) at the rental property address on this _____ day of ____________________, 20____.</w:t>
      </w:r>
    </w:p>
    <w:p/>
    <w:p/>
    <w:p/>
    <w:p>
      <w:r>
        <w:rPr>
          <w:b w:val="0"/>
          <w:sz w:val="20"/>
        </w:rPr>
        <w:t>Landlord / Property Manager Signature: _________________________________</w:t>
      </w:r>
    </w:p>
    <w:p>
      <w:r>
        <w:rPr>
          <w:b w:val="0"/>
          <w:sz w:val="20"/>
        </w:rPr>
        <w:t>Date: ________________________________________________________________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https://docs-realestate.com/missouri-eviction-notice-template/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missouri-eviction-notic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