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MICHIGAN LAND CONTRACT</w:t>
      </w:r>
    </w:p>
    <w:p/>
    <w:p>
      <w:r>
        <w:rPr>
          <w:b/>
          <w:sz w:val="20"/>
        </w:rPr>
        <w:t>This Land Contract ("Contract") is entered into by and between:</w:t>
      </w:r>
    </w:p>
    <w:p>
      <w:r>
        <w:rPr>
          <w:b w:val="0"/>
          <w:sz w:val="20"/>
        </w:rPr>
        <w:t>Seller: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val="0"/>
          <w:sz w:val="20"/>
        </w:rPr>
        <w:t>Buyer: _________________________________________________________________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Property Description:</w:t>
      </w:r>
    </w:p>
    <w:p>
      <w:r>
        <w:rPr>
          <w:b w:val="0"/>
          <w:sz w:val="20"/>
        </w:rPr>
        <w:t>The Seller agrees to sell and the Buyer agrees to purchase the real property located in the County of ________________, State of Michigan, described as follows:</w:t>
      </w:r>
    </w:p>
    <w:p>
      <w:r>
        <w:rPr>
          <w:b w:val="0"/>
          <w:sz w:val="20"/>
        </w:rPr>
        <w:t>_______________________________________________________________________</w:t>
      </w:r>
    </w:p>
    <w:p>
      <w:r>
        <w:rPr>
          <w:b w:val="0"/>
          <w:sz w:val="20"/>
        </w:rPr>
        <w:t>Legal Description:</w:t>
      </w:r>
    </w:p>
    <w:p>
      <w:r>
        <w:rPr>
          <w:b w:val="0"/>
          <w:sz w:val="20"/>
        </w:rPr>
        <w:t>_______________________________________________________________________</w:t>
      </w:r>
    </w:p>
    <w:p>
      <w:r>
        <w:rPr>
          <w:b w:val="0"/>
          <w:sz w:val="20"/>
        </w:rPr>
        <w:t>Parcel Number (Tax ID): __________________________________________________</w:t>
      </w:r>
    </w:p>
    <w:p/>
    <w:p>
      <w:r>
        <w:rPr>
          <w:b/>
          <w:sz w:val="20"/>
        </w:rPr>
        <w:t>Purchase Price and Payment Terms:</w:t>
      </w:r>
    </w:p>
    <w:p>
      <w:r>
        <w:rPr>
          <w:b w:val="0"/>
          <w:sz w:val="20"/>
        </w:rPr>
        <w:t>Total Purchase Price: $____________________________</w:t>
      </w:r>
    </w:p>
    <w:p>
      <w:r>
        <w:rPr>
          <w:b w:val="0"/>
          <w:sz w:val="20"/>
        </w:rPr>
        <w:t>Down Payment: $____________________________</w:t>
      </w:r>
    </w:p>
    <w:p>
      <w:r>
        <w:rPr>
          <w:b w:val="0"/>
          <w:sz w:val="20"/>
        </w:rPr>
        <w:t>Balance Due: $____________________________</w:t>
      </w:r>
    </w:p>
    <w:p>
      <w:r>
        <w:rPr>
          <w:b w:val="0"/>
          <w:sz w:val="20"/>
        </w:rPr>
        <w:t>The Buyer shall pay the balance due in monthly installments of $________________, commencing on __________________, and continuing thereafter on the same day of each month until the balance is paid in full.</w:t>
      </w:r>
    </w:p>
    <w:p>
      <w:r>
        <w:rPr>
          <w:b w:val="0"/>
          <w:sz w:val="20"/>
        </w:rPr>
        <w:t>All payments shall be made to the Seller at the address stated above unless otherwise notified in writing.</w:t>
      </w:r>
    </w:p>
    <w:p/>
    <w:p>
      <w:r>
        <w:rPr>
          <w:b/>
          <w:sz w:val="20"/>
        </w:rPr>
        <w:t>Interest:</w:t>
      </w:r>
    </w:p>
    <w:p>
      <w:r>
        <w:rPr>
          <w:b w:val="0"/>
          <w:sz w:val="20"/>
        </w:rPr>
        <w:t>The unpaid balance shall bear interest at the rate of ______% per annum, calculated on the unpaid principal balance until paid in full.</w:t>
      </w:r>
    </w:p>
    <w:p/>
    <w:p>
      <w:r>
        <w:rPr>
          <w:b/>
          <w:sz w:val="20"/>
        </w:rPr>
        <w:t>Taxes and Insurance:</w:t>
      </w:r>
    </w:p>
    <w:p>
      <w:r>
        <w:rPr>
          <w:b w:val="0"/>
          <w:sz w:val="20"/>
        </w:rPr>
        <w:t>The Buyer shall be responsible for the payment of all property taxes, assessments, and insurance premiums on the Property during the term of this Contract.</w:t>
      </w:r>
    </w:p>
    <w:p>
      <w:r>
        <w:rPr>
          <w:b w:val="0"/>
          <w:sz w:val="20"/>
        </w:rPr>
        <w:t>The Buyer shall provide proof of insurance upon request of the Seller.</w:t>
      </w:r>
    </w:p>
    <w:p/>
    <w:p>
      <w:r>
        <w:rPr>
          <w:b/>
          <w:sz w:val="20"/>
        </w:rPr>
        <w:t>Possession and Use:</w:t>
      </w:r>
    </w:p>
    <w:p>
      <w:r>
        <w:rPr>
          <w:b w:val="0"/>
          <w:sz w:val="20"/>
        </w:rPr>
        <w:t>The Buyer shall be entitled to possession of the Property upon execution of this Contract and payment of the down payment.</w:t>
      </w:r>
    </w:p>
    <w:p>
      <w:r>
        <w:rPr>
          <w:b w:val="0"/>
          <w:sz w:val="20"/>
        </w:rPr>
        <w:t>The Buyer shall maintain the Property in good condition and shall not commit or permit any waste, damage, or nuisance.</w:t>
      </w:r>
    </w:p>
    <w:p/>
    <w:p>
      <w:r>
        <w:rPr>
          <w:b/>
          <w:sz w:val="20"/>
        </w:rPr>
        <w:t>Title and Conveyance:</w:t>
      </w:r>
    </w:p>
    <w:p>
      <w:r>
        <w:rPr>
          <w:b w:val="0"/>
          <w:sz w:val="20"/>
        </w:rPr>
        <w:t>The Seller shall retain legal title to the Property until the Buyer has paid the full purchase price and all other obligations under this Contract.</w:t>
      </w:r>
    </w:p>
    <w:p>
      <w:r>
        <w:rPr>
          <w:b w:val="0"/>
          <w:sz w:val="20"/>
        </w:rPr>
        <w:t>Upon full payment, the Seller shall execute and deliver to the Buyer a deed conveying marketable title free of all encumbrances except those recorded and accepted by the Buyer.</w:t>
      </w:r>
    </w:p>
    <w:p/>
    <w:p>
      <w:r>
        <w:rPr>
          <w:b/>
          <w:sz w:val="20"/>
        </w:rPr>
        <w:t>Default:</w:t>
      </w:r>
    </w:p>
    <w:p>
      <w:r>
        <w:rPr>
          <w:b w:val="0"/>
          <w:sz w:val="20"/>
        </w:rPr>
        <w:t>If the Buyer fails to make any payment when due or otherwise defaults in the performance of any term of this Contract, the Seller may declare the entire unpaid balance immediately due and payable or may pursue other remedies under Michigan law.</w:t>
      </w:r>
    </w:p>
    <w:p>
      <w:r>
        <w:rPr>
          <w:b w:val="0"/>
          <w:sz w:val="20"/>
        </w:rPr>
        <w:t>The Seller must provide written notice of default and allow the Buyer a reasonable opportunity to cure the default as required by law before exercising any remedy.</w:t>
      </w:r>
    </w:p>
    <w:p/>
    <w:p>
      <w:r>
        <w:rPr>
          <w:b/>
          <w:sz w:val="20"/>
        </w:rPr>
        <w:t>Remedies:</w:t>
      </w:r>
    </w:p>
    <w:p>
      <w:r>
        <w:rPr>
          <w:b w:val="0"/>
          <w:sz w:val="20"/>
        </w:rPr>
        <w:t>In the event of default by either party, the non-defaulting party shall have all remedies available at law or in equity, including but not limited to specific performance, damages, or foreclosure of the land contract.</w:t>
      </w:r>
    </w:p>
    <w:p/>
    <w:p>
      <w:r>
        <w:rPr>
          <w:b/>
          <w:sz w:val="20"/>
        </w:rPr>
        <w:t>Assignment and Transfer:</w:t>
      </w:r>
    </w:p>
    <w:p>
      <w:r>
        <w:rPr>
          <w:b w:val="0"/>
          <w:sz w:val="20"/>
        </w:rPr>
        <w:t>The Buyer shall not assign this Contract or transfer any interest in the Property without the prior written consent of the Seller.</w:t>
      </w:r>
    </w:p>
    <w:p/>
    <w:p>
      <w:r>
        <w:rPr>
          <w:b/>
          <w:sz w:val="20"/>
        </w:rPr>
        <w:t>Maintenance and Repairs:</w:t>
      </w:r>
    </w:p>
    <w:p>
      <w:r>
        <w:rPr>
          <w:b w:val="0"/>
          <w:sz w:val="20"/>
        </w:rPr>
        <w:t>The Buyer shall be responsible for all maintenance and repairs of the Property during the term of this Contract.</w:t>
      </w:r>
    </w:p>
    <w:p/>
    <w:p>
      <w:r>
        <w:rPr>
          <w:b/>
          <w:sz w:val="20"/>
        </w:rPr>
        <w:t>Utilities:</w:t>
      </w:r>
    </w:p>
    <w:p>
      <w:r>
        <w:rPr>
          <w:b w:val="0"/>
          <w:sz w:val="20"/>
        </w:rPr>
        <w:t>The Buyer shall be responsible for all utility charges and services relating to the Property during the term of this Contract.</w:t>
      </w:r>
    </w:p>
    <w:p/>
    <w:p>
      <w:r>
        <w:rPr>
          <w:b/>
          <w:sz w:val="20"/>
        </w:rPr>
        <w:t>Notices:</w:t>
      </w:r>
    </w:p>
    <w:p>
      <w:r>
        <w:rPr>
          <w:b w:val="0"/>
          <w:sz w:val="20"/>
        </w:rPr>
        <w:t>All notices required or permitted under this Contract shall be in writing and shall be deemed delivered when delivered personally or sent by certified mail, return receipt requested, to the addresses stated above or to such other address as either party may designate in writing.</w:t>
      </w:r>
    </w:p>
    <w:p/>
    <w:p>
      <w:r>
        <w:rPr>
          <w:b/>
          <w:sz w:val="20"/>
        </w:rPr>
        <w:t>Governing Law:</w:t>
      </w:r>
    </w:p>
    <w:p>
      <w:r>
        <w:rPr>
          <w:b w:val="0"/>
          <w:sz w:val="20"/>
        </w:rPr>
        <w:t>This Contract shall be governed by and construed in accordance with the laws of the State of Michigan.</w:t>
      </w:r>
    </w:p>
    <w:p/>
    <w:p>
      <w:r>
        <w:rPr>
          <w:b/>
          <w:sz w:val="20"/>
        </w:rPr>
        <w:t>Entire Agreement:</w:t>
      </w:r>
    </w:p>
    <w:p>
      <w:r>
        <w:rPr>
          <w:b w:val="0"/>
          <w:sz w:val="20"/>
        </w:rPr>
        <w:t>This Contract constitutes the entire agreement between the parties relating to the subject matter hereof and supersedes all prior agreements and understandings, whether oral or written.</w:t>
      </w:r>
    </w:p>
    <w:p/>
    <w:p>
      <w:r>
        <w:rPr>
          <w:b/>
          <w:sz w:val="20"/>
        </w:rPr>
        <w:t>Amendments:</w:t>
      </w:r>
    </w:p>
    <w:p>
      <w:r>
        <w:rPr>
          <w:b w:val="0"/>
          <w:sz w:val="20"/>
        </w:rPr>
        <w:t>Any amendment or modification of this Contract shall be in writing and signed by both parties.</w:t>
      </w:r>
    </w:p>
    <w:p/>
    <w:p>
      <w:r>
        <w:rPr>
          <w:b/>
          <w:sz w:val="20"/>
        </w:rPr>
        <w:t>Severability:</w:t>
      </w:r>
    </w:p>
    <w:p>
      <w:r>
        <w:rPr>
          <w:b w:val="0"/>
          <w:sz w:val="20"/>
        </w:rPr>
        <w:t>If any provision of this Contract is held to be invalid or unenforceable, the remaining provisions shall remain in full force and effect.</w:t>
      </w:r>
    </w:p>
    <w:p/>
    <w:p>
      <w:r>
        <w:rPr>
          <w:b/>
          <w:sz w:val="20"/>
        </w:rPr>
        <w:t>Waiver:</w:t>
      </w:r>
    </w:p>
    <w:p>
      <w:r>
        <w:rPr>
          <w:b w:val="0"/>
          <w:sz w:val="20"/>
        </w:rPr>
        <w:t>The failure of either party to enforce any provision of this Contract shall not constitute a waiver of that right or any other rights hereunder.</w:t>
      </w:r>
    </w:p>
    <w:p/>
    <w:p/>
    <w:p>
      <w:r>
        <w:rPr>
          <w:b/>
          <w:sz w:val="20"/>
        </w:rPr>
        <w:t>IN WITNESS WHEREOF, the parties have executed this Land Contract as of the date set forth below:</w:t>
      </w:r>
    </w:p>
    <w:p/>
    <w:p/>
    <w:p>
      <w:r>
        <w:rPr>
          <w:b w:val="0"/>
          <w:sz w:val="20"/>
        </w:rPr>
        <w:t>Place of Execution: ________________________________________________</w:t>
      </w:r>
    </w:p>
    <w:p>
      <w:r>
        <w:rPr>
          <w:b w:val="0"/>
          <w:sz w:val="20"/>
        </w:rPr>
        <w:t>Date of Execution: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https://docs-realestate.com/michigan-land-contract-template/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michigan-land-contrac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