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LOUISIANA RESIDENTIAL LEASE AGREEMENT</w:t>
      </w:r>
    </w:p>
    <w:p/>
    <w:p>
      <w:r>
        <w:rPr>
          <w:b w:val="0"/>
          <w:sz w:val="20"/>
        </w:rPr>
        <w:t>This Lease Agreement (“Agreement”) is entered into by and between the following parties:</w:t>
      </w:r>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Property to be Leased:</w:t>
      </w:r>
    </w:p>
    <w:p>
      <w:r>
        <w:rPr>
          <w:b w:val="0"/>
          <w:sz w:val="20"/>
        </w:rPr>
        <w:t>Address: ______________________________________________________________</w:t>
      </w:r>
    </w:p>
    <w:p>
      <w:r>
        <w:rPr>
          <w:b w:val="0"/>
          <w:sz w:val="20"/>
        </w:rPr>
        <w:t>Type of Property (e.g., apartment, house): ______________________________</w:t>
      </w:r>
    </w:p>
    <w:p>
      <w:r>
        <w:rPr>
          <w:b w:val="0"/>
          <w:sz w:val="20"/>
        </w:rPr>
        <w:t>Description of Premises: _______________________________________________</w:t>
      </w:r>
    </w:p>
    <w:p/>
    <w:p>
      <w:r>
        <w:rPr>
          <w:b/>
          <w:sz w:val="20"/>
        </w:rPr>
        <w:t>Lease Term:</w:t>
      </w:r>
    </w:p>
    <w:p>
      <w:r>
        <w:rPr>
          <w:b w:val="0"/>
          <w:sz w:val="20"/>
        </w:rPr>
        <w:t>The lease will commence on __________________ and will continue until __________________, unless terminated earlier in accordance with this Agreement.</w:t>
      </w:r>
    </w:p>
    <w:p/>
    <w:p>
      <w:r>
        <w:rPr>
          <w:b/>
          <w:sz w:val="20"/>
        </w:rPr>
        <w:t>Rent:</w:t>
      </w:r>
    </w:p>
    <w:p>
      <w:r>
        <w:rPr>
          <w:b w:val="0"/>
          <w:sz w:val="20"/>
        </w:rPr>
        <w:t>The Tenant agrees to pay the Landlord rent in the amount of $__________________ per month, payable in advance on the first day of each month at the address specified by the Landlord or by electronic transfer to the Landlord’s designated account.</w:t>
      </w:r>
    </w:p>
    <w:p/>
    <w:p>
      <w:r>
        <w:rPr>
          <w:b/>
          <w:sz w:val="20"/>
        </w:rPr>
        <w:t>Security Deposit:</w:t>
      </w:r>
    </w:p>
    <w:p>
      <w:r>
        <w:rPr>
          <w:b w:val="0"/>
          <w:sz w:val="20"/>
        </w:rPr>
        <w:t>Upon execution of this Agreement, Tenant shall pay a security deposit of $__________________. The security deposit will be held by the Landlord and may be applied to unpaid rent, damages beyond normal wear and tear, or other breaches of this Agreement. The security deposit, or any remaining balance, shall be returned to the Tenant within the time period required by Louisiana law after termination of the tenancy.</w:t>
      </w:r>
    </w:p>
    <w:p/>
    <w:p>
      <w:r>
        <w:rPr>
          <w:b/>
          <w:sz w:val="20"/>
        </w:rPr>
        <w:t>Utilities and Services:</w:t>
      </w:r>
    </w:p>
    <w:p>
      <w:r>
        <w:rPr>
          <w:b w:val="0"/>
          <w:sz w:val="20"/>
        </w:rPr>
        <w:t>Tenant shall be responsible for payment of the following utilities and services: ________________________________.</w:t>
      </w:r>
    </w:p>
    <w:p>
      <w:r>
        <w:rPr>
          <w:b w:val="0"/>
          <w:sz w:val="20"/>
        </w:rPr>
        <w:t>Landlord shall be responsible for payment of the following utilities and services: ______________________________.</w:t>
      </w:r>
    </w:p>
    <w:p/>
    <w:p>
      <w:r>
        <w:rPr>
          <w:b/>
          <w:sz w:val="20"/>
        </w:rPr>
        <w:t>Use and Occupancy:</w:t>
      </w:r>
    </w:p>
    <w:p>
      <w:r>
        <w:rPr>
          <w:b w:val="0"/>
          <w:sz w:val="20"/>
        </w:rPr>
        <w:t>The Premises shall be used only for residential purposes and shall be occupied only by the Tenant and the following individuals: __________________________.</w:t>
      </w:r>
    </w:p>
    <w:p>
      <w:r>
        <w:rPr>
          <w:b w:val="0"/>
          <w:sz w:val="20"/>
        </w:rPr>
        <w:t>Tenant shall comply with all applicable laws, ordinances, and regulations relating to the Premises.</w:t>
      </w:r>
    </w:p>
    <w:p/>
    <w:p>
      <w:r>
        <w:rPr>
          <w:b/>
          <w:sz w:val="20"/>
        </w:rPr>
        <w:t>Maintenance and Repairs:</w:t>
      </w:r>
    </w:p>
    <w:p>
      <w:r>
        <w:rPr>
          <w:b w:val="0"/>
          <w:sz w:val="20"/>
        </w:rPr>
        <w:t>Tenant shall keep the Premises clean and in good condition and shall immediately notify Landlord of any damage or needed repairs.</w:t>
      </w:r>
    </w:p>
    <w:p>
      <w:r>
        <w:rPr>
          <w:b w:val="0"/>
          <w:sz w:val="20"/>
        </w:rPr>
        <w:t>Landlord shall be responsible for repairs not caused by Tenant’s negligence or misuse.</w:t>
      </w:r>
    </w:p>
    <w:p/>
    <w:p>
      <w:r>
        <w:rPr>
          <w:b/>
          <w:sz w:val="20"/>
        </w:rPr>
        <w:t>Alterations:</w:t>
      </w:r>
    </w:p>
    <w:p>
      <w:r>
        <w:rPr>
          <w:b w:val="0"/>
          <w:sz w:val="20"/>
        </w:rPr>
        <w:t>Tenant shall not make any alterations, additions, or improvements to the Premises without the prior written consent of Landlord.</w:t>
      </w:r>
    </w:p>
    <w:p/>
    <w:p>
      <w:r>
        <w:rPr>
          <w:b/>
          <w:sz w:val="20"/>
        </w:rPr>
        <w:t>Entry by Landlord:</w:t>
      </w:r>
    </w:p>
    <w:p>
      <w:r>
        <w:rPr>
          <w:b w:val="0"/>
          <w:sz w:val="20"/>
        </w:rPr>
        <w:t>Landlord may enter the Premises during reasonable hours to inspect, make repairs, or show the Premises to prospective tenants or purchasers, provided Landlord gives Tenant reasonable notice as required by Louisiana law.</w:t>
      </w:r>
    </w:p>
    <w:p/>
    <w:p>
      <w:r>
        <w:rPr>
          <w:b/>
          <w:sz w:val="20"/>
        </w:rPr>
        <w:t>Pets:</w:t>
      </w:r>
    </w:p>
    <w:p>
      <w:r>
        <w:rPr>
          <w:b w:val="0"/>
          <w:sz w:val="20"/>
        </w:rPr>
        <w:t>Pets are (allowed/not allowed) on the Premises. If allowed, specify restrictions or additional deposits: ________________________________.</w:t>
      </w:r>
    </w:p>
    <w:p/>
    <w:p>
      <w:r>
        <w:rPr>
          <w:b/>
          <w:sz w:val="20"/>
        </w:rPr>
        <w:t>Smoking:</w:t>
      </w:r>
    </w:p>
    <w:p>
      <w:r>
        <w:rPr>
          <w:b w:val="0"/>
          <w:sz w:val="20"/>
        </w:rPr>
        <w:t>Smoking is (allowed/not allowed) on the Premises.</w:t>
      </w:r>
    </w:p>
    <w:p/>
    <w:p>
      <w:r>
        <w:rPr>
          <w:b/>
          <w:sz w:val="20"/>
        </w:rPr>
        <w:t>Subletting and Assignment:</w:t>
      </w:r>
    </w:p>
    <w:p>
      <w:r>
        <w:rPr>
          <w:b w:val="0"/>
          <w:sz w:val="20"/>
        </w:rPr>
        <w:t>Tenant shall not sublet the Premises or assign this Agreement without prior written consent of Landlord.</w:t>
      </w:r>
    </w:p>
    <w:p/>
    <w:p>
      <w:r>
        <w:rPr>
          <w:b/>
          <w:sz w:val="20"/>
        </w:rPr>
        <w:t>Default and Termination:</w:t>
      </w:r>
    </w:p>
    <w:p>
      <w:r>
        <w:rPr>
          <w:b w:val="0"/>
          <w:sz w:val="20"/>
        </w:rPr>
        <w:t>If Tenant fails to pay rent or breaches any other term of this Agreement, Landlord may terminate this Agreement in accordance with Louisiana law.</w:t>
      </w:r>
    </w:p>
    <w:p>
      <w:r>
        <w:rPr>
          <w:b w:val="0"/>
          <w:sz w:val="20"/>
        </w:rPr>
        <w:t>Upon termination, Tenant shall vacate the Premises and return all keys to Landlord.</w:t>
      </w:r>
    </w:p>
    <w:p/>
    <w:p>
      <w:r>
        <w:rPr>
          <w:b/>
          <w:sz w:val="20"/>
        </w:rPr>
        <w:t>Holdover Tenancy:</w:t>
      </w:r>
    </w:p>
    <w:p>
      <w:r>
        <w:rPr>
          <w:b w:val="0"/>
          <w:sz w:val="20"/>
        </w:rPr>
        <w:t>If Tenant remains in possession of the Premises after expiration of the Lease without Landlord’s consent, Tenant shall be deemed a tenant at sufferance and subject to eviction procedures under Louisiana law.</w:t>
      </w:r>
    </w:p>
    <w:p/>
    <w:p>
      <w:r>
        <w:rPr>
          <w:b/>
          <w:sz w:val="20"/>
        </w:rPr>
        <w:t>Indemnification:</w:t>
      </w:r>
    </w:p>
    <w:p>
      <w:r>
        <w:rPr>
          <w:b w:val="0"/>
          <w:sz w:val="20"/>
        </w:rPr>
        <w:t>Tenant agrees to indemnify and hold Landlord harmless from any liability, loss, or damage arising from Tenant’s use of the Premises, except arising from Landlord’s gross negligence or willful misconduct.</w:t>
      </w:r>
    </w:p>
    <w:p/>
    <w:p>
      <w:r>
        <w:rPr>
          <w:b/>
          <w:sz w:val="20"/>
        </w:rPr>
        <w:t>Governing Law and Dispute Resolution:</w:t>
      </w:r>
    </w:p>
    <w:p>
      <w:r>
        <w:rPr>
          <w:b w:val="0"/>
          <w:sz w:val="20"/>
        </w:rPr>
        <w:t>This Agreement shall be governed by and construed in accordance with the laws of the State of Louisiana.</w:t>
      </w:r>
    </w:p>
    <w:p>
      <w:r>
        <w:rPr>
          <w:b w:val="0"/>
          <w:sz w:val="20"/>
        </w:rPr>
        <w:t>Any dispute arising under this Agreement shall be resolved in the courts of the State of Louisiana.</w:t>
      </w:r>
    </w:p>
    <w:p/>
    <w:p>
      <w:r>
        <w:rPr>
          <w:b/>
          <w:sz w:val="20"/>
        </w:rPr>
        <w:t>Entire Agreement:</w:t>
      </w:r>
    </w:p>
    <w:p>
      <w:r>
        <w:rPr>
          <w:b w:val="0"/>
          <w:sz w:val="20"/>
        </w:rPr>
        <w:t>This Agreement constitutes the entire agreement between the parties and supersedes all prior understandings or agreements, written or oral.</w:t>
      </w:r>
    </w:p>
    <w:p/>
    <w:p>
      <w:r>
        <w:rPr>
          <w:b/>
          <w:sz w:val="20"/>
        </w:rPr>
        <w:t>Amendments:</w:t>
      </w:r>
    </w:p>
    <w:p>
      <w:r>
        <w:rPr>
          <w:b w:val="0"/>
          <w:sz w:val="20"/>
        </w:rPr>
        <w:t>Any amendments to this Agreement must be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https://docs-realestate.com/louisiana-lease-agreement-template/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ouisiana-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