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UNITED STATES LODGER AGREEMENT</w:t>
      </w:r>
    </w:p>
    <w:p/>
    <w:p>
      <w:r>
        <w:rPr>
          <w:b/>
          <w:sz w:val="20"/>
        </w:rPr>
        <w:t>This Lodger Agreement ("Agreement") is entered into by and between the Landlord and the Lodger as follows:</w:t>
      </w:r>
    </w:p>
    <w:p/>
    <w:p>
      <w:r>
        <w:rPr>
          <w:b/>
          <w:sz w:val="20"/>
        </w:rPr>
        <w:t>Landlord Information:</w:t>
      </w:r>
    </w:p>
    <w:p>
      <w:r>
        <w:rPr>
          <w:b w:val="0"/>
          <w:sz w:val="20"/>
        </w:rPr>
        <w:t>Full Name: ____________________________________________________________</w:t>
      </w:r>
    </w:p>
    <w:p>
      <w:r>
        <w:rPr>
          <w:b w:val="0"/>
          <w:sz w:val="20"/>
        </w:rPr>
        <w:t>Address of Rental Property: ____________________________________________</w:t>
      </w:r>
    </w:p>
    <w:p>
      <w:r>
        <w:rPr>
          <w:b w:val="0"/>
          <w:sz w:val="20"/>
        </w:rPr>
        <w:t>Phone: _______________________________________________________________</w:t>
      </w:r>
    </w:p>
    <w:p/>
    <w:p>
      <w:r>
        <w:rPr>
          <w:b/>
          <w:sz w:val="20"/>
        </w:rPr>
        <w:t>Lodger Information:</w:t>
      </w:r>
    </w:p>
    <w:p>
      <w:r>
        <w:rPr>
          <w:b w:val="0"/>
          <w:sz w:val="20"/>
        </w:rPr>
        <w:t>Full Name: ____________________________________________________________</w:t>
      </w:r>
    </w:p>
    <w:p>
      <w:r>
        <w:rPr>
          <w:b w:val="0"/>
          <w:sz w:val="20"/>
        </w:rPr>
        <w:t>Current Address: ______________________________________________________</w:t>
      </w:r>
    </w:p>
    <w:p>
      <w:r>
        <w:rPr>
          <w:b w:val="0"/>
          <w:sz w:val="20"/>
        </w:rPr>
        <w:t>Phone: _______________________________________________________________</w:t>
      </w:r>
    </w:p>
    <w:p/>
    <w:p>
      <w:r>
        <w:rPr>
          <w:b/>
          <w:sz w:val="20"/>
        </w:rPr>
        <w:t>1. Premises</w:t>
      </w:r>
    </w:p>
    <w:p>
      <w:r>
        <w:rPr>
          <w:b w:val="0"/>
          <w:sz w:val="20"/>
        </w:rPr>
        <w:t>The Landlord hereby agrees to rent to the Lodger the following premises located at the address noted above (the "Premises"):</w:t>
      </w:r>
    </w:p>
    <w:p>
      <w:r>
        <w:rPr>
          <w:b w:val="0"/>
          <w:sz w:val="20"/>
        </w:rPr>
        <w:t>- Description of the room or space: ____________________________________</w:t>
      </w:r>
    </w:p>
    <w:p>
      <w:r>
        <w:rPr>
          <w:b w:val="0"/>
          <w:sz w:val="20"/>
        </w:rPr>
        <w:t>- Furnishings provided (if any): ________________________________________</w:t>
      </w:r>
    </w:p>
    <w:p>
      <w:r>
        <w:rPr>
          <w:b w:val="0"/>
          <w:sz w:val="20"/>
        </w:rPr>
        <w:t>- Access to common areas: ______________________________________________</w:t>
      </w:r>
    </w:p>
    <w:p/>
    <w:p>
      <w:r>
        <w:rPr>
          <w:b/>
          <w:sz w:val="20"/>
        </w:rPr>
        <w:t>2. Term</w:t>
      </w:r>
    </w:p>
    <w:p>
      <w:r>
        <w:rPr>
          <w:b w:val="0"/>
          <w:sz w:val="20"/>
        </w:rPr>
        <w:t>This Agreement shall commence on ____________________ and shall continue on a month-to-month basis until terminated by either party in accordance with this Agreement.</w:t>
      </w:r>
    </w:p>
    <w:p/>
    <w:p>
      <w:r>
        <w:rPr>
          <w:b/>
          <w:sz w:val="20"/>
        </w:rPr>
        <w:t>3. Rent</w:t>
      </w:r>
    </w:p>
    <w:p>
      <w:r>
        <w:rPr>
          <w:b w:val="0"/>
          <w:sz w:val="20"/>
        </w:rPr>
        <w:t>The Lodger agrees to pay monthly rent of $____________, payable in advance on or before the first day of each month. Rent payments shall be made to the Landlord at the following address or by other mutually agreed means:</w:t>
      </w:r>
    </w:p>
    <w:p>
      <w:r>
        <w:rPr>
          <w:b w:val="0"/>
          <w:sz w:val="20"/>
        </w:rPr>
        <w:t>______________________________________________________________________</w:t>
      </w:r>
    </w:p>
    <w:p>
      <w:r>
        <w:rPr>
          <w:b w:val="0"/>
          <w:sz w:val="20"/>
        </w:rPr>
        <w:t>Late payments shall incur a late fee of $____________ if not received by the fifth day of the month.</w:t>
      </w:r>
    </w:p>
    <w:p/>
    <w:p>
      <w:r>
        <w:rPr>
          <w:b/>
          <w:sz w:val="20"/>
        </w:rPr>
        <w:t>4. Security Deposit</w:t>
      </w:r>
    </w:p>
    <w:p>
      <w:r>
        <w:rPr>
          <w:b w:val="0"/>
          <w:sz w:val="20"/>
        </w:rPr>
        <w:t>The Lodger shall pay a security deposit of $____________ prior to occupancy, refundable upon termination of this Agreement, less any deductions for damages beyond normal wear and tear or unpaid rent, in compliance with applicable state law.</w:t>
      </w:r>
    </w:p>
    <w:p/>
    <w:p>
      <w:r>
        <w:rPr>
          <w:b/>
          <w:sz w:val="20"/>
        </w:rPr>
        <w:t>5. Utilities and Services</w:t>
      </w:r>
    </w:p>
    <w:p>
      <w:r>
        <w:rPr>
          <w:b w:val="0"/>
          <w:sz w:val="20"/>
        </w:rPr>
        <w:t>The following utilities and services shall be provided and paid by the parties as indicated:</w:t>
      </w:r>
    </w:p>
    <w:p>
      <w:r>
        <w:rPr>
          <w:b w:val="0"/>
          <w:sz w:val="20"/>
        </w:rPr>
        <w:t>- Electricity: _________________________________________________________</w:t>
      </w:r>
    </w:p>
    <w:p>
      <w:r>
        <w:rPr>
          <w:b w:val="0"/>
          <w:sz w:val="20"/>
        </w:rPr>
        <w:t>- Water/Sewer: ________________________________________________________</w:t>
      </w:r>
    </w:p>
    <w:p>
      <w:r>
        <w:rPr>
          <w:b w:val="0"/>
          <w:sz w:val="20"/>
        </w:rPr>
        <w:t>- Gas: _______________________________________________________________</w:t>
      </w:r>
    </w:p>
    <w:p>
      <w:r>
        <w:rPr>
          <w:b w:val="0"/>
          <w:sz w:val="20"/>
        </w:rPr>
        <w:t>- Internet/Cable: ______________________________________________________</w:t>
      </w:r>
    </w:p>
    <w:p>
      <w:r>
        <w:rPr>
          <w:b w:val="0"/>
          <w:sz w:val="20"/>
        </w:rPr>
        <w:t>- Trash Collection: ____________________________________________________</w:t>
      </w:r>
    </w:p>
    <w:p/>
    <w:p>
      <w:r>
        <w:rPr>
          <w:b/>
          <w:sz w:val="20"/>
        </w:rPr>
        <w:t>6. Use of Premises</w:t>
      </w:r>
    </w:p>
    <w:p>
      <w:r>
        <w:rPr>
          <w:b w:val="0"/>
          <w:sz w:val="20"/>
        </w:rPr>
        <w:t>The Premises shall be used solely as a residential dwelling by the Lodger. The Lodger shall not engage in any illegal or hazardous activities on the Premises. The Lodger agrees to comply with all applicable laws, ordinances, and community rules.</w:t>
      </w:r>
    </w:p>
    <w:p/>
    <w:p>
      <w:r>
        <w:rPr>
          <w:b/>
          <w:sz w:val="20"/>
        </w:rPr>
        <w:t>7. Maintenance and Repairs</w:t>
      </w:r>
    </w:p>
    <w:p>
      <w:r>
        <w:rPr>
          <w:b w:val="0"/>
          <w:sz w:val="20"/>
        </w:rPr>
        <w:t>The Lodger shall keep the Premises clean and in good condition. The Lodger shall immediately notify the Landlord of any damage, defect, or needed repair. The Landlord shall be responsible for repairs necessary to maintain habitability, except for damages caused by the Lodger's negligence or intentional acts.</w:t>
      </w:r>
    </w:p>
    <w:p/>
    <w:p>
      <w:r>
        <w:rPr>
          <w:b/>
          <w:sz w:val="20"/>
        </w:rPr>
        <w:t>8. Entry by Landlord</w:t>
      </w:r>
    </w:p>
    <w:p>
      <w:r>
        <w:rPr>
          <w:b w:val="0"/>
          <w:sz w:val="20"/>
        </w:rPr>
        <w:t>The Landlord may enter the Premises upon reasonable notice to the Lodger for purposes including inspection, maintenance, or showing the Premises to prospective tenants or buyers, in compliance with applicable state laws.</w:t>
      </w:r>
    </w:p>
    <w:p/>
    <w:p>
      <w:r>
        <w:rPr>
          <w:b/>
          <w:sz w:val="20"/>
        </w:rPr>
        <w:t>9. Rules and Regulations</w:t>
      </w:r>
    </w:p>
    <w:p>
      <w:r>
        <w:rPr>
          <w:b w:val="0"/>
          <w:sz w:val="20"/>
        </w:rPr>
        <w:t>The Lodger agrees to abide by all house rules established by the Landlord, including but not limited to noise restrictions, guest policies, and use of common areas. The Landlord shall provide these rules in writing.</w:t>
      </w:r>
    </w:p>
    <w:p/>
    <w:p>
      <w:r>
        <w:rPr>
          <w:b/>
          <w:sz w:val="20"/>
        </w:rPr>
        <w:t>10. Alterations</w:t>
      </w:r>
    </w:p>
    <w:p>
      <w:r>
        <w:rPr>
          <w:b w:val="0"/>
          <w:sz w:val="20"/>
        </w:rPr>
        <w:t>The Lodger shall not make any alterations, improvements, or additions to the Premises without the prior written consent of the Landlord.</w:t>
      </w:r>
    </w:p>
    <w:p/>
    <w:p>
      <w:r>
        <w:rPr>
          <w:b/>
          <w:sz w:val="20"/>
        </w:rPr>
        <w:t>11. Pets</w:t>
      </w:r>
    </w:p>
    <w:p>
      <w:r>
        <w:rPr>
          <w:b w:val="0"/>
          <w:sz w:val="20"/>
        </w:rPr>
        <w:t>Pets are not allowed on the Premises unless expressly permitted in writing by the Landlord.</w:t>
      </w:r>
    </w:p>
    <w:p/>
    <w:p>
      <w:r>
        <w:rPr>
          <w:b/>
          <w:sz w:val="20"/>
        </w:rPr>
        <w:t>12. Termination</w:t>
      </w:r>
    </w:p>
    <w:p>
      <w:r>
        <w:rPr>
          <w:b w:val="0"/>
          <w:sz w:val="20"/>
        </w:rPr>
        <w:t>Either party may terminate this Agreement by providing a written notice at least thirty (30) days prior to the intended termination date, or as otherwise required by applicable state law.</w:t>
      </w:r>
    </w:p>
    <w:p/>
    <w:p>
      <w:r>
        <w:rPr>
          <w:b/>
          <w:sz w:val="20"/>
        </w:rPr>
        <w:t>13. Indemnification and Liability</w:t>
      </w:r>
    </w:p>
    <w:p>
      <w:r>
        <w:rPr>
          <w:b w:val="0"/>
          <w:sz w:val="20"/>
        </w:rPr>
        <w:t>The Lodger agrees to indemnify and hold harmless the Landlord from any claims, damages, or liabilities arising from the Lodger's use or occupancy of the Premises, except to the extent caused by the Landlord's negligence or willful misconduct.</w:t>
      </w:r>
    </w:p>
    <w:p/>
    <w:p>
      <w:r>
        <w:rPr>
          <w:b/>
          <w:sz w:val="20"/>
        </w:rPr>
        <w:t>14. Governing Law</w:t>
      </w:r>
    </w:p>
    <w:p>
      <w:r>
        <w:rPr>
          <w:b w:val="0"/>
          <w:sz w:val="20"/>
        </w:rPr>
        <w:t>This Agreement shall be governed by and construed in accordance with the laws of the state in which the Premises are located.</w:t>
      </w:r>
    </w:p>
    <w:p/>
    <w:p>
      <w:r>
        <w:rPr>
          <w:b/>
          <w:sz w:val="20"/>
        </w:rPr>
        <w:t>15. Entire Agreement</w:t>
      </w:r>
    </w:p>
    <w:p>
      <w:r>
        <w:rPr>
          <w:b w:val="0"/>
          <w:sz w:val="20"/>
        </w:rPr>
        <w:t>This Agreement constitutes the entire agreement between the parties and supersedes all prior agreements or understandings, whether written or oral, relating to the subject matter herein.</w:t>
      </w:r>
    </w:p>
    <w:p/>
    <w:p>
      <w:r>
        <w:rPr>
          <w:b/>
          <w:sz w:val="20"/>
        </w:rPr>
        <w:t>16. Severability</w:t>
      </w:r>
    </w:p>
    <w:p>
      <w:r>
        <w:rPr>
          <w:b w:val="0"/>
          <w:sz w:val="20"/>
        </w:rPr>
        <w:t>If any provision of this Agreement is found invalid or unenforceable, the remaining provisions shall continue in full force and effect.</w:t>
      </w:r>
    </w:p>
    <w:p/>
    <w:p>
      <w:r>
        <w:rPr>
          <w:b/>
          <w:sz w:val="20"/>
        </w:rPr>
        <w:t>17. Waiver</w:t>
      </w:r>
    </w:p>
    <w:p>
      <w:r>
        <w:rPr>
          <w:b w:val="0"/>
          <w:sz w:val="20"/>
        </w:rPr>
        <w:t>No waiver of any breach or default hereunder shall be deemed a waiver of any preceding or subsequent breach or default.</w:t>
      </w:r>
    </w:p>
    <w:p/>
    <w:p/>
    <w:p>
      <w:pPr>
        <w:jc w:val="center"/>
      </w:pPr>
      <w:r>
        <w:rPr>
          <w:b w:val="0"/>
          <w:sz w:val="20"/>
        </w:rPr>
        <w:t>IN WITNESS WHEREOF, the parties hereto have executed this Lodger Agreement on the respective dates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LODGER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https://docs-realestate.com/lodger-agreement-template/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odger-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