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LIVING TRUST AGREEMENT</w:t>
      </w:r>
    </w:p>
    <w:p/>
    <w:p/>
    <w:p>
      <w:r>
        <w:rPr>
          <w:b/>
          <w:sz w:val="20"/>
        </w:rPr>
        <w:t>This Living Trust Agreement (the "Trust Agreement") is made by and between the following Grantor and Trustee:</w:t>
      </w:r>
    </w:p>
    <w:p/>
    <w:p>
      <w:r>
        <w:rPr>
          <w:b w:val="0"/>
          <w:sz w:val="20"/>
        </w:rPr>
        <w:t>Grantor: ________________________________________________________________</w:t>
      </w:r>
    </w:p>
    <w:p>
      <w:r>
        <w:rPr>
          <w:b w:val="0"/>
          <w:sz w:val="20"/>
        </w:rPr>
        <w:t>Address: ________________________________________________________________</w:t>
      </w:r>
    </w:p>
    <w:p>
      <w:r>
        <w:rPr>
          <w:b w:val="0"/>
          <w:sz w:val="20"/>
        </w:rPr>
        <w:t>City, State, Zip Code: ___________________________________________________</w:t>
      </w:r>
    </w:p>
    <w:p>
      <w:r>
        <w:rPr>
          <w:b w:val="0"/>
          <w:sz w:val="20"/>
        </w:rPr>
        <w:t>Phone: _________________________________________________________________</w:t>
      </w:r>
    </w:p>
    <w:p/>
    <w:p>
      <w:r>
        <w:rPr>
          <w:b w:val="0"/>
          <w:sz w:val="20"/>
        </w:rPr>
        <w:t>Trustee: ________________________________________________________________</w:t>
      </w:r>
    </w:p>
    <w:p>
      <w:r>
        <w:rPr>
          <w:b w:val="0"/>
          <w:sz w:val="20"/>
        </w:rPr>
        <w:t>Address: ________________________________________________________________</w:t>
      </w:r>
    </w:p>
    <w:p>
      <w:r>
        <w:rPr>
          <w:b w:val="0"/>
          <w:sz w:val="20"/>
        </w:rPr>
        <w:t>City, State, Zip Code: ___________________________________________________</w:t>
      </w:r>
    </w:p>
    <w:p>
      <w:r>
        <w:rPr>
          <w:b w:val="0"/>
          <w:sz w:val="20"/>
        </w:rPr>
        <w:t>Phone: _________________________________________________________________</w:t>
      </w:r>
    </w:p>
    <w:p/>
    <w:p/>
    <w:p>
      <w:r>
        <w:rPr>
          <w:b/>
          <w:sz w:val="22"/>
        </w:rPr>
        <w:t>ARTICLE I – CREATION OF TRUST</w:t>
      </w:r>
    </w:p>
    <w:p>
      <w:r>
        <w:rPr>
          <w:b w:val="0"/>
          <w:sz w:val="20"/>
        </w:rPr>
        <w:t>The Grantor hereby transfers and delivers to the Trustee the property described in Schedule A attached hereto and incorporated by reference, to hold in trust under the terms of this Trust Agreement for the benefit of the Beneficiaries named herein.</w:t>
      </w:r>
    </w:p>
    <w:p/>
    <w:p>
      <w:r>
        <w:rPr>
          <w:b/>
          <w:sz w:val="22"/>
        </w:rPr>
        <w:t>ARTICLE II – NAME OF TRUST</w:t>
      </w:r>
    </w:p>
    <w:p>
      <w:r>
        <w:rPr>
          <w:b w:val="0"/>
          <w:sz w:val="20"/>
        </w:rPr>
        <w:t>This trust shall be known as the "_________________________ Living Trust" (the "Trust").</w:t>
      </w:r>
    </w:p>
    <w:p/>
    <w:p>
      <w:r>
        <w:rPr>
          <w:b/>
          <w:sz w:val="22"/>
        </w:rPr>
        <w:t>ARTICLE III – PURPOSE OF TRUST</w:t>
      </w:r>
    </w:p>
    <w:p>
      <w:r>
        <w:rPr>
          <w:b w:val="0"/>
          <w:sz w:val="20"/>
        </w:rPr>
        <w:t>The purposes of this Trust are to provide for the management, control, and disposition of the Trust property during the Grantor’s lifetime and after the Grantor’s death, to avoid probate, and to facilitate the efficient transfer of assets to the Beneficiaries in accordance with the terms set forth herein.</w:t>
      </w:r>
    </w:p>
    <w:p/>
    <w:p>
      <w:r>
        <w:rPr>
          <w:b/>
          <w:sz w:val="22"/>
        </w:rPr>
        <w:t>ARTICLE IV – BENEFICIARIES</w:t>
      </w:r>
    </w:p>
    <w:p>
      <w:r>
        <w:rPr>
          <w:b w:val="0"/>
          <w:sz w:val="20"/>
        </w:rPr>
        <w:t>The Beneficiaries of this Trust, and their respective interests, are as follows:</w:t>
      </w:r>
    </w:p>
    <w:p>
      <w:r>
        <w:rPr>
          <w:b w:val="0"/>
          <w:sz w:val="20"/>
        </w:rPr>
        <w:t>Primary Beneficiary(ies):</w:t>
      </w:r>
    </w:p>
    <w:p>
      <w:r>
        <w:rPr>
          <w:b w:val="0"/>
          <w:sz w:val="20"/>
        </w:rPr>
        <w:t>Name(s): _______________________________________________________________</w:t>
      </w:r>
    </w:p>
    <w:p>
      <w:r>
        <w:rPr>
          <w:b w:val="0"/>
          <w:sz w:val="20"/>
        </w:rPr>
        <w:t>Relationship to Grantor: ________________________________________________</w:t>
      </w:r>
    </w:p>
    <w:p>
      <w:r>
        <w:rPr>
          <w:b w:val="0"/>
          <w:sz w:val="20"/>
        </w:rPr>
        <w:t>Share or Interest: _______________________________________________________</w:t>
      </w:r>
    </w:p>
    <w:p/>
    <w:p>
      <w:r>
        <w:rPr>
          <w:b w:val="0"/>
          <w:sz w:val="20"/>
        </w:rPr>
        <w:t>Contingent Beneficiary(ies):</w:t>
      </w:r>
    </w:p>
    <w:p>
      <w:r>
        <w:rPr>
          <w:b w:val="0"/>
          <w:sz w:val="20"/>
        </w:rPr>
        <w:t>Name(s): _______________________________________________________________</w:t>
      </w:r>
    </w:p>
    <w:p>
      <w:r>
        <w:rPr>
          <w:b w:val="0"/>
          <w:sz w:val="20"/>
        </w:rPr>
        <w:t>Relationship to Grantor: ________________________________________________</w:t>
      </w:r>
    </w:p>
    <w:p>
      <w:r>
        <w:rPr>
          <w:b w:val="0"/>
          <w:sz w:val="20"/>
        </w:rPr>
        <w:t>Share or Interest: _______________________________________________________</w:t>
      </w:r>
    </w:p>
    <w:p/>
    <w:p>
      <w:r>
        <w:rPr>
          <w:b/>
          <w:sz w:val="22"/>
        </w:rPr>
        <w:t>ARTICLE V – TRUSTEE POWERS AND DUTIES</w:t>
      </w:r>
    </w:p>
    <w:p>
      <w:r>
        <w:rPr>
          <w:b w:val="0"/>
          <w:sz w:val="20"/>
        </w:rPr>
        <w:t>The Trustee shall have all powers necessary to manage and administer the Trust property, including but not limited to the following:</w:t>
      </w:r>
    </w:p>
    <w:p>
      <w:r>
        <w:rPr>
          <w:b w:val="0"/>
          <w:sz w:val="20"/>
        </w:rPr>
        <w:t>1. To hold, invest, reinvest, sell, exchange, lease, and manage Trust assets in a prudent manner.</w:t>
      </w:r>
    </w:p>
    <w:p>
      <w:r>
        <w:rPr>
          <w:b w:val="0"/>
          <w:sz w:val="20"/>
        </w:rPr>
        <w:t>2. To collect income and enforce claims in favor of the Trust.</w:t>
      </w:r>
    </w:p>
    <w:p>
      <w:r>
        <w:rPr>
          <w:b w:val="0"/>
          <w:sz w:val="20"/>
        </w:rPr>
        <w:t>3. To retain or sell investments or property, including securities issued by the Trustee or its affiliates.</w:t>
      </w:r>
    </w:p>
    <w:p>
      <w:r>
        <w:rPr>
          <w:b w:val="0"/>
          <w:sz w:val="20"/>
        </w:rPr>
        <w:t>4. To execute and deliver any instruments and documents necessary to carry out the Trust purposes.</w:t>
      </w:r>
    </w:p>
    <w:p>
      <w:r>
        <w:rPr>
          <w:b w:val="0"/>
          <w:sz w:val="20"/>
        </w:rPr>
        <w:t>5. To make distributions of income and principal to the Beneficiaries as provided herein.</w:t>
      </w:r>
    </w:p>
    <w:p>
      <w:r>
        <w:rPr>
          <w:b w:val="0"/>
          <w:sz w:val="20"/>
        </w:rPr>
        <w:t>6. To employ agents, advisors, and attorneys as deemed necessary.</w:t>
      </w:r>
    </w:p>
    <w:p>
      <w:r>
        <w:rPr>
          <w:b w:val="0"/>
          <w:sz w:val="20"/>
        </w:rPr>
        <w:t>7. To allocate receipts and expenses between income and principal as appropriate under applicable law.</w:t>
      </w:r>
    </w:p>
    <w:p/>
    <w:p>
      <w:r>
        <w:rPr>
          <w:b/>
          <w:sz w:val="22"/>
        </w:rPr>
        <w:t>ARTICLE VI – DISTRIBUTIONS DURING GRANTOR'S LIFETIME</w:t>
      </w:r>
    </w:p>
    <w:p>
      <w:r>
        <w:rPr>
          <w:b w:val="0"/>
          <w:sz w:val="20"/>
        </w:rPr>
        <w:t>The Trustee shall hold, manage, invest, and reinvest the Trust property, and shall pay to or apply for the benefit of the Grantor so much of the income and principal of the Trust as the Trustee deems necessary for the Grantor’s health, education, support, and maintenance.</w:t>
      </w:r>
    </w:p>
    <w:p/>
    <w:p>
      <w:r>
        <w:rPr>
          <w:b/>
          <w:sz w:val="22"/>
        </w:rPr>
        <w:t>ARTICLE VII – DISTRIBUTIONS UPON GRANTOR'S DEATH</w:t>
      </w:r>
    </w:p>
    <w:p>
      <w:r>
        <w:rPr>
          <w:b w:val="0"/>
          <w:sz w:val="20"/>
        </w:rPr>
        <w:t>Upon the death of the Grantor, the Trustee shall distribute the Trust property to the Beneficiaries named herein, in accordance with the following provisions:</w:t>
      </w:r>
    </w:p>
    <w:p>
      <w:r>
        <w:rPr>
          <w:b w:val="0"/>
          <w:sz w:val="20"/>
        </w:rPr>
        <w:t>1. Payment of all expenses and debts of the Grantor, including funeral and administrative expenses.</w:t>
      </w:r>
    </w:p>
    <w:p>
      <w:r>
        <w:rPr>
          <w:b w:val="0"/>
          <w:sz w:val="20"/>
        </w:rPr>
        <w:t>2. Payment of any taxes attributable to the Trust property or the Grantor’s estate.</w:t>
      </w:r>
    </w:p>
    <w:p>
      <w:r>
        <w:rPr>
          <w:b w:val="0"/>
          <w:sz w:val="20"/>
        </w:rPr>
        <w:t>3. Distribution of the remaining Trust assets to the Beneficiaries as set forth in this Trust Agreement and Schedule B attached hereto.</w:t>
      </w:r>
    </w:p>
    <w:p/>
    <w:p>
      <w:r>
        <w:rPr>
          <w:b/>
          <w:sz w:val="22"/>
        </w:rPr>
        <w:t>ARTICLE VIII – SUCCESSOR TRUSTEE</w:t>
      </w:r>
    </w:p>
    <w:p>
      <w:r>
        <w:rPr>
          <w:b w:val="0"/>
          <w:sz w:val="20"/>
        </w:rPr>
        <w:t>If the Trustee is unwilling or unable to serve, the following Successor Trustee(s) shall serve in the order named:</w:t>
      </w:r>
    </w:p>
    <w:p>
      <w:r>
        <w:rPr>
          <w:b w:val="0"/>
          <w:sz w:val="20"/>
        </w:rPr>
        <w:t>1. Name: ________________________________________________________________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r>
        <w:rPr>
          <w:b w:val="0"/>
          <w:sz w:val="20"/>
        </w:rPr>
        <w:t>2. Name: ________________________________________________________________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p>
      <w:r>
        <w:rPr>
          <w:b/>
          <w:sz w:val="22"/>
        </w:rPr>
        <w:t>ARTICLE IX – TRUSTEE COMPENSATION</w:t>
      </w:r>
    </w:p>
    <w:p>
      <w:r>
        <w:rPr>
          <w:b w:val="0"/>
          <w:sz w:val="20"/>
        </w:rPr>
        <w:t>The Trustee shall be entitled to reasonable compensation for services rendered as Trustee, and reimbursement for all reasonable expenses incurred in the administration of the Trust.</w:t>
      </w:r>
    </w:p>
    <w:p/>
    <w:p>
      <w:r>
        <w:rPr>
          <w:b/>
          <w:sz w:val="22"/>
        </w:rPr>
        <w:t>ARTICLE X – GOVERNING LAW</w:t>
      </w:r>
    </w:p>
    <w:p>
      <w:r>
        <w:rPr>
          <w:b w:val="0"/>
          <w:sz w:val="20"/>
        </w:rPr>
        <w:t>This Trust Agreement shall be governed by and construed in accordance with the laws of the State of Texas.</w:t>
      </w:r>
    </w:p>
    <w:p/>
    <w:p>
      <w:r>
        <w:rPr>
          <w:b/>
          <w:sz w:val="22"/>
        </w:rPr>
        <w:t>ARTICLE XI – AMENDMENT AND REVOCATION</w:t>
      </w:r>
    </w:p>
    <w:p>
      <w:r>
        <w:rPr>
          <w:b w:val="0"/>
          <w:sz w:val="20"/>
        </w:rPr>
        <w:t>The Grantor reserves the right to amend or revoke this Trust Agreement, in whole or in part, at any time during the Grantor’s lifetime by a written instrument signed by the Grantor and delivered to the Trustee.</w:t>
      </w:r>
    </w:p>
    <w:p/>
    <w:p>
      <w:r>
        <w:rPr>
          <w:b/>
          <w:sz w:val="22"/>
        </w:rPr>
        <w:t>ARTICLE XII – SPENDTHRIFT PROVISION</w:t>
      </w:r>
    </w:p>
    <w:p>
      <w:r>
        <w:rPr>
          <w:b w:val="0"/>
          <w:sz w:val="20"/>
        </w:rPr>
        <w:t>No interest in the Trust estate shall be anticipated, assigned, pledged, or encumbered by any Beneficiary, and the Trust property shall not be subject to claims of creditors of any Beneficiary to the extent permitted by Texas law.</w:t>
      </w:r>
    </w:p>
    <w:p/>
    <w:p>
      <w:r>
        <w:rPr>
          <w:b/>
          <w:sz w:val="22"/>
        </w:rPr>
        <w:t>ARTICLE XIII – SEVERABILITY</w:t>
      </w:r>
    </w:p>
    <w:p>
      <w:r>
        <w:rPr>
          <w:b w:val="0"/>
          <w:sz w:val="20"/>
        </w:rPr>
        <w:t>If any provision of this Trust Agreement is determined to be invalid or unenforceable, the remaining provisions shall remain in full force and effect.</w:t>
      </w:r>
    </w:p>
    <w:p/>
    <w:p>
      <w:r>
        <w:rPr>
          <w:b/>
          <w:sz w:val="22"/>
        </w:rPr>
        <w:t>ARTICLE XIV – NO CONTEST CLAUSE</w:t>
      </w:r>
    </w:p>
    <w:p>
      <w:r>
        <w:rPr>
          <w:b w:val="0"/>
          <w:sz w:val="20"/>
        </w:rPr>
        <w:t>If any Beneficiary contests this Trust Agreement or any of its provisions, any share or interest in the Trust property given to such Beneficiary shall be forfeited and distributed as if that Beneficiary predeceased the Grantor without issue.</w:t>
      </w:r>
    </w:p>
    <w:p/>
    <w:p>
      <w:r>
        <w:rPr>
          <w:b/>
          <w:sz w:val="22"/>
        </w:rPr>
        <w:t>ARTICLE XV – DEFINITIONS</w:t>
      </w:r>
    </w:p>
    <w:p>
      <w:r>
        <w:rPr>
          <w:b w:val="0"/>
          <w:sz w:val="20"/>
        </w:rPr>
        <w:t>"Grantor" means the person who creates this Trust and transfers property to it.</w:t>
      </w:r>
    </w:p>
    <w:p>
      <w:r>
        <w:rPr>
          <w:b w:val="0"/>
          <w:sz w:val="20"/>
        </w:rPr>
        <w:t>"Trustee" means the person or entity holding and administering the Trust property.</w:t>
      </w:r>
    </w:p>
    <w:p>
      <w:r>
        <w:rPr>
          <w:b w:val="0"/>
          <w:sz w:val="20"/>
        </w:rPr>
        <w:t>"Beneficiary" means any person or entity entitled to receive distributions from the Trust.</w:t>
      </w:r>
    </w:p>
    <w:p/>
    <w:p/>
    <w:p>
      <w:pPr>
        <w:jc w:val="center"/>
      </w:pPr>
      <w:r>
        <w:rPr>
          <w:b w:val="0"/>
          <w:sz w:val="20"/>
        </w:rPr>
        <w:t>IN WITNESS WHEREOF, the Grantor has executed this Living Trust Agreement on the date indicated below.</w:t>
      </w:r>
    </w:p>
    <w:p/>
    <w:p/>
    <w:p>
      <w:r>
        <w:rPr>
          <w:b w:val="0"/>
          <w:sz w:val="20"/>
        </w:rPr>
        <w:t>Grantor Signature: ________________________________________________</w:t>
      </w:r>
    </w:p>
    <w:p>
      <w:r>
        <w:rPr>
          <w:b w:val="0"/>
          <w:sz w:val="20"/>
        </w:rPr>
        <w:t>Grantor Name (Printed): ___________________________________________</w:t>
      </w:r>
    </w:p>
    <w:p/>
    <w:p/>
    <w:p>
      <w:r>
        <w:rPr>
          <w:b w:val="0"/>
          <w:sz w:val="20"/>
        </w:rPr>
        <w:t>Trustee Signature: ________________________________________________</w:t>
      </w:r>
    </w:p>
    <w:p>
      <w:r>
        <w:rPr>
          <w:b w:val="0"/>
          <w:sz w:val="20"/>
        </w:rPr>
        <w:t>Trustee Name (Printed): ___________________________________________</w:t>
      </w:r>
    </w:p>
    <w:p/>
    <w:p/>
    <w:p/>
    <w:p>
      <w:r>
        <w:rPr>
          <w:b w:val="0"/>
          <w:sz w:val="20"/>
        </w:rPr>
        <w:t>STATE OF TEXAS</w:t>
      </w:r>
    </w:p>
    <w:p>
      <w:r>
        <w:rPr>
          <w:b w:val="0"/>
          <w:sz w:val="20"/>
        </w:rPr>
        <w:t>COUNTY OF ______________________</w:t>
      </w:r>
    </w:p>
    <w:p/>
    <w:p>
      <w:r>
        <w:rPr>
          <w:b/>
          <w:sz w:val="20"/>
        </w:rPr>
        <w:t>This instrument was acknowledged before me on ________________________, by ___________________________, Grantor.</w:t>
      </w:r>
    </w:p>
    <w:p/>
    <w:p/>
    <w:p>
      <w:r>
        <w:rPr>
          <w:b w:val="0"/>
          <w:sz w:val="20"/>
        </w:rPr>
        <w:t>Notary Public Signature: __________________________________________</w:t>
      </w:r>
    </w:p>
    <w:p>
      <w:r>
        <w:rPr>
          <w:b w:val="0"/>
          <w:sz w:val="20"/>
        </w:rPr>
        <w:t>My Commission Expires: ____________________________________________</w:t>
      </w:r>
    </w:p>
    <w:p>
      <w:r>
        <w:rPr>
          <w:b w:val="0"/>
          <w:sz w:val="20"/>
        </w:rPr>
        <w:t>Notary Seal: _____________________________________________________</w:t>
      </w:r>
    </w:p>
    <w:p/>
    <w:p/>
    <w:p/>
    <w:p>
      <w:r>
        <w:rPr>
          <w:b/>
          <w:sz w:val="22"/>
        </w:rPr>
        <w:t>SCHEDULE A – TRUST PROPERTY</w:t>
      </w:r>
    </w:p>
    <w:p>
      <w:r>
        <w:rPr>
          <w:b w:val="0"/>
          <w:sz w:val="20"/>
        </w:rPr>
        <w:t>Description of property transferred to the Trust:</w:t>
      </w:r>
    </w:p>
    <w:p>
      <w:r>
        <w:rPr>
          <w:b w:val="0"/>
          <w:sz w:val="20"/>
        </w:rPr>
        <w:t>___________________________________________________________________________</w:t>
      </w:r>
    </w:p>
    <w:p>
      <w:r>
        <w:rPr>
          <w:b w:val="0"/>
          <w:sz w:val="20"/>
        </w:rPr>
        <w:t>___________________________________________________________________________</w:t>
      </w:r>
    </w:p>
    <w:p>
      <w:r>
        <w:rPr>
          <w:b w:val="0"/>
          <w:sz w:val="20"/>
        </w:rPr>
        <w:t>___________________________________________________________________________</w:t>
      </w:r>
    </w:p>
    <w:p/>
    <w:p/>
    <w:p>
      <w:r>
        <w:rPr>
          <w:b/>
          <w:sz w:val="22"/>
        </w:rPr>
        <w:t>SCHEDULE B – DISTRIBUTION OF TRUST PROPERTY</w:t>
      </w:r>
    </w:p>
    <w:p>
      <w:r>
        <w:rPr>
          <w:b w:val="0"/>
          <w:sz w:val="20"/>
        </w:rPr>
        <w:t>Details of distribution upon Grantor’s death:</w:t>
      </w:r>
    </w:p>
    <w:p>
      <w:r>
        <w:rPr>
          <w:b w:val="0"/>
          <w:sz w:val="20"/>
        </w:rPr>
        <w:t>___________________________________________________________________________</w:t>
      </w:r>
    </w:p>
    <w:p>
      <w:r>
        <w:rPr>
          <w:b w:val="0"/>
          <w:sz w:val="20"/>
        </w:rPr>
        <w:t>___________________________________________________________________________</w:t>
      </w:r>
    </w:p>
    <w:p>
      <w:r>
        <w:rPr>
          <w:b w:val="0"/>
          <w:sz w:val="20"/>
        </w:rPr>
        <w:t>___________________________________________________________________________</w:t>
      </w:r>
    </w:p>
    <w:p>
      <w:r>
        <w:br w:type="page"/>
      </w:r>
    </w:p>
    <w:p>
      <w:pPr>
        <w:jc w:val="center"/>
      </w:pPr>
      <w:r>
        <w:rPr>
          <w:color w:val="555555"/>
          <w:sz w:val="24"/>
        </w:rPr>
        <w:t>Original source of this document:</w:t>
      </w:r>
    </w:p>
    <w:p>
      <w:pPr>
        <w:jc w:val="center"/>
      </w:pPr>
      <w:hyperlink r:id="rId9">
        <w:r>
          <w:rPr>
            <w:color w:val="0000FF"/>
            <w:u w:val="single"/>
          </w:rPr>
          <w:t>https://docs-realestate.com/living-trust-texas-template/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living-trust-texas-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