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LEASE TERMINATION LETTER</w:t>
      </w:r>
    </w:p>
    <w:p/>
    <w:p/>
    <w:p>
      <w:r>
        <w:rPr>
          <w:b/>
          <w:sz w:val="20"/>
        </w:rPr>
        <w:t>Landlord Information:</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Email: _______________________________________________________________</w:t>
      </w:r>
    </w:p>
    <w:p/>
    <w:p>
      <w:r>
        <w:rPr>
          <w:b/>
          <w:sz w:val="20"/>
        </w:rPr>
        <w:t>Tenant Information:</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Email: _______________________________________________________________</w:t>
      </w:r>
    </w:p>
    <w:p/>
    <w:p>
      <w:r>
        <w:rPr>
          <w:b/>
          <w:sz w:val="20"/>
        </w:rPr>
        <w:t>Property Information:</w:t>
      </w:r>
    </w:p>
    <w:p>
      <w:r>
        <w:rPr>
          <w:b w:val="0"/>
          <w:sz w:val="20"/>
        </w:rPr>
        <w:t>Address of Leased Property: ___________________________________________</w:t>
      </w:r>
    </w:p>
    <w:p>
      <w:r>
        <w:rPr>
          <w:b w:val="0"/>
          <w:sz w:val="20"/>
        </w:rPr>
        <w:t>Lease Start Date: _____________________________________________________</w:t>
      </w:r>
    </w:p>
    <w:p>
      <w:r>
        <w:rPr>
          <w:b w:val="0"/>
          <w:sz w:val="20"/>
        </w:rPr>
        <w:t>Lease Termination Date: _______________________________________________</w:t>
      </w:r>
    </w:p>
    <w:p/>
    <w:p>
      <w:r>
        <w:rPr>
          <w:b/>
          <w:sz w:val="20"/>
        </w:rPr>
        <w:t>Subject: Termination of Lease Agreement</w:t>
      </w:r>
    </w:p>
    <w:p/>
    <w:p>
      <w:r>
        <w:rPr>
          <w:b w:val="0"/>
          <w:sz w:val="20"/>
        </w:rPr>
        <w:t>Dear [Landlord/Tenant],</w:t>
      </w:r>
    </w:p>
    <w:p/>
    <w:p>
      <w:r>
        <w:rPr>
          <w:b w:val="0"/>
          <w:sz w:val="20"/>
        </w:rPr>
        <w:t>This letter serves as formal notice of termination of the lease agreement between the above-named parties concerning the property listed above. This notice is provided in accordance with the terms and conditions stipulated within the lease agreement and applicable United States laws governing lease terminations.</w:t>
      </w:r>
    </w:p>
    <w:p/>
    <w:p>
      <w:r>
        <w:rPr>
          <w:b w:val="0"/>
          <w:sz w:val="20"/>
        </w:rPr>
        <w:t>The undersigned wishes to terminate the lease effective on the Lease Termination Date specified above. All rent and obligations under the lease will be fulfilled through that date. The property will be vacated, and possession surrendered to the landlord on or before the termination date.</w:t>
      </w:r>
    </w:p>
    <w:p/>
    <w:p>
      <w:r>
        <w:rPr>
          <w:b w:val="0"/>
          <w:sz w:val="20"/>
        </w:rPr>
        <w:t>The tenant agrees to return the property in a clean and undamaged condition, reasonable wear and tear excepted. The landlord reserves the right to inspect the premises and to deduct any lawful costs for damages beyond normal wear and tear from the security deposit as permitted by law.</w:t>
      </w:r>
    </w:p>
    <w:p/>
    <w:p>
      <w:r>
        <w:rPr>
          <w:b w:val="0"/>
          <w:sz w:val="20"/>
        </w:rPr>
        <w:t>Please advise if there are any specific move-out procedures, forwarding address requirements, or other instructions necessary to complete the termination process.</w:t>
      </w:r>
    </w:p>
    <w:p/>
    <w:p>
      <w:r>
        <w:rPr>
          <w:b w:val="0"/>
          <w:sz w:val="20"/>
        </w:rPr>
        <w:t>This notice does not waive any rights or remedies afforded to either party under the lease or by law. Both parties agree to comply with all applicable statutes and regulations governing lease termination, security deposit handling, and property condition.</w:t>
      </w:r>
    </w:p>
    <w:p/>
    <w:p>
      <w:r>
        <w:rPr>
          <w:b w:val="0"/>
          <w:sz w:val="20"/>
        </w:rPr>
        <w:t>If you have any questions or require further information, please do not hesitate to contact me at the phone number or email address listed above.</w:t>
      </w:r>
    </w:p>
    <w:p/>
    <w:p/>
    <w:p>
      <w:r>
        <w:rPr>
          <w:b w:val="0"/>
          <w:sz w:val="20"/>
        </w:rPr>
        <w:t>Sincerely,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 Signature</w:t>
            </w:r>
          </w:p>
        </w:tc>
        <w:tc>
          <w:tcPr>
            <w:tcW w:type="dxa" w:w="4986"/>
            <w:tcBorders>
              <w:top w:val="nil"/>
              <w:left w:val="nil"/>
              <w:bottom w:val="nil"/>
              <w:right w:val="nil"/>
              <w:insideH w:val="nil"/>
              <w:insideV w:val="nil"/>
            </w:tcBorders>
          </w:tcPr>
          <w:p>
            <w:pPr>
              <w:jc w:val="center"/>
            </w:pPr>
            <w:r>
              <w:t>Landlord Signature</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https://docs-realestate.com/lease-termination-letter-template/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ease-termination-letter-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