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LEASE RENEWAL AGREEMENT</w:t>
      </w:r>
    </w:p>
    <w:p/>
    <w:p>
      <w:r>
        <w:rPr>
          <w:b/>
          <w:sz w:val="20"/>
        </w:rPr>
        <w:t>This Lease Renewal Agreement ("Agreement") is entered into by and between the following parties:</w:t>
      </w:r>
    </w:p>
    <w:p/>
    <w:p>
      <w:r>
        <w:rPr>
          <w:b/>
          <w:sz w:val="20"/>
        </w:rPr>
        <w:t>Landlord Information:</w:t>
      </w:r>
    </w:p>
    <w:p>
      <w:r>
        <w:rPr>
          <w:b w:val="0"/>
          <w:sz w:val="20"/>
        </w:rPr>
        <w:t>Full Name / Entity: ____________________________________________________________</w:t>
      </w:r>
    </w:p>
    <w:p>
      <w:r>
        <w:rPr>
          <w:b w:val="0"/>
          <w:sz w:val="20"/>
        </w:rPr>
        <w:t>Address: 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Tenant Information:</w:t>
      </w:r>
    </w:p>
    <w:p>
      <w:r>
        <w:rPr>
          <w:b w:val="0"/>
          <w:sz w:val="20"/>
        </w:rPr>
        <w:t>Full Name(s): _________________________________________________________________</w:t>
      </w:r>
    </w:p>
    <w:p>
      <w:r>
        <w:rPr>
          <w:b w:val="0"/>
          <w:sz w:val="20"/>
        </w:rPr>
        <w:t>Address: _____________________________________________________________________</w:t>
      </w:r>
    </w:p>
    <w:p>
      <w:r>
        <w:rPr>
          <w:b w:val="0"/>
          <w:sz w:val="20"/>
        </w:rPr>
        <w:t>Phone: _______________________________________________________________________</w:t>
      </w:r>
    </w:p>
    <w:p>
      <w:r>
        <w:rPr>
          <w:b w:val="0"/>
          <w:sz w:val="20"/>
        </w:rPr>
        <w:t>Email: _______________________________________________________________________</w:t>
      </w:r>
    </w:p>
    <w:p/>
    <w:p>
      <w:r>
        <w:rPr>
          <w:b/>
          <w:sz w:val="20"/>
        </w:rPr>
        <w:t>Property Description:</w:t>
      </w:r>
    </w:p>
    <w:p>
      <w:r>
        <w:rPr>
          <w:b w:val="0"/>
          <w:sz w:val="20"/>
        </w:rPr>
        <w:t>Address of Leased Premises: _________________________________________________</w:t>
      </w:r>
    </w:p>
    <w:p>
      <w:r>
        <w:rPr>
          <w:b w:val="0"/>
          <w:sz w:val="20"/>
        </w:rPr>
        <w:t>Unit Number / Apartment: ______________________________________________________</w:t>
      </w:r>
    </w:p>
    <w:p>
      <w:r>
        <w:rPr>
          <w:b w:val="0"/>
          <w:sz w:val="20"/>
        </w:rPr>
        <w:t>Type of Property: ____________________________________________________________</w:t>
      </w:r>
    </w:p>
    <w:p/>
    <w:p>
      <w:r>
        <w:rPr>
          <w:b/>
          <w:sz w:val="20"/>
        </w:rPr>
        <w:t>Original Lease Agreement:</w:t>
      </w:r>
    </w:p>
    <w:p>
      <w:r>
        <w:rPr>
          <w:b w:val="0"/>
          <w:sz w:val="20"/>
        </w:rPr>
        <w:t>Date of Original Lease Agreement: ____________________________________________</w:t>
      </w:r>
    </w:p>
    <w:p>
      <w:r>
        <w:rPr>
          <w:b w:val="0"/>
          <w:sz w:val="20"/>
        </w:rPr>
        <w:t>Original Lease Term: From _______________________ To ________________________</w:t>
      </w:r>
    </w:p>
    <w:p/>
    <w:p>
      <w:r>
        <w:rPr>
          <w:b/>
          <w:sz w:val="20"/>
        </w:rPr>
        <w:t>Renewal Term:</w:t>
      </w:r>
    </w:p>
    <w:p>
      <w:r>
        <w:rPr>
          <w:b w:val="0"/>
          <w:sz w:val="20"/>
        </w:rPr>
        <w:t>The parties agree to renew the Lease for the following term:</w:t>
      </w:r>
    </w:p>
    <w:p>
      <w:r>
        <w:rPr>
          <w:b w:val="0"/>
          <w:sz w:val="20"/>
        </w:rPr>
        <w:t>Renewal Start Date: _______________________</w:t>
      </w:r>
    </w:p>
    <w:p>
      <w:r>
        <w:rPr>
          <w:b w:val="0"/>
          <w:sz w:val="20"/>
        </w:rPr>
        <w:t>Renewal End Date: _________________________</w:t>
      </w:r>
    </w:p>
    <w:p/>
    <w:p>
      <w:r>
        <w:rPr>
          <w:b/>
          <w:sz w:val="20"/>
        </w:rPr>
        <w:t>Rent Payment:</w:t>
      </w:r>
    </w:p>
    <w:p>
      <w:r>
        <w:rPr>
          <w:b w:val="0"/>
          <w:sz w:val="20"/>
        </w:rPr>
        <w:t>Monthly Rent Amount: $________________________</w:t>
      </w:r>
    </w:p>
    <w:p>
      <w:r>
        <w:rPr>
          <w:b w:val="0"/>
          <w:sz w:val="20"/>
        </w:rPr>
        <w:t>Due Date Each Month: ________________________________________________</w:t>
      </w:r>
    </w:p>
    <w:p>
      <w:r>
        <w:rPr>
          <w:b w:val="0"/>
          <w:sz w:val="20"/>
        </w:rPr>
        <w:t>Late Payment Penalties: __________________________________________________</w:t>
      </w:r>
    </w:p>
    <w:p/>
    <w:p>
      <w:r>
        <w:rPr>
          <w:b/>
          <w:sz w:val="20"/>
        </w:rPr>
        <w:t>Security Deposit:</w:t>
      </w:r>
    </w:p>
    <w:p>
      <w:r>
        <w:rPr>
          <w:b w:val="0"/>
          <w:sz w:val="20"/>
        </w:rPr>
        <w:t>The security deposit held under the original lease agreement shall remain in effect and be governed by the terms of the original lease.</w:t>
      </w:r>
    </w:p>
    <w:p>
      <w:r>
        <w:rPr>
          <w:b w:val="0"/>
          <w:sz w:val="20"/>
        </w:rPr>
        <w:t>Any adjustments to the security deposit must be agreed upon in writing separately.</w:t>
      </w:r>
    </w:p>
    <w:p/>
    <w:p>
      <w:r>
        <w:rPr>
          <w:b/>
          <w:sz w:val="20"/>
        </w:rPr>
        <w:t>Utilities and Services:</w:t>
      </w:r>
    </w:p>
    <w:p>
      <w:r>
        <w:rPr>
          <w:b w:val="0"/>
          <w:sz w:val="20"/>
        </w:rPr>
        <w:t>The parties agree that the responsibility for payment of utilities and services remains as stated in the original lease agreement unless otherwise specified here:</w:t>
      </w:r>
    </w:p>
    <w:p>
      <w:r>
        <w:rPr>
          <w:b w:val="0"/>
          <w:sz w:val="20"/>
        </w:rPr>
        <w:t>______________________________________________________________________________</w:t>
      </w:r>
    </w:p>
    <w:p>
      <w:r>
        <w:rPr>
          <w:b w:val="0"/>
          <w:sz w:val="20"/>
        </w:rPr>
        <w:t>______________________________________________________________________________</w:t>
      </w:r>
    </w:p>
    <w:p/>
    <w:p>
      <w:r>
        <w:rPr>
          <w:b/>
          <w:sz w:val="20"/>
        </w:rPr>
        <w:t>Maintenance and Repairs:</w:t>
      </w:r>
    </w:p>
    <w:p>
      <w:r>
        <w:rPr>
          <w:b w:val="0"/>
          <w:sz w:val="20"/>
        </w:rPr>
        <w:t>Landlord Responsibilities: ____________________________________________________</w:t>
      </w:r>
    </w:p>
    <w:p>
      <w:r>
        <w:rPr>
          <w:b w:val="0"/>
          <w:sz w:val="20"/>
        </w:rPr>
        <w:t>Tenant Responsibilities: ______________________________________________________</w:t>
      </w:r>
    </w:p>
    <w:p/>
    <w:p>
      <w:r>
        <w:rPr>
          <w:b/>
          <w:sz w:val="20"/>
        </w:rPr>
        <w:t>Use of Premises:</w:t>
      </w:r>
    </w:p>
    <w:p>
      <w:r>
        <w:rPr>
          <w:b w:val="0"/>
          <w:sz w:val="20"/>
        </w:rPr>
        <w:t>Tenant shall continue to use the premises solely for residential purposes and in compliance with all applicable laws, rules, and regulations.</w:t>
      </w:r>
    </w:p>
    <w:p>
      <w:r>
        <w:rPr>
          <w:b w:val="0"/>
          <w:sz w:val="20"/>
        </w:rPr>
        <w:t>No unlawful activities shall be conducted on the premises.</w:t>
      </w:r>
    </w:p>
    <w:p/>
    <w:p>
      <w:r>
        <w:rPr>
          <w:b/>
          <w:sz w:val="20"/>
        </w:rPr>
        <w:t>Conditions of Renewal:</w:t>
      </w:r>
    </w:p>
    <w:p>
      <w:r>
        <w:rPr>
          <w:b w:val="0"/>
          <w:sz w:val="20"/>
        </w:rPr>
        <w:t>All other terms and conditions of the original lease agreement not modified by this Renewal Agreement shall remain in full force and effect.</w:t>
      </w:r>
    </w:p>
    <w:p>
      <w:r>
        <w:rPr>
          <w:b w:val="0"/>
          <w:sz w:val="20"/>
        </w:rPr>
        <w:t>This Renewal Agreement constitutes the entire agreement between the parties with respect to the renewal term.</w:t>
      </w:r>
    </w:p>
    <w:p/>
    <w:p>
      <w:r>
        <w:rPr>
          <w:b/>
          <w:sz w:val="20"/>
        </w:rPr>
        <w:t>Default and Remedies:</w:t>
      </w:r>
    </w:p>
    <w:p>
      <w:r>
        <w:rPr>
          <w:b w:val="0"/>
          <w:sz w:val="20"/>
        </w:rPr>
        <w:t>Any breach of this Renewal Agreement or the original lease terms during the renewal period shall be subject to the same remedies and enforcement provisions as outlined in the original lease agreement.</w:t>
      </w:r>
    </w:p>
    <w:p/>
    <w:p>
      <w:r>
        <w:rPr>
          <w:b/>
          <w:sz w:val="20"/>
        </w:rPr>
        <w:t>Governing Law:</w:t>
      </w:r>
    </w:p>
    <w:p>
      <w:r>
        <w:rPr>
          <w:b w:val="0"/>
          <w:sz w:val="20"/>
        </w:rPr>
        <w:t>This Agreement shall be governed by and construed in accordance with the laws of the State in which the leased premises are located, without regard to conflict of law principles.</w:t>
      </w:r>
    </w:p>
    <w:p/>
    <w:p>
      <w:r>
        <w:rPr>
          <w:b/>
          <w:sz w:val="20"/>
        </w:rPr>
        <w:t>Dispute Resolution:</w:t>
      </w:r>
    </w:p>
    <w:p>
      <w:r>
        <w:rPr>
          <w:b w:val="0"/>
          <w:sz w:val="20"/>
        </w:rPr>
        <w:t>In the event of any dispute arising out of or relating to this Agreement, the parties agree to first attempt to resolve the dispute through good faith negotiations.</w:t>
      </w:r>
    </w:p>
    <w:p>
      <w:r>
        <w:rPr>
          <w:b w:val="0"/>
          <w:sz w:val="20"/>
        </w:rPr>
        <w:t>If the dispute cannot be resolved amicably, the parties agree to submit to binding arbitration or mediation in accordance with applicable state law.</w:t>
      </w:r>
    </w:p>
    <w:p/>
    <w:p>
      <w:r>
        <w:rPr>
          <w:b/>
          <w:sz w:val="20"/>
        </w:rPr>
        <w:t>Amendments:</w:t>
      </w:r>
    </w:p>
    <w:p>
      <w:r>
        <w:rPr>
          <w:b w:val="0"/>
          <w:sz w:val="20"/>
        </w:rPr>
        <w:t>Any amendments or modifications to this Agreement must be in writing and signed by both parties to be effective.</w:t>
      </w:r>
    </w:p>
    <w:p/>
    <w:p>
      <w:r>
        <w:rPr>
          <w:b/>
          <w:sz w:val="20"/>
        </w:rPr>
        <w:t>Severability:</w:t>
      </w:r>
    </w:p>
    <w:p>
      <w:r>
        <w:rPr>
          <w:b w:val="0"/>
          <w:sz w:val="20"/>
        </w:rPr>
        <w:t>If any provision of this Agreement is held to be invalid or unenforceable, the remaining provisions shall continue in full force and effect.</w:t>
      </w:r>
    </w:p>
    <w:p/>
    <w:p>
      <w:r>
        <w:rPr>
          <w:b/>
          <w:sz w:val="20"/>
        </w:rPr>
        <w:t>Execution:</w:t>
      </w:r>
    </w:p>
    <w:p>
      <w:r>
        <w:rPr>
          <w:b w:val="0"/>
          <w:sz w:val="20"/>
        </w:rPr>
        <w:t>This Agreement may be executed in counterparts, each of which shall be deemed an original, but all of which together shall constitute one and the same instrument.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w:t>
            </w:r>
          </w:p>
        </w:tc>
        <w:tc>
          <w:tcPr>
            <w:tcW w:type="dxa" w:w="4986"/>
            <w:tcBorders>
              <w:top w:val="nil"/>
              <w:left w:val="nil"/>
              <w:bottom w:val="nil"/>
              <w:right w:val="nil"/>
              <w:insideH w:val="nil"/>
              <w:insideV w:val="nil"/>
            </w:tcBorders>
          </w:tcPr>
          <w:p>
            <w:pPr>
              <w:jc w:val="center"/>
            </w:pPr>
            <w:r>
              <w:t>TENANT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 Name: _____________________________</w:t>
            </w:r>
          </w:p>
        </w:tc>
        <w:tc>
          <w:tcPr>
            <w:tcW w:type="dxa" w:w="4986"/>
            <w:tcBorders>
              <w:top w:val="nil"/>
              <w:left w:val="nil"/>
              <w:bottom w:val="nil"/>
              <w:right w:val="nil"/>
              <w:insideH w:val="nil"/>
              <w:insideV w:val="nil"/>
            </w:tcBorders>
          </w:tcPr>
          <w:p>
            <w:pPr>
              <w:jc w:val="center"/>
            </w:pPr>
            <w:r>
              <w:t>Print Name: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https://docs-realestate.com/lease-renewal-agreement-template/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lease-renewal-agreement-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