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RESIDENTIAL LEASE AGREEMENT – VIRGINIA</w:t>
      </w:r>
    </w:p>
    <w:p/>
    <w:p>
      <w:r>
        <w:rPr>
          <w:b w:val="0"/>
          <w:sz w:val="20"/>
        </w:rPr>
        <w:t>This Residential Lease Agreement ("Lease") is entered into between the following parties:</w:t>
      </w:r>
    </w:p>
    <w:p>
      <w:r>
        <w:rPr>
          <w:b/>
          <w:sz w:val="20"/>
        </w:rPr>
        <w:t>Landlord Information: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_________________________________________________________________</w:t>
      </w:r>
    </w:p>
    <w:p/>
    <w:p>
      <w:r>
        <w:rPr>
          <w:b/>
          <w:sz w:val="20"/>
        </w:rPr>
        <w:t>Tenant Information:</w:t>
      </w:r>
    </w:p>
    <w:p>
      <w:r>
        <w:rPr>
          <w:b w:val="0"/>
          <w:sz w:val="20"/>
        </w:rPr>
        <w:t>Full Name(s): 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_________________________________________________________________</w:t>
      </w:r>
    </w:p>
    <w:p/>
    <w:p>
      <w:r>
        <w:rPr>
          <w:b/>
          <w:sz w:val="20"/>
        </w:rPr>
        <w:t>Property to be Leased:</w:t>
      </w:r>
    </w:p>
    <w:p>
      <w:r>
        <w:rPr>
          <w:b w:val="0"/>
          <w:sz w:val="20"/>
        </w:rPr>
        <w:t>Address: ______________________________________________________________</w:t>
      </w:r>
    </w:p>
    <w:p>
      <w:r>
        <w:rPr>
          <w:b w:val="0"/>
          <w:sz w:val="20"/>
        </w:rPr>
        <w:t>Type of Property (e.g., apartment, house): _______________________________</w:t>
      </w:r>
    </w:p>
    <w:p>
      <w:r>
        <w:rPr>
          <w:b w:val="0"/>
          <w:sz w:val="20"/>
        </w:rPr>
        <w:t>Number of Bedrooms: _______________  Number of Bathrooms: ______________</w:t>
      </w:r>
    </w:p>
    <w:p>
      <w:r>
        <w:rPr>
          <w:b w:val="0"/>
          <w:sz w:val="20"/>
        </w:rPr>
        <w:t>Additional Description: ________________________________________________</w:t>
      </w:r>
    </w:p>
    <w:p/>
    <w:p>
      <w:r>
        <w:rPr>
          <w:b/>
          <w:sz w:val="20"/>
        </w:rPr>
        <w:t>Lease Term:</w:t>
      </w:r>
    </w:p>
    <w:p>
      <w:r>
        <w:rPr>
          <w:b w:val="0"/>
          <w:sz w:val="20"/>
        </w:rPr>
        <w:t>The Lease shall commence on ______________________ and shall continue as follows:</w:t>
      </w:r>
    </w:p>
    <w:p>
      <w:r>
        <w:rPr>
          <w:b w:val="0"/>
          <w:sz w:val="20"/>
        </w:rPr>
        <w:t>☐ Fixed-Term Lease ending on ______________________</w:t>
      </w:r>
    </w:p>
    <w:p>
      <w:r>
        <w:rPr>
          <w:b w:val="0"/>
          <w:sz w:val="20"/>
        </w:rPr>
        <w:t>☐ Month-to-Month Tenancy commencing on the start date above</w:t>
      </w:r>
    </w:p>
    <w:p/>
    <w:p>
      <w:r>
        <w:rPr>
          <w:b/>
          <w:sz w:val="20"/>
        </w:rPr>
        <w:t>Rent and Payment Terms:</w:t>
      </w:r>
    </w:p>
    <w:p>
      <w:r>
        <w:rPr>
          <w:b w:val="0"/>
          <w:sz w:val="20"/>
        </w:rPr>
        <w:t>Monthly Rent Amount: $____________________</w:t>
      </w:r>
    </w:p>
    <w:p>
      <w:r>
        <w:rPr>
          <w:b w:val="0"/>
          <w:sz w:val="20"/>
        </w:rPr>
        <w:t>Rent shall be payable monthly in advance on the __________ day of each month.</w:t>
      </w:r>
    </w:p>
    <w:p>
      <w:r>
        <w:rPr>
          <w:b w:val="0"/>
          <w:sz w:val="20"/>
        </w:rPr>
        <w:t>Rent Payment Address or Method: _______________________________________</w:t>
      </w:r>
    </w:p>
    <w:p>
      <w:r>
        <w:rPr>
          <w:b w:val="0"/>
          <w:sz w:val="20"/>
        </w:rPr>
        <w:t>Late Fee: A late fee of $_____________ will be charged for rent received after __________ days past due.</w:t>
      </w:r>
    </w:p>
    <w:p>
      <w:r>
        <w:rPr>
          <w:b w:val="0"/>
          <w:sz w:val="20"/>
        </w:rPr>
        <w:t>Returned Check Fee: $_____________ per returned check.</w:t>
      </w:r>
    </w:p>
    <w:p/>
    <w:p>
      <w:r>
        <w:rPr>
          <w:b/>
          <w:sz w:val="20"/>
        </w:rPr>
        <w:t>Security Deposit:</w:t>
      </w:r>
    </w:p>
    <w:p>
      <w:r>
        <w:rPr>
          <w:b w:val="0"/>
          <w:sz w:val="20"/>
        </w:rPr>
        <w:t>Tenant shall pay a security deposit of $_____________ upon execution of this Lease.</w:t>
      </w:r>
    </w:p>
    <w:p>
      <w:r>
        <w:rPr>
          <w:b w:val="0"/>
          <w:sz w:val="20"/>
        </w:rPr>
        <w:t>The security deposit will be held in accordance with Virginia law and may be used to cover damages, unpaid rent, or other breaches of this Lease.</w:t>
      </w:r>
    </w:p>
    <w:p>
      <w:r>
        <w:rPr>
          <w:b w:val="0"/>
          <w:sz w:val="20"/>
        </w:rPr>
        <w:t>Deposit Return: The security deposit, less any lawful deductions, shall be returned to Tenant within 45 days after Lease termination.</w:t>
      </w:r>
    </w:p>
    <w:p/>
    <w:p>
      <w:r>
        <w:rPr>
          <w:b/>
          <w:sz w:val="20"/>
        </w:rPr>
        <w:t>Utilities and Services:</w:t>
      </w:r>
    </w:p>
    <w:p>
      <w:r>
        <w:rPr>
          <w:b w:val="0"/>
          <w:sz w:val="20"/>
        </w:rPr>
        <w:t>Landlord shall be responsible for payment of: ____________________________</w:t>
      </w:r>
    </w:p>
    <w:p>
      <w:r>
        <w:rPr>
          <w:b w:val="0"/>
          <w:sz w:val="20"/>
        </w:rPr>
        <w:t>Tenant shall be responsible for payment of: _____________________________</w:t>
      </w:r>
    </w:p>
    <w:p>
      <w:r>
        <w:rPr>
          <w:b w:val="0"/>
          <w:sz w:val="20"/>
        </w:rPr>
        <w:t>Other utility arrangements or shared costs: ______________________________</w:t>
      </w:r>
    </w:p>
    <w:p/>
    <w:p>
      <w:r>
        <w:rPr>
          <w:b/>
          <w:sz w:val="20"/>
        </w:rPr>
        <w:t>Use of Premises:</w:t>
      </w:r>
    </w:p>
    <w:p>
      <w:r>
        <w:rPr>
          <w:b w:val="0"/>
          <w:sz w:val="20"/>
        </w:rPr>
        <w:t>The Premises shall be used solely for residential purposes by Tenant(s) listed herein.</w:t>
      </w:r>
    </w:p>
    <w:p>
      <w:r>
        <w:rPr>
          <w:b w:val="0"/>
          <w:sz w:val="20"/>
        </w:rPr>
        <w:t>Occupancy is limited to the following individuals: _________________________</w:t>
      </w:r>
    </w:p>
    <w:p>
      <w:r>
        <w:rPr>
          <w:b w:val="0"/>
          <w:sz w:val="20"/>
        </w:rPr>
        <w:t>No unlawful or hazardous activities shall be conducted on the Premises.</w:t>
      </w:r>
    </w:p>
    <w:p/>
    <w:p>
      <w:r>
        <w:rPr>
          <w:b/>
          <w:sz w:val="20"/>
        </w:rPr>
        <w:t>Maintenance and Repairs:</w:t>
      </w:r>
    </w:p>
    <w:p>
      <w:r>
        <w:rPr>
          <w:b w:val="0"/>
          <w:sz w:val="20"/>
        </w:rPr>
        <w:t>Tenant shall keep the Premises clean and in good condition and shall promptly notify Landlord of any damage or needed repairs.</w:t>
      </w:r>
    </w:p>
    <w:p>
      <w:r>
        <w:rPr>
          <w:b w:val="0"/>
          <w:sz w:val="20"/>
        </w:rPr>
        <w:t>Landlord shall be responsible for repairs except those caused by Tenant negligence or misuse.</w:t>
      </w:r>
    </w:p>
    <w:p>
      <w:r>
        <w:rPr>
          <w:b w:val="0"/>
          <w:sz w:val="20"/>
        </w:rPr>
        <w:t>Tenant shall not make alterations or improvements without prior written consent of Landlord.</w:t>
      </w:r>
    </w:p>
    <w:p/>
    <w:p>
      <w:r>
        <w:rPr>
          <w:b/>
          <w:sz w:val="20"/>
        </w:rPr>
        <w:t>Pets:</w:t>
      </w:r>
    </w:p>
    <w:p>
      <w:r>
        <w:rPr>
          <w:b w:val="0"/>
          <w:sz w:val="20"/>
        </w:rPr>
        <w:t>☐ Pets are not allowed on the Premises.</w:t>
      </w:r>
    </w:p>
    <w:p>
      <w:r>
        <w:rPr>
          <w:b w:val="0"/>
          <w:sz w:val="20"/>
        </w:rPr>
        <w:t>☐ Pets are allowed subject to the following conditions: _____________________</w:t>
      </w:r>
    </w:p>
    <w:p>
      <w:r>
        <w:rPr>
          <w:b w:val="0"/>
          <w:sz w:val="20"/>
        </w:rPr>
        <w:t>Tenant agrees to be responsible for any damage caused by pets and to comply with all local pet laws and regulations.</w:t>
      </w:r>
    </w:p>
    <w:p/>
    <w:p>
      <w:r>
        <w:rPr>
          <w:b/>
          <w:sz w:val="20"/>
        </w:rPr>
        <w:t>Landlord’s Right of Entry:</w:t>
      </w:r>
    </w:p>
    <w:p>
      <w:r>
        <w:rPr>
          <w:b w:val="0"/>
          <w:sz w:val="20"/>
        </w:rPr>
        <w:t>Landlord may enter the Premises in case of emergency without prior notice.</w:t>
      </w:r>
    </w:p>
    <w:p>
      <w:r>
        <w:rPr>
          <w:b w:val="0"/>
          <w:sz w:val="20"/>
        </w:rPr>
        <w:t>For non-emergency reasons, Landlord shall provide Tenant at least 24 hours’ notice before entry and shall enter only at reasonable times.</w:t>
      </w:r>
    </w:p>
    <w:p/>
    <w:p>
      <w:r>
        <w:rPr>
          <w:b/>
          <w:sz w:val="20"/>
        </w:rPr>
        <w:t>Subleasing and Assignment:</w:t>
      </w:r>
    </w:p>
    <w:p>
      <w:r>
        <w:rPr>
          <w:b w:val="0"/>
          <w:sz w:val="20"/>
        </w:rPr>
        <w:t>Tenant shall not assign this Lease or sublet the Premises without prior written consent of Landlord.</w:t>
      </w:r>
    </w:p>
    <w:p/>
    <w:p>
      <w:r>
        <w:rPr>
          <w:b/>
          <w:sz w:val="20"/>
        </w:rPr>
        <w:t>Default and Remedies:</w:t>
      </w:r>
    </w:p>
    <w:p>
      <w:r>
        <w:rPr>
          <w:b w:val="0"/>
          <w:sz w:val="20"/>
        </w:rPr>
        <w:t>If Tenant fails to pay rent or breaches any term of this Lease, Landlord may pursue all remedies available under Virginia law, including termination and eviction.</w:t>
      </w:r>
    </w:p>
    <w:p>
      <w:r>
        <w:rPr>
          <w:b w:val="0"/>
          <w:sz w:val="20"/>
        </w:rPr>
        <w:t>Tenant shall be liable for any costs and attorney’s fees incurred by Landlord in enforcing this Lease to the extent permitted by law.</w:t>
      </w:r>
    </w:p>
    <w:p/>
    <w:p>
      <w:r>
        <w:rPr>
          <w:b/>
          <w:sz w:val="20"/>
        </w:rPr>
        <w:t>Termination:</w:t>
      </w:r>
    </w:p>
    <w:p>
      <w:r>
        <w:rPr>
          <w:b w:val="0"/>
          <w:sz w:val="20"/>
        </w:rPr>
        <w:t>Upon expiration or termination of this Lease, Tenant shall vacate the Premises and return all keys to Landlord.</w:t>
      </w:r>
    </w:p>
    <w:p>
      <w:r>
        <w:rPr>
          <w:b w:val="0"/>
          <w:sz w:val="20"/>
        </w:rPr>
        <w:t>Tenant shall leave the Premises in a clean and good condition, reasonable wear and tear excepted.</w:t>
      </w:r>
    </w:p>
    <w:p/>
    <w:p>
      <w:r>
        <w:rPr>
          <w:b/>
          <w:sz w:val="20"/>
        </w:rPr>
        <w:t>Governing Law:</w:t>
      </w:r>
    </w:p>
    <w:p>
      <w:r>
        <w:rPr>
          <w:b w:val="0"/>
          <w:sz w:val="20"/>
        </w:rPr>
        <w:t>This Lease shall be governed by and construed in accordance with the laws of the Commonwealth of Virginia.</w:t>
      </w:r>
    </w:p>
    <w:p/>
    <w:p>
      <w:r>
        <w:rPr>
          <w:b/>
          <w:sz w:val="20"/>
        </w:rPr>
        <w:t>Entire Agreement:</w:t>
      </w:r>
    </w:p>
    <w:p>
      <w:r>
        <w:rPr>
          <w:b w:val="0"/>
          <w:sz w:val="20"/>
        </w:rPr>
        <w:t>This Lease constitutes the entire agreement between the parties and supersedes all prior negotiations, understandings, or agreements.</w:t>
      </w:r>
    </w:p>
    <w:p>
      <w:r>
        <w:rPr>
          <w:b w:val="0"/>
          <w:sz w:val="20"/>
        </w:rPr>
        <w:t>Any amendments must be in writing and signed by both parties.</w:t>
      </w:r>
    </w:p>
    <w:p/>
    <w:p/>
    <w:p>
      <w:r>
        <w:rPr>
          <w:b w:val="0"/>
          <w:sz w:val="20"/>
        </w:rPr>
        <w:t>Place and date of signature: 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LANDLORD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TENANT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https://docs-realestate.com/lease-agreement-template-virginia/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https://docs-realestate.com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docs-realestate.com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s-realestate.com/lease-agreement-template-virginia/" TargetMode="External"/><Relationship Id="rId10" Type="http://schemas.openxmlformats.org/officeDocument/2006/relationships/hyperlink" Target="https://docs-realesta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