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LEASE AGREEMENT - STATE OF OHIO</w:t>
      </w:r>
    </w:p>
    <w:p/>
    <w:p>
      <w:r>
        <w:rPr>
          <w:b/>
          <w:sz w:val="20"/>
        </w:rPr>
        <w:t>This Lease Agreement ("Agreement") is entered into between the Landlord and Tenant as defined below. The parties agree as follows:</w:t>
      </w:r>
    </w:p>
    <w:p/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PROPERTY TO BE LEASED: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Unit/Apt #: ____________________________</w:t>
      </w:r>
    </w:p>
    <w:p>
      <w:r>
        <w:rPr>
          <w:b w:val="0"/>
          <w:sz w:val="20"/>
        </w:rPr>
        <w:t>Type of Property: ______________________________________________________</w:t>
      </w:r>
    </w:p>
    <w:p/>
    <w:p>
      <w:r>
        <w:rPr>
          <w:b/>
          <w:sz w:val="20"/>
        </w:rPr>
        <w:t>LEASE TERM:</w:t>
      </w:r>
    </w:p>
    <w:p>
      <w:r>
        <w:rPr>
          <w:b w:val="0"/>
          <w:sz w:val="20"/>
        </w:rPr>
        <w:t>Lease Start Date: ____________________________</w:t>
      </w:r>
    </w:p>
    <w:p>
      <w:r>
        <w:rPr>
          <w:b w:val="0"/>
          <w:sz w:val="20"/>
        </w:rPr>
        <w:t>Lease End Date: ______________________________</w:t>
      </w:r>
    </w:p>
    <w:p>
      <w:r>
        <w:rPr>
          <w:b w:val="0"/>
          <w:sz w:val="20"/>
        </w:rPr>
        <w:t>Renewal Terms: ________________________________________________________</w:t>
      </w:r>
    </w:p>
    <w:p/>
    <w:p>
      <w:r>
        <w:rPr>
          <w:b/>
          <w:sz w:val="20"/>
        </w:rPr>
        <w:t>RENT:</w:t>
      </w:r>
    </w:p>
    <w:p>
      <w:r>
        <w:rPr>
          <w:b w:val="0"/>
          <w:sz w:val="20"/>
        </w:rPr>
        <w:t>Monthly Rent Amount: $__________________</w:t>
      </w:r>
    </w:p>
    <w:p>
      <w:r>
        <w:rPr>
          <w:b w:val="0"/>
          <w:sz w:val="20"/>
        </w:rPr>
        <w:t>Rent Due Date: ________________________________________________________</w:t>
      </w:r>
    </w:p>
    <w:p>
      <w:r>
        <w:rPr>
          <w:b w:val="0"/>
          <w:sz w:val="20"/>
        </w:rPr>
        <w:t>Late Payment Penalty: _________________________________________________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Security Deposit Amount: $_________________</w:t>
      </w:r>
    </w:p>
    <w:p>
      <w:r>
        <w:rPr>
          <w:b w:val="0"/>
          <w:sz w:val="20"/>
        </w:rPr>
        <w:t>Deposit Held At: ______________________________________________________</w:t>
      </w:r>
    </w:p>
    <w:p>
      <w:r>
        <w:rPr>
          <w:b w:val="0"/>
          <w:sz w:val="20"/>
        </w:rPr>
        <w:t>Conditions for Return: ________________________________________________</w:t>
      </w:r>
    </w:p>
    <w:p/>
    <w:p>
      <w:r>
        <w:rPr>
          <w:b/>
          <w:sz w:val="20"/>
        </w:rPr>
        <w:t>UTILITIES AND SERVICES:</w:t>
      </w:r>
    </w:p>
    <w:p>
      <w:r>
        <w:rPr>
          <w:b w:val="0"/>
          <w:sz w:val="20"/>
        </w:rPr>
        <w:t>The following utilities are included in the rent: _______________________</w:t>
      </w:r>
    </w:p>
    <w:p>
      <w:r>
        <w:rPr>
          <w:b w:val="0"/>
          <w:sz w:val="20"/>
        </w:rPr>
        <w:t>The following utilities are the Tenant's responsibility: _________________</w:t>
      </w:r>
    </w:p>
    <w:p>
      <w:r>
        <w:rPr>
          <w:b w:val="0"/>
          <w:sz w:val="20"/>
        </w:rPr>
        <w:t>Other Services: _______________________________________________________</w:t>
      </w:r>
    </w:p>
    <w:p/>
    <w:p>
      <w:r>
        <w:rPr>
          <w:b/>
          <w:sz w:val="20"/>
        </w:rPr>
        <w:t>USE OF PROPERTY:</w:t>
      </w:r>
    </w:p>
    <w:p>
      <w:r>
        <w:rPr>
          <w:b w:val="0"/>
          <w:sz w:val="20"/>
        </w:rPr>
        <w:t>The Tenant will use the property solely for residential purposes and shall not engage in any illegal activities on the premises.</w:t>
      </w:r>
    </w:p>
    <w:p/>
    <w:p>
      <w:r>
        <w:rPr>
          <w:b/>
          <w:sz w:val="20"/>
        </w:rPr>
        <w:t>OCCUPANTS:</w:t>
      </w:r>
    </w:p>
    <w:p>
      <w:r>
        <w:rPr>
          <w:b w:val="0"/>
          <w:sz w:val="20"/>
        </w:rPr>
        <w:t>Only the following persons shall reside at the property: ________________</w:t>
      </w:r>
    </w:p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Tenant shall keep the property clean and safe and immediately notify Landlord of any damage or needed repairs.</w:t>
      </w:r>
    </w:p>
    <w:p>
      <w:r>
        <w:rPr>
          <w:b w:val="0"/>
          <w:sz w:val="20"/>
        </w:rPr>
        <w:t>Landlord shall maintain the property in compliance with all applicable health and safety codes.</w:t>
      </w:r>
    </w:p>
    <w:p/>
    <w:p>
      <w:r>
        <w:rPr>
          <w:b/>
          <w:sz w:val="20"/>
        </w:rPr>
        <w:t>ALTERATIONS AND IMPROVEMENTS:</w:t>
      </w:r>
    </w:p>
    <w:p>
      <w:r>
        <w:rPr>
          <w:b w:val="0"/>
          <w:sz w:val="20"/>
        </w:rPr>
        <w:t>Tenant shall not make any alterations, additions, or improvements without prior written consent of the Landlord.</w:t>
      </w:r>
    </w:p>
    <w:p/>
    <w:p>
      <w:r>
        <w:rPr>
          <w:b/>
          <w:sz w:val="20"/>
        </w:rPr>
        <w:t>LANDLORD'S RIGHT OF ENTRY:</w:t>
      </w:r>
    </w:p>
    <w:p>
      <w:r>
        <w:rPr>
          <w:b w:val="0"/>
          <w:sz w:val="20"/>
        </w:rPr>
        <w:t>Landlord may enter the property upon reasonable notice and at reasonable times to inspect, make repairs, or show to prospective tenants or buyers, except in emergencies.</w:t>
      </w:r>
    </w:p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Pets are ___________________ allowed / not allowed on the premises.</w:t>
      </w:r>
    </w:p>
    <w:p>
      <w:r>
        <w:rPr>
          <w:b w:val="0"/>
          <w:sz w:val="20"/>
        </w:rPr>
        <w:t>If allowed, specify types and restrictions: ______________________________</w:t>
      </w:r>
    </w:p>
    <w:p/>
    <w:p>
      <w:r>
        <w:rPr>
          <w:b/>
          <w:sz w:val="20"/>
        </w:rPr>
        <w:t>SUBLEASE AND ASSIGNMENT:</w:t>
      </w:r>
    </w:p>
    <w:p>
      <w:r>
        <w:rPr>
          <w:b w:val="0"/>
          <w:sz w:val="20"/>
        </w:rPr>
        <w:t>Tenant shall not sublease or assign this lease without prior written consent of the Landlord.</w:t>
      </w:r>
    </w:p>
    <w:p/>
    <w:p>
      <w:r>
        <w:rPr>
          <w:b/>
          <w:sz w:val="20"/>
        </w:rPr>
        <w:t>TERMINATION AND RENEWAL:</w:t>
      </w:r>
    </w:p>
    <w:p>
      <w:r>
        <w:rPr>
          <w:b w:val="0"/>
          <w:sz w:val="20"/>
        </w:rPr>
        <w:t>Either party may terminate this lease by providing written notice at least thirty (30) days prior to the end of the lease term.</w:t>
      </w:r>
    </w:p>
    <w:p>
      <w:r>
        <w:rPr>
          <w:b w:val="0"/>
          <w:sz w:val="20"/>
        </w:rPr>
        <w:t>Renewal terms shall be negotiated in good faith before lease expiration.</w:t>
      </w:r>
    </w:p>
    <w:p/>
    <w:p>
      <w:r>
        <w:rPr>
          <w:b/>
          <w:sz w:val="20"/>
        </w:rPr>
        <w:t>DEFAULT:</w:t>
      </w:r>
    </w:p>
    <w:p>
      <w:r>
        <w:rPr>
          <w:b w:val="0"/>
          <w:sz w:val="20"/>
        </w:rPr>
        <w:t>If Tenant fails to pay rent or breaches any term of this Agreement, Landlord may terminate the lease in accordance with Ohio law.</w:t>
      </w:r>
    </w:p>
    <w:p>
      <w:r>
        <w:rPr>
          <w:b w:val="0"/>
          <w:sz w:val="20"/>
        </w:rPr>
        <w:t>Tenant may be liable for damages, court costs, and attorney’s fees as allowed by law.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shall be governed by and construed in accordance with the laws of the State of Ohio.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parties and supersedes all prior agreements or understandings.</w:t>
      </w:r>
    </w:p>
    <w:p>
      <w:r>
        <w:rPr>
          <w:b w:val="0"/>
          <w:sz w:val="20"/>
        </w:rPr>
        <w:t>No modifications or amendments shall be valid unless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found invalid or unenforceable, the remaining provisions shall remain in full force and effect.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All notices required under this Agreement shall be in writing and delivered personally, by certified mail, or by a nationally recognized overnight courier service.</w:t>
      </w:r>
    </w:p>
    <w:p>
      <w:r>
        <w:rPr>
          <w:b w:val="0"/>
          <w:sz w:val="20"/>
        </w:rPr>
        <w:t>Notices shall be sent to the addresses provided above unless otherwise notified in writing.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https://docs-realestate.com/lease-agreement-template-ohio/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lease-agreement-template-ohio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