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GEORGIA RESIDENTIAL LEASE AGREEMENT</w:t>
      </w:r>
    </w:p>
    <w:p/>
    <w:p/>
    <w:p>
      <w:r>
        <w:rPr>
          <w:b/>
          <w:sz w:val="20"/>
        </w:rPr>
        <w:t>THIS LEASE AGREEMENT ("Agreement") is made by and between the following parties:</w:t>
      </w:r>
    </w:p>
    <w:p/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Name(s):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/>
    <w:p>
      <w:r>
        <w:rPr>
          <w:b/>
          <w:sz w:val="20"/>
        </w:rPr>
        <w:t>1. PREMISES</w:t>
      </w:r>
    </w:p>
    <w:p>
      <w:r>
        <w:rPr>
          <w:b w:val="0"/>
          <w:sz w:val="20"/>
        </w:rPr>
        <w:t>Landlord hereby leases to Tenant and Tenant hereby leases from Landlord the residential property located at: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City: _______________________ State: Georgia   Zip Code: ________________</w:t>
      </w:r>
    </w:p>
    <w:p>
      <w:r>
        <w:rPr>
          <w:b w:val="0"/>
          <w:sz w:val="20"/>
        </w:rPr>
        <w:t>Including the following appliances and fixtures: __________________________</w:t>
      </w:r>
    </w:p>
    <w:p/>
    <w:p>
      <w:r>
        <w:rPr>
          <w:b/>
          <w:sz w:val="20"/>
        </w:rPr>
        <w:t>2. TERM</w:t>
      </w:r>
    </w:p>
    <w:p>
      <w:r>
        <w:rPr>
          <w:b w:val="0"/>
          <w:sz w:val="20"/>
        </w:rPr>
        <w:t>The lease shall commence on ____________________________ and shall continue for a fixed term of ______ months, ending on ____________________________, unless terminated earlier according to the provisions of this Agreement.</w:t>
      </w:r>
    </w:p>
    <w:p>
      <w:r>
        <w:rPr>
          <w:b w:val="0"/>
          <w:sz w:val="20"/>
        </w:rPr>
        <w:t>If Tenant remains in possession after the expiration of the term without written agreement, a month-to-month tenancy shall be created under the same terms herein.</w:t>
      </w:r>
    </w:p>
    <w:p/>
    <w:p>
      <w:r>
        <w:rPr>
          <w:b/>
          <w:sz w:val="20"/>
        </w:rPr>
        <w:t>3. RENT</w:t>
      </w:r>
    </w:p>
    <w:p>
      <w:r>
        <w:rPr>
          <w:b w:val="0"/>
          <w:sz w:val="20"/>
        </w:rPr>
        <w:t>Tenant agrees to pay Landlord monthly rent of $______________, payable in advance on or before the first day of each month.</w:t>
      </w:r>
    </w:p>
    <w:p>
      <w:r>
        <w:rPr>
          <w:b w:val="0"/>
          <w:sz w:val="20"/>
        </w:rPr>
        <w:t>Rent payments shall be made to the following address or as otherwise designated by Landlord: ____________________________</w:t>
      </w:r>
    </w:p>
    <w:p>
      <w:r>
        <w:rPr>
          <w:b w:val="0"/>
          <w:sz w:val="20"/>
        </w:rPr>
        <w:t>Late payments shall incur a late fee of $____________ if rent is not received within ______ days after the due date.</w:t>
      </w:r>
    </w:p>
    <w:p/>
    <w:p>
      <w:r>
        <w:rPr>
          <w:b/>
          <w:sz w:val="20"/>
        </w:rPr>
        <w:t>4. SECURITY DEPOSIT</w:t>
      </w:r>
    </w:p>
    <w:p>
      <w:r>
        <w:rPr>
          <w:b w:val="0"/>
          <w:sz w:val="20"/>
        </w:rPr>
        <w:t>Tenant shall deposit with Landlord the sum of $____________ as security for Tenant’s compliance with the terms of this Agreement.</w:t>
      </w:r>
    </w:p>
    <w:p>
      <w:r>
        <w:rPr>
          <w:b w:val="0"/>
          <w:sz w:val="20"/>
        </w:rPr>
        <w:t>The security deposit shall be held in accordance with Georgia law and returned to Tenant within 1 month after Lease termination, less any deductions for damages beyond normal wear and tear.</w:t>
      </w:r>
    </w:p>
    <w:p/>
    <w:p>
      <w:r>
        <w:rPr>
          <w:b/>
          <w:sz w:val="20"/>
        </w:rPr>
        <w:t>5. UTILITIES AND SERVICES</w:t>
      </w:r>
    </w:p>
    <w:p>
      <w:r>
        <w:rPr>
          <w:b w:val="0"/>
          <w:sz w:val="20"/>
        </w:rPr>
        <w:t>Tenant shall be responsible for payment of all utilities and services except: _______________________________.</w:t>
      </w:r>
    </w:p>
    <w:p>
      <w:r>
        <w:rPr>
          <w:b w:val="0"/>
          <w:sz w:val="20"/>
        </w:rPr>
        <w:t>Landlord shall maintain responsibility for _______________________________.</w:t>
      </w:r>
    </w:p>
    <w:p/>
    <w:p>
      <w:r>
        <w:rPr>
          <w:b/>
          <w:sz w:val="20"/>
        </w:rPr>
        <w:t>6. USE OF PREMISES</w:t>
      </w:r>
    </w:p>
    <w:p>
      <w:r>
        <w:rPr>
          <w:b w:val="0"/>
          <w:sz w:val="20"/>
        </w:rPr>
        <w:t>The Premises shall be used solely as a private residence for Tenant and Tenant’s immediate family.</w:t>
      </w:r>
    </w:p>
    <w:p>
      <w:r>
        <w:rPr>
          <w:b w:val="0"/>
          <w:sz w:val="20"/>
        </w:rPr>
        <w:t>No commercial activities or illegal activities shall be conducted on the Premises.</w:t>
      </w:r>
    </w:p>
    <w:p>
      <w:r>
        <w:rPr>
          <w:b w:val="0"/>
          <w:sz w:val="20"/>
        </w:rPr>
        <w:t>Occupancy is limited to the following persons: _______________________________________________.</w:t>
      </w:r>
    </w:p>
    <w:p/>
    <w:p>
      <w:r>
        <w:rPr>
          <w:b/>
          <w:sz w:val="20"/>
        </w:rPr>
        <w:t>7. MAINTENANCE AND REPAIRS</w:t>
      </w:r>
    </w:p>
    <w:p>
      <w:r>
        <w:rPr>
          <w:b w:val="0"/>
          <w:sz w:val="20"/>
        </w:rPr>
        <w:t>Tenant agrees to keep the Premises clean and in good condition and to promptly notify Landlord of any damage or necessary repairs.</w:t>
      </w:r>
    </w:p>
    <w:p>
      <w:r>
        <w:rPr>
          <w:b w:val="0"/>
          <w:sz w:val="20"/>
        </w:rPr>
        <w:t>Landlord shall be responsible for repairs not caused by Tenant’s negligence, including major structural repairs and maintaining compliance with building codes.</w:t>
      </w:r>
    </w:p>
    <w:p>
      <w:r>
        <w:rPr>
          <w:b w:val="0"/>
          <w:sz w:val="20"/>
        </w:rPr>
        <w:t>Tenant shall not make alterations or improvements without prior written consent of Landlord.</w:t>
      </w:r>
    </w:p>
    <w:p/>
    <w:p>
      <w:r>
        <w:rPr>
          <w:b/>
          <w:sz w:val="20"/>
        </w:rPr>
        <w:t>8. RULES AND REGULATIONS</w:t>
      </w:r>
    </w:p>
    <w:p>
      <w:r>
        <w:rPr>
          <w:b w:val="0"/>
          <w:sz w:val="20"/>
        </w:rPr>
        <w:t>Tenant agrees to abide by all reasonable rules and regulations established by Landlord for the safety, care, and cleanliness of the Premises and common areas.</w:t>
      </w:r>
    </w:p>
    <w:p>
      <w:r>
        <w:rPr>
          <w:b w:val="0"/>
          <w:sz w:val="20"/>
        </w:rPr>
        <w:t>No pets shall be allowed without Landlord’s written consent: ______________.</w:t>
      </w:r>
    </w:p>
    <w:p/>
    <w:p>
      <w:r>
        <w:rPr>
          <w:b/>
          <w:sz w:val="20"/>
        </w:rPr>
        <w:t>9. ENTRY BY LANDLORD</w:t>
      </w:r>
    </w:p>
    <w:p>
      <w:r>
        <w:rPr>
          <w:b w:val="0"/>
          <w:sz w:val="20"/>
        </w:rPr>
        <w:t>Landlord may enter the Premises for inspection, repairs, or showings with at least 24 hours’ notice to Tenant unless in case of emergency.</w:t>
      </w:r>
    </w:p>
    <w:p>
      <w:r>
        <w:rPr>
          <w:b w:val="0"/>
          <w:sz w:val="20"/>
        </w:rPr>
        <w:t>Entry shall occur during reasonable hours and without undue disturbance.</w:t>
      </w:r>
    </w:p>
    <w:p/>
    <w:p>
      <w:r>
        <w:rPr>
          <w:b/>
          <w:sz w:val="20"/>
        </w:rPr>
        <w:t>10. TERMINATION</w:t>
      </w:r>
    </w:p>
    <w:p>
      <w:r>
        <w:rPr>
          <w:b w:val="0"/>
          <w:sz w:val="20"/>
        </w:rPr>
        <w:t>Either party may terminate this Agreement at the end of the term by providing written notice at least ______ days prior to termination.</w:t>
      </w:r>
    </w:p>
    <w:p>
      <w:r>
        <w:rPr>
          <w:b w:val="0"/>
          <w:sz w:val="20"/>
        </w:rPr>
        <w:t>Early termination by Tenant may result in liability for rent for the remainder of the term unless otherwise agreed.</w:t>
      </w:r>
    </w:p>
    <w:p/>
    <w:p>
      <w:r>
        <w:rPr>
          <w:b/>
          <w:sz w:val="20"/>
        </w:rPr>
        <w:t>11. DEFAULT</w:t>
      </w:r>
    </w:p>
    <w:p>
      <w:r>
        <w:rPr>
          <w:b w:val="0"/>
          <w:sz w:val="20"/>
        </w:rPr>
        <w:t>If Tenant fails to pay rent or otherwise breaches this Agreement, Landlord may exercise all rights and remedies available under Georgia law, including eviction.</w:t>
      </w:r>
    </w:p>
    <w:p>
      <w:r>
        <w:rPr>
          <w:b w:val="0"/>
          <w:sz w:val="20"/>
        </w:rPr>
        <w:t>Tenant shall be responsible for all costs and attorney’s fees incurred by Landlord in enforcing this Agreement upon default.</w:t>
      </w:r>
    </w:p>
    <w:p/>
    <w:p>
      <w:r>
        <w:rPr>
          <w:b/>
          <w:sz w:val="20"/>
        </w:rPr>
        <w:t>12. HOLDING OVER</w:t>
      </w:r>
    </w:p>
    <w:p>
      <w:r>
        <w:rPr>
          <w:b w:val="0"/>
          <w:sz w:val="20"/>
        </w:rPr>
        <w:t>If Tenant remains in possession after termination without Landlord’s consent, Tenant shall pay rent at ______% above the current rent and may be subject to eviction.</w:t>
      </w:r>
    </w:p>
    <w:p/>
    <w:p>
      <w:r>
        <w:rPr>
          <w:b/>
          <w:sz w:val="20"/>
        </w:rPr>
        <w:t>13. LIABILITY AND INSURANCE</w:t>
      </w:r>
    </w:p>
    <w:p>
      <w:r>
        <w:rPr>
          <w:b w:val="0"/>
          <w:sz w:val="20"/>
        </w:rPr>
        <w:t>Landlord shall not be liable for damage or injury to Tenant or Tenant’s property unless caused by Landlord’s negligence.</w:t>
      </w:r>
    </w:p>
    <w:p>
      <w:r>
        <w:rPr>
          <w:b w:val="0"/>
          <w:sz w:val="20"/>
        </w:rPr>
        <w:t>Tenant is encouraged to obtain renter’s insurance to cover personal property and liability.</w:t>
      </w:r>
    </w:p>
    <w:p/>
    <w:p>
      <w:r>
        <w:rPr>
          <w:b/>
          <w:sz w:val="20"/>
        </w:rPr>
        <w:t>14. ASSIGNMENT AND SUBLETTING</w:t>
      </w:r>
    </w:p>
    <w:p>
      <w:r>
        <w:rPr>
          <w:b w:val="0"/>
          <w:sz w:val="20"/>
        </w:rPr>
        <w:t>Tenant shall not assign this Agreement or sublet the Premises without prior written consent of Landlord.</w:t>
      </w:r>
    </w:p>
    <w:p/>
    <w:p>
      <w:r>
        <w:rPr>
          <w:b/>
          <w:sz w:val="20"/>
        </w:rPr>
        <w:t>15. NOTICES</w:t>
      </w:r>
    </w:p>
    <w:p>
      <w:r>
        <w:rPr>
          <w:b w:val="0"/>
          <w:sz w:val="20"/>
        </w:rPr>
        <w:t>All notices required under this Agreement shall be in writing and delivered to the parties at their respective addresses stated herein or as updated by written notice.</w:t>
      </w:r>
    </w:p>
    <w:p/>
    <w:p>
      <w:r>
        <w:rPr>
          <w:b/>
          <w:sz w:val="20"/>
        </w:rPr>
        <w:t>16. GOVERNING LAW</w:t>
      </w:r>
    </w:p>
    <w:p>
      <w:r>
        <w:rPr>
          <w:b w:val="0"/>
          <w:sz w:val="20"/>
        </w:rPr>
        <w:t>This Agreement shall be governed by and construed in accordance with the laws of the State of Georgia.</w:t>
      </w:r>
    </w:p>
    <w:p/>
    <w:p>
      <w:r>
        <w:rPr>
          <w:b/>
          <w:sz w:val="20"/>
        </w:rPr>
        <w:t>17. ENTIRE AGREEMENT</w:t>
      </w:r>
    </w:p>
    <w:p>
      <w:r>
        <w:rPr>
          <w:b w:val="0"/>
          <w:sz w:val="20"/>
        </w:rPr>
        <w:t>This Agreement contains the entire agreement between the parties and supersedes all prior understandings.</w:t>
      </w:r>
    </w:p>
    <w:p>
      <w:r>
        <w:rPr>
          <w:b w:val="0"/>
          <w:sz w:val="20"/>
        </w:rPr>
        <w:t>Any modifications must be in writing and signed by both parties.</w:t>
      </w:r>
    </w:p>
    <w:p/>
    <w:p/>
    <w:p>
      <w:r>
        <w:rPr>
          <w:b/>
          <w:sz w:val="20"/>
        </w:rPr>
        <w:t>IN WITNESS WHEREOF, the parties have executed this Lease Agreement as of the dates indicated below.</w:t>
      </w:r>
    </w:p>
    <w:p/>
    <w:p/>
    <w:p>
      <w:r>
        <w:rPr>
          <w:b w:val="0"/>
          <w:sz w:val="20"/>
        </w:rPr>
        <w:t>Place of Execution: ________________________________________________</w:t>
      </w:r>
    </w:p>
    <w:p>
      <w:r>
        <w:rPr>
          <w:b w:val="0"/>
          <w:sz w:val="20"/>
        </w:rPr>
        <w:t>Date of Execution: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https://docs-realestate.com/lease-agreement-template-georgia/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lease-agreement-template-georgia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