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LANDLORD NOTICE TO ENTER</w:t>
      </w:r>
    </w:p>
    <w:p/>
    <w:p/>
    <w:p>
      <w:r>
        <w:rPr>
          <w:b/>
          <w:sz w:val="20"/>
        </w:rPr>
        <w:t>To Tenant(s):</w:t>
      </w:r>
    </w:p>
    <w:p>
      <w:r>
        <w:rPr>
          <w:b w:val="0"/>
          <w:sz w:val="20"/>
        </w:rPr>
        <w:t>__________________________________________________________________________</w:t>
      </w:r>
    </w:p>
    <w:p/>
    <w:p>
      <w:r>
        <w:rPr>
          <w:b/>
          <w:sz w:val="20"/>
        </w:rPr>
        <w:t>Tenant Address:</w:t>
      </w:r>
    </w:p>
    <w:p>
      <w:r>
        <w:rPr>
          <w:b w:val="0"/>
          <w:sz w:val="20"/>
        </w:rPr>
        <w:t>__________________________________________________________________________</w:t>
      </w:r>
    </w:p>
    <w:p/>
    <w:p/>
    <w:p>
      <w:r>
        <w:rPr>
          <w:b w:val="0"/>
          <w:sz w:val="20"/>
        </w:rPr>
        <w:t>Dear Tenant(s),</w:t>
      </w:r>
    </w:p>
    <w:p/>
    <w:p>
      <w:r>
        <w:rPr>
          <w:b w:val="0"/>
          <w:sz w:val="20"/>
        </w:rPr>
        <w:t>This notice is provided pursuant to applicable United States laws and the terms of your lease agreement, to inform you that the Landlord or Landlord's authorized agent intends to enter the above referenced rental property for the purposes set forth below.</w:t>
      </w:r>
    </w:p>
    <w:p/>
    <w:p/>
    <w:p>
      <w:r>
        <w:rPr>
          <w:b/>
          <w:sz w:val="20"/>
        </w:rPr>
        <w:t>Date and Time of Entry:</w:t>
      </w:r>
    </w:p>
    <w:p>
      <w:r>
        <w:rPr>
          <w:b w:val="0"/>
          <w:sz w:val="20"/>
        </w:rPr>
        <w:t>Date: ______________________________________</w:t>
      </w:r>
    </w:p>
    <w:p>
      <w:r>
        <w:rPr>
          <w:b w:val="0"/>
          <w:sz w:val="20"/>
        </w:rPr>
        <w:t>Time: ______________________________________</w:t>
      </w:r>
    </w:p>
    <w:p/>
    <w:p/>
    <w:p>
      <w:r>
        <w:rPr>
          <w:b/>
          <w:sz w:val="20"/>
        </w:rPr>
        <w:t>Purpose of Entry:</w:t>
      </w:r>
    </w:p>
    <w:p>
      <w:r>
        <w:rPr>
          <w:b w:val="0"/>
          <w:sz w:val="20"/>
        </w:rPr>
        <w:t>The Landlord intends to enter the premises for the following reason(s):</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p>
      <w:r>
        <w:rPr>
          <w:b/>
          <w:sz w:val="20"/>
        </w:rPr>
        <w:t>Legal Basis and Compliance:</w:t>
      </w:r>
    </w:p>
    <w:p>
      <w:r>
        <w:rPr>
          <w:b w:val="0"/>
          <w:sz w:val="20"/>
        </w:rPr>
        <w:t>This notice is given in accordance with the lease agreement and applicable state and local laws, which require reasonable notice prior to entry. Entry will be during reasonable hours unless otherwise authorized by you or emergency circumstances exist.</w:t>
      </w:r>
    </w:p>
    <w:p/>
    <w:p/>
    <w:p>
      <w:r>
        <w:rPr>
          <w:b/>
          <w:sz w:val="20"/>
        </w:rPr>
        <w:t>Access Method and Identification:</w:t>
      </w:r>
    </w:p>
    <w:p>
      <w:r>
        <w:rPr>
          <w:b w:val="0"/>
          <w:sz w:val="20"/>
        </w:rPr>
        <w:t>The Landlord or agent will identify themselves upon arrival. Entry will be made by key or other means authorized under the lease. Please ensure that access is available at the time specified.</w:t>
      </w:r>
    </w:p>
    <w:p/>
    <w:p/>
    <w:p>
      <w:r>
        <w:rPr>
          <w:b/>
          <w:sz w:val="20"/>
        </w:rPr>
        <w:t>Tenant's Rights and Contact Information:</w:t>
      </w:r>
    </w:p>
    <w:p>
      <w:r>
        <w:rPr>
          <w:b w:val="0"/>
          <w:sz w:val="20"/>
        </w:rPr>
        <w:t>You have the right to be present during the entry. If you have questions or need to reschedule, please contact the Landlord or Landlord’s agent at:</w:t>
      </w:r>
    </w:p>
    <w:p>
      <w:r>
        <w:rPr>
          <w:b w:val="0"/>
          <w:sz w:val="20"/>
        </w:rPr>
        <w:t>Name: ______________________________________________</w:t>
      </w:r>
    </w:p>
    <w:p>
      <w:r>
        <w:rPr>
          <w:b w:val="0"/>
          <w:sz w:val="20"/>
        </w:rPr>
        <w:t>Phone: ______________________________________________</w:t>
      </w:r>
    </w:p>
    <w:p>
      <w:r>
        <w:rPr>
          <w:b w:val="0"/>
          <w:sz w:val="20"/>
        </w:rPr>
        <w:t>Email: ______________________________________________</w:t>
      </w:r>
    </w:p>
    <w:p/>
    <w:p/>
    <w:p>
      <w:r>
        <w:rPr>
          <w:b/>
          <w:sz w:val="20"/>
        </w:rPr>
        <w:t>Reminder:</w:t>
      </w:r>
    </w:p>
    <w:p>
      <w:r>
        <w:rPr>
          <w:b w:val="0"/>
          <w:sz w:val="20"/>
        </w:rPr>
        <w:t>The Landlord’s entry will comply with all laws prohibiting harassment and invasion of privacy, and will be conducted respectfully and professionally.</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 or Authorized Agent</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r>
        <w:tc>
          <w:tcPr>
            <w:tcW w:type="dxa" w:w="4986"/>
            <w:tcBorders>
              <w:top w:val="nil"/>
              <w:left w:val="nil"/>
              <w:bottom w:val="nil"/>
              <w:right w:val="nil"/>
              <w:insideH w:val="nil"/>
              <w:insideV w:val="nil"/>
            </w:tcBorders>
          </w:tcPr>
          <w:p>
            <w:pPr>
              <w:jc w:val="center"/>
            </w:pPr>
            <w:r>
              <w:t>Printed Name: ____________________________</w:t>
            </w:r>
          </w:p>
        </w:tc>
        <w:tc>
          <w:tcPr>
            <w:tcW w:type="dxa" w:w="4986"/>
            <w:tcBorders>
              <w:top w:val="nil"/>
              <w:left w:val="nil"/>
              <w:bottom w:val="nil"/>
              <w:right w:val="nil"/>
              <w:insideH w:val="nil"/>
              <w:insideV w:val="nil"/>
            </w:tcBorders>
          </w:tcPr>
          <w:p>
            <w:pPr>
              <w:jc w:val="center"/>
            </w:pPr>
            <w:r>
              <w:t>Printed Name: ____________________________</w:t>
            </w:r>
          </w:p>
        </w:tc>
      </w:tr>
    </w:tbl>
    <w:p/>
    <w:p/>
    <w:p>
      <w:r>
        <w:rPr>
          <w:b/>
          <w:sz w:val="20"/>
        </w:rPr>
        <w:t>Date of Notice Delivery: _______________________________________________</w:t>
      </w:r>
    </w:p>
    <w:p>
      <w:r>
        <w:rPr>
          <w:b/>
          <w:sz w:val="20"/>
        </w:rPr>
        <w:t>Location of Notice Delivery: ___________________________________________</w:t>
      </w:r>
    </w:p>
    <w:p/>
    <w:p/>
    <w:p>
      <w:r>
        <w:rPr>
          <w:b/>
          <w:sz w:val="20"/>
        </w:rPr>
        <w:t>Additional Notes:</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p>
      <w:r>
        <w:br w:type="page"/>
      </w:r>
    </w:p>
    <w:p>
      <w:pPr>
        <w:jc w:val="center"/>
      </w:pPr>
      <w:r>
        <w:rPr>
          <w:color w:val="555555"/>
          <w:sz w:val="24"/>
        </w:rPr>
        <w:t>Original source of this document:</w:t>
      </w:r>
    </w:p>
    <w:p>
      <w:pPr>
        <w:jc w:val="center"/>
      </w:pPr>
      <w:hyperlink r:id="rId9">
        <w:r>
          <w:rPr>
            <w:color w:val="0000FF"/>
            <w:u w:val="single"/>
          </w:rPr>
          <w:t>https://docs-realestate.com/landlord-notice-to-enter-template/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landlord-notice-to-enter-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