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LADY BIRD DEED (ENHANCED LIFE ESTATE DEED)</w:t>
      </w:r>
    </w:p>
    <w:p/>
    <w:p/>
    <w:p>
      <w:r>
        <w:rPr>
          <w:b/>
          <w:sz w:val="20"/>
        </w:rPr>
        <w:t>This Lady Bird Deed is made by the Grantor, who is the sole owner of the Property described below, and grants to the Grantee a life estate with enhanced powers, subject to the terms and conditions set forth herein.</w:t>
      </w:r>
    </w:p>
    <w:p/>
    <w:p/>
    <w:p>
      <w:r>
        <w:rPr>
          <w:b/>
          <w:sz w:val="20"/>
        </w:rPr>
        <w:t>PARTIES TO THE DEED</w:t>
      </w:r>
    </w:p>
    <w:p>
      <w:r>
        <w:rPr>
          <w:b w:val="0"/>
          <w:sz w:val="20"/>
        </w:rPr>
        <w:t>Grantor (Current Owner): ________________________________________________________</w:t>
      </w:r>
    </w:p>
    <w:p>
      <w:r>
        <w:rPr>
          <w:b w:val="0"/>
          <w:sz w:val="20"/>
        </w:rPr>
        <w:t>Address: _______________________________________________________________________</w:t>
      </w:r>
    </w:p>
    <w:p>
      <w:r>
        <w:rPr>
          <w:b w:val="0"/>
          <w:sz w:val="20"/>
        </w:rPr>
        <w:t>Grantee (Remainderman): __________________________________________________________</w:t>
      </w:r>
    </w:p>
    <w:p>
      <w:r>
        <w:rPr>
          <w:b w:val="0"/>
          <w:sz w:val="20"/>
        </w:rPr>
        <w:t>Address: _______________________________________________________________________</w:t>
      </w:r>
    </w:p>
    <w:p/>
    <w:p/>
    <w:p>
      <w:r>
        <w:rPr>
          <w:b/>
          <w:sz w:val="20"/>
        </w:rPr>
        <w:t>LEGAL DESCRIPTION OF PROPERTY</w:t>
      </w:r>
    </w:p>
    <w:p>
      <w:r>
        <w:rPr>
          <w:b w:val="0"/>
          <w:sz w:val="20"/>
        </w:rPr>
        <w:t>The real property which is the subject of this Lady Bird Deed is located at:</w:t>
      </w:r>
    </w:p>
    <w:p>
      <w:r>
        <w:rPr>
          <w:b w:val="0"/>
          <w:sz w:val="20"/>
        </w:rPr>
        <w:t>Street Address: _________________________________________________________________</w:t>
      </w:r>
    </w:p>
    <w:p>
      <w:r>
        <w:rPr>
          <w:b w:val="0"/>
          <w:sz w:val="20"/>
        </w:rPr>
        <w:t>City: ______________________ County: __________________ State: _______ ZIP: ________</w:t>
      </w:r>
    </w:p>
    <w:p>
      <w:r>
        <w:rPr>
          <w:b w:val="0"/>
          <w:sz w:val="20"/>
        </w:rPr>
        <w:t>Legal Description:</w:t>
      </w:r>
    </w:p>
    <w:p>
      <w:r>
        <w:rPr>
          <w:b w:val="0"/>
          <w:sz w:val="20"/>
        </w:rPr>
        <w:t>__________________________________________________________________________________</w:t>
      </w:r>
    </w:p>
    <w:p>
      <w:r>
        <w:rPr>
          <w:b w:val="0"/>
          <w:sz w:val="20"/>
        </w:rPr>
        <w:t>__________________________________________________________________________________</w:t>
      </w:r>
    </w:p>
    <w:p/>
    <w:p/>
    <w:p>
      <w:r>
        <w:rPr>
          <w:b/>
          <w:sz w:val="20"/>
        </w:rPr>
        <w:t>RECITALS</w:t>
      </w:r>
    </w:p>
    <w:p>
      <w:r>
        <w:rPr>
          <w:b w:val="0"/>
          <w:sz w:val="20"/>
        </w:rPr>
        <w:t>WHEREAS, the Grantor is the sole owner of the Property described above;</w:t>
      </w:r>
    </w:p>
    <w:p>
      <w:r>
        <w:rPr>
          <w:b w:val="0"/>
          <w:sz w:val="20"/>
        </w:rPr>
        <w:t>WHEREAS, the Grantor desires to convey a life estate in the Property to the Grantee with enhanced powers;</w:t>
      </w:r>
    </w:p>
    <w:p>
      <w:r>
        <w:rPr>
          <w:b w:val="0"/>
          <w:sz w:val="20"/>
        </w:rPr>
        <w:t>WHEREAS, upon the death of the Grantor, full fee simple ownership of the Property shall vest in the Grantee;</w:t>
      </w:r>
    </w:p>
    <w:p/>
    <w:p/>
    <w:p>
      <w:r>
        <w:rPr>
          <w:b/>
          <w:sz w:val="20"/>
        </w:rPr>
        <w:t>GRANTING CLAUSE</w:t>
      </w:r>
    </w:p>
    <w:p>
      <w:r>
        <w:rPr>
          <w:b w:val="0"/>
          <w:sz w:val="20"/>
        </w:rPr>
        <w:t>The Grantor hereby grants, bargains, sells, and conveys to the Grantee, for life, an enhanced life estate in the Property described above, with full power and authority to sell, convey, mortgage, lease, or otherwise manage the Property during the Grantor's lifetime without the consent of the Grantee, subject to the terms of this deed.</w:t>
      </w:r>
    </w:p>
    <w:p/>
    <w:p/>
    <w:p>
      <w:r>
        <w:rPr>
          <w:b/>
          <w:sz w:val="20"/>
        </w:rPr>
        <w:t>ENHANCED POWERS</w:t>
      </w:r>
    </w:p>
    <w:p>
      <w:r>
        <w:rPr>
          <w:b w:val="0"/>
          <w:sz w:val="20"/>
        </w:rPr>
        <w:t>The Grantor reserves the right during the Grantor's lifetime to sell, convey, mortgage, lease, or otherwise encumber or manage the Property without the consent or joinder of the Grantee. Any such disposition or encumbrance shall not affect the Grantee's remainder interest except as expressly stated herein.</w:t>
      </w:r>
    </w:p>
    <w:p/>
    <w:p/>
    <w:p>
      <w:r>
        <w:rPr>
          <w:b/>
          <w:sz w:val="20"/>
        </w:rPr>
        <w:t>REMAINDER INTEREST</w:t>
      </w:r>
    </w:p>
    <w:p>
      <w:r>
        <w:rPr>
          <w:b w:val="0"/>
          <w:sz w:val="20"/>
        </w:rPr>
        <w:t>Upon the death of the Grantor, all rights, title, and interest in and to the Property, including any enhancements or improvements, shall vest in the Grantee in fee simple absolute, free and clear of any encumbrances created by the Grantor after the execution of this deed.</w:t>
      </w:r>
    </w:p>
    <w:p/>
    <w:p/>
    <w:p>
      <w:r>
        <w:rPr>
          <w:b/>
          <w:sz w:val="20"/>
        </w:rPr>
        <w:t>POSSESSION AND USE</w:t>
      </w:r>
    </w:p>
    <w:p>
      <w:r>
        <w:rPr>
          <w:b w:val="0"/>
          <w:sz w:val="20"/>
        </w:rPr>
        <w:t>During the Grantor's lifetime, the Grantor shall have full right to possession, use, and enjoyment of the Property, including the right to collect rents and profits, subject only to any encumbrances created by the Grantor.</w:t>
      </w:r>
    </w:p>
    <w:p/>
    <w:p/>
    <w:p>
      <w:r>
        <w:rPr>
          <w:b/>
          <w:sz w:val="20"/>
        </w:rPr>
        <w:t>TAXES AND ASSESSMENTS</w:t>
      </w:r>
    </w:p>
    <w:p>
      <w:r>
        <w:rPr>
          <w:b w:val="0"/>
          <w:sz w:val="20"/>
        </w:rPr>
        <w:t>The Grantor shall be responsible for payment of all real estate taxes, assessments, and other charges levied against the Property during the Grantor's lifetime.</w:t>
      </w:r>
    </w:p>
    <w:p/>
    <w:p/>
    <w:p>
      <w:r>
        <w:rPr>
          <w:b/>
          <w:sz w:val="20"/>
        </w:rPr>
        <w:t>WARRANTY AND COVENANTS</w:t>
      </w:r>
    </w:p>
    <w:p>
      <w:r>
        <w:rPr>
          <w:b w:val="0"/>
          <w:sz w:val="20"/>
        </w:rPr>
        <w:t>The Grantor warrants that the Grantor is lawfully seized of the Property, that the Property is free from all encumbrances except those set forth herein, and that the Grantor will warrant and defend the title to the Property against all lawful claims and demands, subject to the enhanced powers reserved herein.</w:t>
      </w:r>
    </w:p>
    <w:p/>
    <w:p/>
    <w:p>
      <w:r>
        <w:rPr>
          <w:b/>
          <w:sz w:val="20"/>
        </w:rPr>
        <w:t>NO REVOCATION EXCEPT IN WRITING</w:t>
      </w:r>
    </w:p>
    <w:p>
      <w:r>
        <w:rPr>
          <w:b w:val="0"/>
          <w:sz w:val="20"/>
        </w:rPr>
        <w:t>This Lady Bird Deed may be revoked or amended only by a written instrument executed by the Grantor during the Grantor's lifetime.</w:t>
      </w:r>
    </w:p>
    <w:p/>
    <w:p/>
    <w:p>
      <w:r>
        <w:rPr>
          <w:b/>
          <w:sz w:val="20"/>
        </w:rPr>
        <w:t>GOVERNING LAW</w:t>
      </w:r>
    </w:p>
    <w:p>
      <w:r>
        <w:rPr>
          <w:b w:val="0"/>
          <w:sz w:val="20"/>
        </w:rPr>
        <w:t>This Lady Bird Deed shall be governed by and construed in accordance with the laws of the State of _____________________.</w:t>
      </w:r>
    </w:p>
    <w:p/>
    <w:p/>
    <w:p>
      <w:r>
        <w:rPr>
          <w:b/>
          <w:sz w:val="20"/>
        </w:rPr>
        <w:t>SEVERABILITY</w:t>
      </w:r>
    </w:p>
    <w:p>
      <w:r>
        <w:rPr>
          <w:b w:val="0"/>
          <w:sz w:val="20"/>
        </w:rPr>
        <w:t>If any provision of this Lady Bird Deed is determined to be invalid or unenforceable, the remaining provisions shall remain in full force and effect.</w:t>
      </w:r>
    </w:p>
    <w:p/>
    <w:p/>
    <w:p>
      <w:r>
        <w:rPr>
          <w:b/>
          <w:sz w:val="20"/>
        </w:rPr>
        <w:t>ENTIRE AGREEMENT</w:t>
      </w:r>
    </w:p>
    <w:p>
      <w:r>
        <w:rPr>
          <w:b w:val="0"/>
          <w:sz w:val="20"/>
        </w:rPr>
        <w:t>This Lady Bird Deed constitutes the entire agreement between the parties with respect to the Property and supersedes all prior agreements or understandings.</w:t>
      </w:r>
    </w:p>
    <w:p/>
    <w:p/>
    <w:p/>
    <w:p>
      <w:pPr>
        <w:jc w:val="center"/>
      </w:pPr>
      <w:r>
        <w:rPr>
          <w:b w:val="0"/>
          <w:sz w:val="20"/>
        </w:rPr>
        <w:t>IN WITNESS WHEREOF, the Grantor has executed this Lady Bird Deed as of the date set forth below.</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GRANTOR</w:t>
            </w:r>
          </w:p>
        </w:tc>
        <w:tc>
          <w:tcPr>
            <w:tcW w:type="dxa" w:w="4986"/>
            <w:tcBorders>
              <w:top w:val="nil"/>
              <w:left w:val="nil"/>
              <w:bottom w:val="nil"/>
              <w:right w:val="nil"/>
              <w:insideH w:val="nil"/>
              <w:insideV w:val="nil"/>
            </w:tcBorders>
          </w:tcPr>
          <w:p>
            <w:pPr>
              <w:jc w:val="center"/>
            </w:pPr>
            <w:r>
              <w:t>GRANTEE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
      <w:r>
        <w:rPr>
          <w:b/>
          <w:sz w:val="20"/>
        </w:rPr>
        <w:t>STATE OF ________________________</w:t>
      </w:r>
    </w:p>
    <w:p>
      <w:r>
        <w:rPr>
          <w:b/>
          <w:sz w:val="20"/>
        </w:rPr>
        <w:t>COUNTY OF ______________________</w:t>
      </w:r>
    </w:p>
    <w:p/>
    <w:p>
      <w:r>
        <w:rPr>
          <w:b w:val="0"/>
          <w:sz w:val="20"/>
        </w:rPr>
        <w:t>On this ______ day of _______________, before me, the undersigned notary public, personally appeared __________________________________________________, known to me (or satisfactorily proven) to be the person whose name is subscribed to the foregoing instrument, and acknowledged that he/she executed the same for the purposes therein contained.</w:t>
      </w:r>
    </w:p>
    <w:p/>
    <w:p>
      <w:r>
        <w:rPr>
          <w:b w:val="0"/>
          <w:sz w:val="20"/>
        </w:rPr>
        <w:t>IN WITNESS WHEREOF, I hereunto set my hand and official seal.</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Notary Public Signature: ____________________________</w:t>
            </w:r>
          </w:p>
        </w:tc>
      </w:tr>
      <w:tr>
        <w:tc>
          <w:tcPr>
            <w:tcW w:type="dxa" w:w="9972"/>
            <w:tcBorders>
              <w:top w:val="nil"/>
              <w:left w:val="nil"/>
              <w:bottom w:val="nil"/>
              <w:right w:val="nil"/>
              <w:insideH w:val="nil"/>
              <w:insideV w:val="nil"/>
            </w:tcBorders>
          </w:tcPr>
          <w:p>
            <w:pPr>
              <w:jc w:val="left"/>
            </w:pPr>
            <w:r>
              <w:t>Printed Name: _______________________________________</w:t>
            </w:r>
          </w:p>
        </w:tc>
      </w:tr>
      <w:tr>
        <w:tc>
          <w:tcPr>
            <w:tcW w:type="dxa" w:w="9972"/>
            <w:tcBorders>
              <w:top w:val="nil"/>
              <w:left w:val="nil"/>
              <w:bottom w:val="nil"/>
              <w:right w:val="nil"/>
              <w:insideH w:val="nil"/>
              <w:insideV w:val="nil"/>
            </w:tcBorders>
          </w:tcPr>
          <w:p>
            <w:pPr>
              <w:jc w:val="left"/>
            </w:pPr>
            <w:r>
              <w:t>My Commission Expires: ______________________________</w:t>
            </w:r>
          </w:p>
        </w:tc>
      </w:tr>
      <w:tr>
        <w:tc>
          <w:tcPr>
            <w:tcW w:type="dxa" w:w="9972"/>
            <w:tcBorders>
              <w:top w:val="nil"/>
              <w:left w:val="nil"/>
              <w:bottom w:val="nil"/>
              <w:right w:val="nil"/>
              <w:insideH w:val="nil"/>
              <w:insideV w:val="nil"/>
            </w:tcBorders>
          </w:tcPr>
          <w:p>
            <w:pPr>
              <w:jc w:val="left"/>
            </w:pPr>
            <w:r>
              <w:t>Notary Seal: 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https://docs-realestate.com/lady-bird-deed-template/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ady-bird-deed-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