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KITCHEN REMODEL CONTRACT AGREEMENT</w:t>
      </w:r>
    </w:p>
    <w:p/>
    <w:p>
      <w:r>
        <w:rPr>
          <w:b/>
          <w:sz w:val="20"/>
        </w:rPr>
        <w:t>This Kitchen Remodel Contract Agreement (the “Agreement”) is entered into by and between:</w:t>
      </w:r>
    </w:p>
    <w:p>
      <w:r>
        <w:rPr>
          <w:b/>
          <w:sz w:val="20"/>
        </w:rPr>
        <w:t>Homeowner: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Contractor:</w:t>
      </w:r>
    </w:p>
    <w:p>
      <w:r>
        <w:rPr>
          <w:b w:val="0"/>
          <w:sz w:val="20"/>
        </w:rPr>
        <w:t>Business Name: ________________________________________________________</w:t>
      </w:r>
    </w:p>
    <w:p>
      <w:r>
        <w:rPr>
          <w:b w:val="0"/>
          <w:sz w:val="20"/>
        </w:rPr>
        <w:t>Representative Name: _________________________________________________</w:t>
      </w:r>
    </w:p>
    <w:p>
      <w:r>
        <w:rPr>
          <w:b w:val="0"/>
          <w:sz w:val="20"/>
        </w:rPr>
        <w:t>Business Address: 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Project Description:</w:t>
      </w:r>
    </w:p>
    <w:p>
      <w:r>
        <w:rPr>
          <w:b w:val="0"/>
          <w:sz w:val="20"/>
        </w:rPr>
        <w:t>The Contractor agrees to perform kitchen remodeling services as detailed below at the Homeowner's property.</w:t>
      </w:r>
    </w:p>
    <w:p>
      <w:r>
        <w:rPr>
          <w:b w:val="0"/>
          <w:sz w:val="20"/>
        </w:rPr>
        <w:t>Property Address: _____________________________________________________</w:t>
      </w:r>
    </w:p>
    <w:p>
      <w:r>
        <w:rPr>
          <w:b w:val="0"/>
          <w:sz w:val="20"/>
        </w:rPr>
        <w:t>Scope of Work:</w:t>
      </w:r>
    </w:p>
    <w:p>
      <w:r>
        <w:rPr>
          <w:b w:val="0"/>
          <w:sz w:val="20"/>
        </w:rPr>
        <w:t>• Demolition and removal of existing kitchen components as necessary.</w:t>
      </w:r>
    </w:p>
    <w:p>
      <w:r>
        <w:rPr>
          <w:b w:val="0"/>
          <w:sz w:val="20"/>
        </w:rPr>
        <w:t>• Installation of new cabinetry, countertops, and fixtures.</w:t>
      </w:r>
    </w:p>
    <w:p>
      <w:r>
        <w:rPr>
          <w:b w:val="0"/>
          <w:sz w:val="20"/>
        </w:rPr>
        <w:t>• Electrical and plumbing work associated with the remodeling.</w:t>
      </w:r>
    </w:p>
    <w:p>
      <w:r>
        <w:rPr>
          <w:b w:val="0"/>
          <w:sz w:val="20"/>
        </w:rPr>
        <w:t>• Flooring installation or refinishing.</w:t>
      </w:r>
    </w:p>
    <w:p>
      <w:r>
        <w:rPr>
          <w:b w:val="0"/>
          <w:sz w:val="20"/>
        </w:rPr>
        <w:t>• Painting and finishing touches.</w:t>
      </w:r>
    </w:p>
    <w:p>
      <w:r>
        <w:rPr>
          <w:b w:val="0"/>
          <w:sz w:val="20"/>
        </w:rPr>
        <w:t>• Cleanup and removal of all construction debris.</w:t>
      </w:r>
    </w:p>
    <w:p/>
    <w:p>
      <w:r>
        <w:rPr>
          <w:b/>
          <w:sz w:val="20"/>
        </w:rPr>
        <w:t>Contract Price and Payment Terms:</w:t>
      </w:r>
    </w:p>
    <w:p>
      <w:r>
        <w:rPr>
          <w:b w:val="0"/>
          <w:sz w:val="20"/>
        </w:rPr>
        <w:t>Total Contract Price: $______________________ (USD)</w:t>
      </w:r>
    </w:p>
    <w:p>
      <w:r>
        <w:rPr>
          <w:b w:val="0"/>
          <w:sz w:val="20"/>
        </w:rPr>
        <w:t>Payment Schedule:</w:t>
      </w:r>
    </w:p>
    <w:p>
      <w:r>
        <w:rPr>
          <w:b w:val="0"/>
          <w:sz w:val="20"/>
        </w:rPr>
        <w:t>• Deposit (non-refundable): $________________ on execution of this Agreement.</w:t>
      </w:r>
    </w:p>
    <w:p>
      <w:r>
        <w:rPr>
          <w:b w:val="0"/>
          <w:sz w:val="20"/>
        </w:rPr>
        <w:t>• Progress Payment(s): $________________ upon completion of specified milestones.</w:t>
      </w:r>
    </w:p>
    <w:p>
      <w:r>
        <w:rPr>
          <w:b w:val="0"/>
          <w:sz w:val="20"/>
        </w:rPr>
        <w:t>• Final Payment: $________________ upon substantial completion of the work.</w:t>
      </w:r>
    </w:p>
    <w:p>
      <w:r>
        <w:rPr>
          <w:b w:val="0"/>
          <w:sz w:val="20"/>
        </w:rPr>
        <w:t>All payments shall be made by check, electronic transfer, or other agreed method.</w:t>
      </w:r>
    </w:p>
    <w:p/>
    <w:p>
      <w:r>
        <w:rPr>
          <w:b/>
          <w:sz w:val="20"/>
        </w:rPr>
        <w:t>Commencement and Completion:</w:t>
      </w:r>
    </w:p>
    <w:p>
      <w:r>
        <w:rPr>
          <w:b w:val="0"/>
          <w:sz w:val="20"/>
        </w:rPr>
        <w:t>The Contractor shall commence work within ______ days after receipt of the deposit and all necessary permits.</w:t>
      </w:r>
    </w:p>
    <w:p>
      <w:r>
        <w:rPr>
          <w:b w:val="0"/>
          <w:sz w:val="20"/>
        </w:rPr>
        <w:t>Estimated completion date: ______________________________________________.</w:t>
      </w:r>
    </w:p>
    <w:p>
      <w:r>
        <w:rPr>
          <w:b w:val="0"/>
          <w:sz w:val="20"/>
        </w:rPr>
        <w:t>Time is of the essence for performance under this Agreement.</w:t>
      </w:r>
    </w:p>
    <w:p/>
    <w:p>
      <w:r>
        <w:rPr>
          <w:b/>
          <w:sz w:val="20"/>
        </w:rPr>
        <w:t>Permits and Approvals:</w:t>
      </w:r>
    </w:p>
    <w:p>
      <w:r>
        <w:rPr>
          <w:b w:val="0"/>
          <w:sz w:val="20"/>
        </w:rPr>
        <w:t>The Contractor shall obtain all necessary permits and licenses required to perform the work.</w:t>
      </w:r>
    </w:p>
    <w:p>
      <w:r>
        <w:rPr>
          <w:b w:val="0"/>
          <w:sz w:val="20"/>
        </w:rPr>
        <w:t>The Homeowner shall provide reasonable access to the property and cooperate with permit inspections.</w:t>
      </w:r>
    </w:p>
    <w:p/>
    <w:p>
      <w:r>
        <w:rPr>
          <w:b/>
          <w:sz w:val="20"/>
        </w:rPr>
        <w:t>Change Orders:</w:t>
      </w:r>
    </w:p>
    <w:p>
      <w:r>
        <w:rPr>
          <w:b w:val="0"/>
          <w:sz w:val="20"/>
        </w:rPr>
        <w:t>Any changes or additions to the Scope of Work must be documented in a written change order signed by both parties.</w:t>
      </w:r>
    </w:p>
    <w:p>
      <w:r>
        <w:rPr>
          <w:b w:val="0"/>
          <w:sz w:val="20"/>
        </w:rPr>
        <w:t>Change orders may affect the contract price and/or completion date.</w:t>
      </w:r>
    </w:p>
    <w:p/>
    <w:p>
      <w:r>
        <w:rPr>
          <w:b/>
          <w:sz w:val="20"/>
        </w:rPr>
        <w:t>Warranties:</w:t>
      </w:r>
    </w:p>
    <w:p>
      <w:r>
        <w:rPr>
          <w:b w:val="0"/>
          <w:sz w:val="20"/>
        </w:rPr>
        <w:t>The Contractor warrants that all work shall be performed in a professional and workmanlike manner, in accordance with industry standards.</w:t>
      </w:r>
    </w:p>
    <w:p>
      <w:r>
        <w:rPr>
          <w:b w:val="0"/>
          <w:sz w:val="20"/>
        </w:rPr>
        <w:t>Materials and equipment shall be new and of good quality unless otherwise specified.</w:t>
      </w:r>
    </w:p>
    <w:p>
      <w:r>
        <w:rPr>
          <w:b w:val="0"/>
          <w:sz w:val="20"/>
        </w:rPr>
        <w:t>Warranty period: ______________ months from the date of substantial completion.</w:t>
      </w:r>
    </w:p>
    <w:p/>
    <w:p>
      <w:r>
        <w:rPr>
          <w:b/>
          <w:sz w:val="20"/>
        </w:rPr>
        <w:t>Insurance and Liability:</w:t>
      </w:r>
    </w:p>
    <w:p>
      <w:r>
        <w:rPr>
          <w:b w:val="0"/>
          <w:sz w:val="20"/>
        </w:rPr>
        <w:t>The Contractor shall maintain appropriate general liability insurance and workers’ compensation insurance.</w:t>
      </w:r>
    </w:p>
    <w:p>
      <w:r>
        <w:rPr>
          <w:b w:val="0"/>
          <w:sz w:val="20"/>
        </w:rPr>
        <w:t>The Homeowner shall maintain appropriate property insurance.</w:t>
      </w:r>
    </w:p>
    <w:p>
      <w:r>
        <w:rPr>
          <w:b w:val="0"/>
          <w:sz w:val="20"/>
        </w:rPr>
        <w:t>Neither party shall be liable for indirect, incidental, or consequential damages.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Either party may terminate this Agreement upon written notice if the other party breaches any material term and fails to cure within 10 days.</w:t>
      </w:r>
    </w:p>
    <w:p>
      <w:r>
        <w:rPr>
          <w:b w:val="0"/>
          <w:sz w:val="20"/>
        </w:rPr>
        <w:t>Upon termination, the Homeowner shall pay the Contractor for all work performed and materials purchased up to the date of termination.</w:t>
      </w:r>
    </w:p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Any disputes arising under this Agreement shall be resolved first through good faith negotiation between the parties.</w:t>
      </w:r>
    </w:p>
    <w:p>
      <w:r>
        <w:rPr>
          <w:b w:val="0"/>
          <w:sz w:val="20"/>
        </w:rPr>
        <w:t>If unresolved, disputes shall be submitted to mediation before filing any legal action.</w:t>
      </w:r>
    </w:p>
    <w:p>
      <w:r>
        <w:rPr>
          <w:b w:val="0"/>
          <w:sz w:val="20"/>
        </w:rPr>
        <w:t>This Agreement shall be governed by the laws of the State of ___________________.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understanding between the parties and supersedes all prior negotiations or agreements.</w:t>
      </w:r>
    </w:p>
    <w:p>
      <w:r>
        <w:rPr>
          <w:b w:val="0"/>
          <w:sz w:val="20"/>
        </w:rPr>
        <w:t>Any modification to this Agreement must be in writing and signed by both parties.</w:t>
      </w:r>
    </w:p>
    <w:p/>
    <w:p>
      <w:r>
        <w:rPr>
          <w:b/>
          <w:sz w:val="20"/>
        </w:rPr>
        <w:t>Notices:</w:t>
      </w:r>
    </w:p>
    <w:p>
      <w:r>
        <w:rPr>
          <w:b w:val="0"/>
          <w:sz w:val="20"/>
        </w:rPr>
        <w:t>All notices required or permitted under this Agreement shall be in writing and delivered to the addresses listed above or any updated address provided in writing.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HOMEOWNER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https://docs-realestate.com/kitchen-remodel-contract-template/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kitchen-remodel-contract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