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KENTUCKY EVICTION NOTICE</w:t>
      </w:r>
    </w:p>
    <w:p/>
    <w:p/>
    <w:p>
      <w:r>
        <w:rPr>
          <w:b/>
          <w:sz w:val="20"/>
        </w:rPr>
        <w:t>To (Tenant):</w:t>
      </w:r>
    </w:p>
    <w:p>
      <w:r>
        <w:rPr>
          <w:b w:val="0"/>
          <w:sz w:val="20"/>
        </w:rPr>
        <w:t>Name: _________________________________________________________________</w:t>
      </w:r>
    </w:p>
    <w:p>
      <w:r>
        <w:rPr>
          <w:b w:val="0"/>
          <w:sz w:val="20"/>
        </w:rPr>
        <w:t>Rental Property Address: ________________________________________________</w:t>
      </w:r>
    </w:p>
    <w:p>
      <w:r>
        <w:rPr>
          <w:b w:val="0"/>
          <w:sz w:val="20"/>
        </w:rPr>
        <w:t>City/State/Zip: _________________________________________________________</w:t>
      </w:r>
    </w:p>
    <w:p/>
    <w:p>
      <w:r>
        <w:rPr>
          <w:b/>
          <w:sz w:val="20"/>
        </w:rPr>
        <w:t>From (Landlord/Property Manager):</w:t>
      </w:r>
    </w:p>
    <w:p>
      <w:r>
        <w:rPr>
          <w:b w:val="0"/>
          <w:sz w:val="20"/>
        </w:rPr>
        <w:t>Name: _________________________________________________________________</w:t>
      </w:r>
    </w:p>
    <w:p>
      <w:r>
        <w:rPr>
          <w:b w:val="0"/>
          <w:sz w:val="20"/>
        </w:rPr>
        <w:t>Address: _______________________________________________________________</w:t>
      </w:r>
    </w:p>
    <w:p>
      <w:r>
        <w:rPr>
          <w:b w:val="0"/>
          <w:sz w:val="20"/>
        </w:rPr>
        <w:t>City/State/Zip: _________________________________________________________</w:t>
      </w:r>
    </w:p>
    <w:p>
      <w:r>
        <w:rPr>
          <w:b w:val="0"/>
          <w:sz w:val="20"/>
        </w:rPr>
        <w:t>Phone Number: __________________________________________________________</w:t>
      </w:r>
    </w:p>
    <w:p/>
    <w:p/>
    <w:p>
      <w:r>
        <w:rPr>
          <w:b/>
          <w:sz w:val="20"/>
        </w:rPr>
        <w:t>NOTICE TO VACATE PREMISES</w:t>
      </w:r>
    </w:p>
    <w:p/>
    <w:p>
      <w:r>
        <w:rPr>
          <w:b/>
          <w:sz w:val="20"/>
        </w:rPr>
        <w:t>You are hereby notified that your tenancy at the above referenced rental property is terminated due to the following reason(s):</w:t>
      </w:r>
    </w:p>
    <w:p/>
    <w:p>
      <w:r>
        <w:rPr>
          <w:b/>
          <w:sz w:val="20"/>
        </w:rPr>
        <w:t>Reason(s) for Eviction:</w:t>
      </w:r>
    </w:p>
    <w:p>
      <w:r>
        <w:rPr>
          <w:b/>
          <w:sz w:val="20"/>
        </w:rPr>
        <w:t>☐ Non-payment of rent</w:t>
      </w:r>
    </w:p>
    <w:p>
      <w:r>
        <w:rPr>
          <w:b/>
          <w:sz w:val="20"/>
        </w:rPr>
        <w:t>☐ Violation of rental agreement or lease terms</w:t>
      </w:r>
    </w:p>
    <w:p>
      <w:r>
        <w:rPr>
          <w:b/>
          <w:sz w:val="20"/>
        </w:rPr>
        <w:t>☐ Property damage</w:t>
      </w:r>
    </w:p>
    <w:p>
      <w:r>
        <w:rPr>
          <w:b/>
          <w:sz w:val="20"/>
        </w:rPr>
        <w:t>☐ Illegal activity on premises</w:t>
      </w:r>
    </w:p>
    <w:p>
      <w:r>
        <w:rPr>
          <w:b/>
          <w:sz w:val="20"/>
        </w:rPr>
        <w:t>☐ Nuisance or disturbance</w:t>
      </w:r>
    </w:p>
    <w:p>
      <w:r>
        <w:rPr>
          <w:b w:val="0"/>
          <w:sz w:val="20"/>
        </w:rPr>
        <w:t>☐ Other: ________________________________________________________________</w:t>
      </w:r>
    </w:p>
    <w:p/>
    <w:p>
      <w:r>
        <w:rPr>
          <w:b/>
          <w:sz w:val="20"/>
        </w:rPr>
        <w:t>Rent Details (if applicable):</w:t>
      </w:r>
    </w:p>
    <w:p>
      <w:r>
        <w:rPr>
          <w:b w:val="0"/>
          <w:sz w:val="20"/>
        </w:rPr>
        <w:t>Amount Due: $______________________________</w:t>
      </w:r>
    </w:p>
    <w:p>
      <w:r>
        <w:rPr>
          <w:b w:val="0"/>
          <w:sz w:val="20"/>
        </w:rPr>
        <w:t>Rent Due Date(s): ______________________________________________________</w:t>
      </w:r>
    </w:p>
    <w:p/>
    <w:p>
      <w:r>
        <w:rPr>
          <w:b/>
          <w:sz w:val="20"/>
        </w:rPr>
        <w:t>TIME TO VACATE</w:t>
      </w:r>
    </w:p>
    <w:p>
      <w:r>
        <w:rPr>
          <w:b w:val="0"/>
          <w:sz w:val="20"/>
        </w:rPr>
        <w:t>You are required to vacate and surrender possession of the premises by (date): _______________________________</w:t>
      </w:r>
    </w:p>
    <w:p/>
    <w:p>
      <w:r>
        <w:rPr>
          <w:b/>
          <w:sz w:val="20"/>
        </w:rPr>
        <w:t>This notice is provided in accordance with the Kentucky Revised Statutes and applicable local laws.</w:t>
      </w:r>
    </w:p>
    <w:p/>
    <w:p>
      <w:r>
        <w:rPr>
          <w:b/>
          <w:sz w:val="20"/>
        </w:rPr>
        <w:t>TENANT RIGHTS AND OBLIGATIONS</w:t>
      </w:r>
    </w:p>
    <w:p>
      <w:r>
        <w:rPr>
          <w:b w:val="0"/>
          <w:sz w:val="20"/>
        </w:rPr>
        <w:t>You have the right to contest this eviction in court and may seek legal counsel. Failure to vacate by the specified date may result in legal action to recover possession of the property and monetary damages.</w:t>
      </w:r>
    </w:p>
    <w:p/>
    <w:p>
      <w:r>
        <w:rPr>
          <w:b/>
          <w:sz w:val="20"/>
        </w:rPr>
        <w:t>SECURITY DEPOSIT</w:t>
      </w:r>
    </w:p>
    <w:p>
      <w:r>
        <w:rPr>
          <w:b w:val="0"/>
          <w:sz w:val="20"/>
        </w:rPr>
        <w:t>Any security deposit held will be handled in accordance with Kentucky law. Deductions may be made for unpaid rent, damages beyond normal wear and tear, and other lawful charges.</w:t>
      </w:r>
    </w:p>
    <w:p/>
    <w:p>
      <w:r>
        <w:rPr>
          <w:b/>
          <w:sz w:val="20"/>
        </w:rPr>
        <w:t>METHOD OF NOTICE DELIVERY</w:t>
      </w:r>
    </w:p>
    <w:p>
      <w:r>
        <w:rPr>
          <w:b/>
          <w:sz w:val="20"/>
        </w:rPr>
        <w:t>This notice has been delivered by (check one):</w:t>
      </w:r>
    </w:p>
    <w:p>
      <w:r>
        <w:rPr>
          <w:b/>
          <w:sz w:val="20"/>
        </w:rPr>
        <w:t>☐ Personal delivery to tenant</w:t>
      </w:r>
    </w:p>
    <w:p>
      <w:r>
        <w:rPr>
          <w:b/>
          <w:sz w:val="20"/>
        </w:rPr>
        <w:t>☐ Posting on the premises</w:t>
      </w:r>
    </w:p>
    <w:p>
      <w:r>
        <w:rPr>
          <w:b/>
          <w:sz w:val="20"/>
        </w:rPr>
        <w:t>☐ Certified mail, return receipt requested</w:t>
      </w:r>
    </w:p>
    <w:p>
      <w:r>
        <w:rPr>
          <w:b w:val="0"/>
          <w:sz w:val="20"/>
        </w:rPr>
        <w:t>☐ Other: ________________________________________________________________</w:t>
      </w:r>
    </w:p>
    <w:p/>
    <w:p/>
    <w:p>
      <w:r>
        <w:rPr>
          <w:b w:val="0"/>
          <w:sz w:val="20"/>
        </w:rPr>
        <w:t>Landlord/Property Manager Signature: _____________________________________</w:t>
      </w:r>
    </w:p>
    <w:p>
      <w:r>
        <w:rPr>
          <w:b w:val="0"/>
          <w:sz w:val="20"/>
        </w:rPr>
        <w:t>Date: _______________________________</w:t>
      </w:r>
    </w:p>
    <w:p/>
    <w:p>
      <w:r>
        <w:rPr>
          <w:b/>
          <w:sz w:val="20"/>
        </w:rPr>
        <w:t>Tenant Acknowledgment of Receipt (optional):</w:t>
      </w:r>
    </w:p>
    <w:p>
      <w:r>
        <w:rPr>
          <w:b w:val="0"/>
          <w:sz w:val="20"/>
        </w:rPr>
        <w:t>Tenant Signature: _______________________________________________________</w:t>
      </w:r>
    </w:p>
    <w:p>
      <w:r>
        <w:rPr>
          <w:b w:val="0"/>
          <w:sz w:val="20"/>
        </w:rPr>
        <w:t>Date: 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LANDLORD/PROPERTY MANAGER</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https://docs-realestate.com/kentucky-eviction-notice-template/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kentucky-eviction-notice-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