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sz w:val="20"/>
        </w:rPr>
        <w:t>This Residential Lease Agreement ("Lease") is made and entered into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Description:</w:t>
      </w:r>
    </w:p>
    <w:p>
      <w:r>
        <w:rPr>
          <w:b w:val="0"/>
          <w:sz w:val="20"/>
        </w:rPr>
        <w:t>The Landlord hereby leases to the Tenant the residential property located at:</w:t>
      </w:r>
    </w:p>
    <w:p>
      <w:r>
        <w:rPr>
          <w:b w:val="0"/>
          <w:sz w:val="20"/>
        </w:rPr>
        <w:t>Address: ______________________________________________________________</w:t>
      </w:r>
    </w:p>
    <w:p/>
    <w:p>
      <w:r>
        <w:rPr>
          <w:b/>
          <w:sz w:val="20"/>
        </w:rPr>
        <w:t>Lease Term:</w:t>
      </w:r>
    </w:p>
    <w:p>
      <w:r>
        <w:rPr>
          <w:b w:val="0"/>
          <w:sz w:val="20"/>
        </w:rPr>
        <w:t>The lease shall commence on __________________________ and shall continue on a (select one) □ fixed-term □ month-to-month basis.</w:t>
      </w:r>
    </w:p>
    <w:p>
      <w:r>
        <w:rPr>
          <w:b w:val="0"/>
          <w:sz w:val="20"/>
        </w:rPr>
        <w:t>If fixed-term, the lease shall end on __________________________.</w:t>
      </w:r>
    </w:p>
    <w:p/>
    <w:p>
      <w:r>
        <w:rPr>
          <w:b/>
          <w:sz w:val="20"/>
        </w:rPr>
        <w:t>Rent:</w:t>
      </w:r>
    </w:p>
    <w:p>
      <w:r>
        <w:rPr>
          <w:b w:val="0"/>
          <w:sz w:val="20"/>
        </w:rPr>
        <w:t>The Tenant agrees to pay the Landlord a monthly rent of $__________________, payable in advance on or before the first day of each month.</w:t>
      </w:r>
    </w:p>
    <w:p>
      <w:r>
        <w:rPr>
          <w:b w:val="0"/>
          <w:sz w:val="20"/>
        </w:rPr>
        <w:t>Rent payments shall be made to the Landlord at the following address or such other place as the Landlord may designate in writing:</w:t>
      </w:r>
    </w:p>
    <w:p>
      <w:r>
        <w:rPr>
          <w:b w:val="0"/>
          <w:sz w:val="20"/>
        </w:rPr>
        <w:t>______________________________________________________________________</w:t>
      </w:r>
    </w:p>
    <w:p/>
    <w:p>
      <w:r>
        <w:rPr>
          <w:b/>
          <w:sz w:val="20"/>
        </w:rPr>
        <w:t>Security Deposit:</w:t>
      </w:r>
    </w:p>
    <w:p>
      <w:r>
        <w:rPr>
          <w:b w:val="0"/>
          <w:sz w:val="20"/>
        </w:rPr>
        <w:t>Upon execution of this Lease, the Tenant shall deposit with the Landlord the sum of $__________________ as a security deposit to secure the Tenant's performance of the Lease.</w:t>
      </w:r>
    </w:p>
    <w:p>
      <w:r>
        <w:rPr>
          <w:b w:val="0"/>
          <w:sz w:val="20"/>
        </w:rPr>
        <w:t>The security deposit shall be held in accordance with state laws and shall be refunded to the Tenant within the time frame required by law after termination of the Lease, less any lawful deductions.</w:t>
      </w:r>
    </w:p>
    <w:p/>
    <w:p>
      <w:r>
        <w:rPr>
          <w:b/>
          <w:sz w:val="20"/>
        </w:rPr>
        <w:t>Utilities and Services:</w:t>
      </w:r>
    </w:p>
    <w:p>
      <w:r>
        <w:rPr>
          <w:b w:val="0"/>
          <w:sz w:val="20"/>
        </w:rPr>
        <w:t>The Tenant shall be responsible for payment of the following utilities and services (check applicable):</w:t>
      </w:r>
    </w:p>
    <w:p>
      <w:r>
        <w:rPr>
          <w:b w:val="0"/>
          <w:sz w:val="20"/>
        </w:rPr>
        <w:t>□ Electricity    □ Gas    □ Water    □ Sewer    □ Trash Collection    □ Internet/Cable    □ Other: _______________________</w:t>
      </w:r>
    </w:p>
    <w:p>
      <w:r>
        <w:rPr>
          <w:b w:val="0"/>
          <w:sz w:val="20"/>
        </w:rPr>
        <w:t>The Landlord shall be responsible for payment of the following utilities and services (check applicable):</w:t>
      </w:r>
    </w:p>
    <w:p>
      <w:r>
        <w:rPr>
          <w:b w:val="0"/>
          <w:sz w:val="20"/>
        </w:rPr>
        <w:t>□ Electricity    □ Gas    □ Water    □ Sewer    □ Trash Collection    □ Internet/Cable    □ Other: _______________________</w:t>
      </w:r>
    </w:p>
    <w:p/>
    <w:p>
      <w:r>
        <w:rPr>
          <w:b/>
          <w:sz w:val="20"/>
        </w:rPr>
        <w:t>Use and Occupancy:</w:t>
      </w:r>
    </w:p>
    <w:p>
      <w:r>
        <w:rPr>
          <w:b w:val="0"/>
          <w:sz w:val="20"/>
        </w:rPr>
        <w:t>The Premises shall be used and occupied solely as a private residence by the Tenant and the following permitted occupants:</w:t>
      </w:r>
    </w:p>
    <w:p>
      <w:r>
        <w:rPr>
          <w:b w:val="0"/>
          <w:sz w:val="20"/>
        </w:rPr>
        <w:t>______________________________________________________________________</w:t>
      </w:r>
    </w:p>
    <w:p>
      <w:r>
        <w:rPr>
          <w:b w:val="0"/>
          <w:sz w:val="20"/>
        </w:rPr>
        <w:t>The Tenant shall not use the Premises for any unlawful purposes or in any manner that will increase insurance premiums or cause damage.</w:t>
      </w:r>
    </w:p>
    <w:p/>
    <w:p>
      <w:r>
        <w:rPr>
          <w:b/>
          <w:sz w:val="20"/>
        </w:rPr>
        <w:t>Maintenance and Repairs:</w:t>
      </w:r>
    </w:p>
    <w:p>
      <w:r>
        <w:rPr>
          <w:b w:val="0"/>
          <w:sz w:val="20"/>
        </w:rPr>
        <w:t>Tenant's Responsibilities:</w:t>
      </w:r>
    </w:p>
    <w:p>
      <w:r>
        <w:rPr>
          <w:b w:val="0"/>
          <w:sz w:val="20"/>
        </w:rPr>
        <w:t>- Keep the Premises clean and sanitary.</w:t>
      </w:r>
    </w:p>
    <w:p>
      <w:r>
        <w:rPr>
          <w:b w:val="0"/>
          <w:sz w:val="20"/>
        </w:rPr>
        <w:t>- Promptly notify Landlord of any damage, defects, or needed repairs.</w:t>
      </w:r>
    </w:p>
    <w:p>
      <w:r>
        <w:rPr>
          <w:b w:val="0"/>
          <w:sz w:val="20"/>
        </w:rPr>
        <w:t>- Repair or replace any damage caused by Tenant's negligence or misuse.</w:t>
      </w:r>
    </w:p>
    <w:p/>
    <w:p>
      <w:r>
        <w:rPr>
          <w:b w:val="0"/>
          <w:sz w:val="20"/>
        </w:rPr>
        <w:t>Landlord's Responsibilities:</w:t>
      </w:r>
    </w:p>
    <w:p>
      <w:r>
        <w:rPr>
          <w:b w:val="0"/>
          <w:sz w:val="20"/>
        </w:rPr>
        <w:t>- Maintain the Premises in a habitable condition, complying with all applicable housing codes.</w:t>
      </w:r>
    </w:p>
    <w:p>
      <w:r>
        <w:rPr>
          <w:b w:val="0"/>
          <w:sz w:val="20"/>
        </w:rPr>
        <w:t>- Make necessary repairs not caused by Tenant’s negligence within a reasonable time after notification.</w:t>
      </w:r>
    </w:p>
    <w:p/>
    <w:p>
      <w:r>
        <w:rPr>
          <w:b/>
          <w:sz w:val="20"/>
        </w:rPr>
        <w:t>Alterations:</w:t>
      </w:r>
    </w:p>
    <w:p>
      <w:r>
        <w:rPr>
          <w:b w:val="0"/>
          <w:sz w:val="20"/>
        </w:rPr>
        <w:t>The Tenant shall not make any alterations, additions, or improvements to the Premises without the prior written consent of the Landlord.</w:t>
      </w:r>
    </w:p>
    <w:p/>
    <w:p>
      <w:r>
        <w:rPr>
          <w:b/>
          <w:sz w:val="20"/>
        </w:rPr>
        <w:t>Entry by Landlord:</w:t>
      </w:r>
    </w:p>
    <w:p>
      <w:r>
        <w:rPr>
          <w:b w:val="0"/>
          <w:sz w:val="20"/>
        </w:rPr>
        <w:t>The Landlord may enter the Premises upon reasonable notice to the Tenant for purposes of inspection, repairs, or showing the property to prospective tenants or buyers, except in cases of emergency where no notice is required.</w:t>
      </w:r>
    </w:p>
    <w:p/>
    <w:p>
      <w:r>
        <w:rPr>
          <w:b/>
          <w:sz w:val="20"/>
        </w:rPr>
        <w:t>Pets:</w:t>
      </w:r>
    </w:p>
    <w:p>
      <w:r>
        <w:rPr>
          <w:b w:val="0"/>
          <w:sz w:val="20"/>
        </w:rPr>
        <w:t>□ Pets are not allowed on the Premises.</w:t>
      </w:r>
    </w:p>
    <w:p>
      <w:r>
        <w:rPr>
          <w:b w:val="0"/>
          <w:sz w:val="20"/>
        </w:rPr>
        <w:t>□ Pets are allowed with the following restrictions: ________________________________</w:t>
      </w:r>
    </w:p>
    <w:p/>
    <w:p>
      <w:r>
        <w:rPr>
          <w:b/>
          <w:sz w:val="20"/>
        </w:rPr>
        <w:t>Rules and Regulations:</w:t>
      </w:r>
    </w:p>
    <w:p>
      <w:r>
        <w:rPr>
          <w:b w:val="0"/>
          <w:sz w:val="20"/>
        </w:rPr>
        <w:t>The Tenant agrees to comply with all rules and regulations established by the Landlord for the safety, care, and cleanliness of the Premises and surrounding areas.</w:t>
      </w:r>
    </w:p>
    <w:p/>
    <w:p>
      <w:r>
        <w:rPr>
          <w:b/>
          <w:sz w:val="20"/>
        </w:rPr>
        <w:t>Subletting and Assignment:</w:t>
      </w:r>
    </w:p>
    <w:p>
      <w:r>
        <w:rPr>
          <w:b w:val="0"/>
          <w:sz w:val="20"/>
        </w:rPr>
        <w:t>The Tenant shall not assign this Lease or sublet any part of the Premises without the prior written consent of the Landlord.</w:t>
      </w:r>
    </w:p>
    <w:p/>
    <w:p>
      <w:r>
        <w:rPr>
          <w:b/>
          <w:sz w:val="20"/>
        </w:rPr>
        <w:t>Default and Remedies:</w:t>
      </w:r>
    </w:p>
    <w:p>
      <w:r>
        <w:rPr>
          <w:b w:val="0"/>
          <w:sz w:val="20"/>
        </w:rPr>
        <w:t>If the Tenant fails to pay rent or breaches any other term of this Lease, the Landlord may provide written notice of default and pursue all remedies permitted by law, including termination of the Lease and eviction.</w:t>
      </w:r>
    </w:p>
    <w:p/>
    <w:p>
      <w:r>
        <w:rPr>
          <w:b/>
          <w:sz w:val="20"/>
        </w:rPr>
        <w:t>Early Termination:</w:t>
      </w:r>
    </w:p>
    <w:p>
      <w:r>
        <w:rPr>
          <w:b w:val="0"/>
          <w:sz w:val="20"/>
        </w:rPr>
        <w:t>Either party may terminate this Lease prior to expiration only as permitted by law or by mutual written agreement.</w:t>
      </w:r>
    </w:p>
    <w:p/>
    <w:p>
      <w:r>
        <w:rPr>
          <w:b/>
          <w:sz w:val="20"/>
        </w:rPr>
        <w:t>Holdover Tenancy:</w:t>
      </w:r>
    </w:p>
    <w:p>
      <w:r>
        <w:rPr>
          <w:b w:val="0"/>
          <w:sz w:val="20"/>
        </w:rPr>
        <w:t>If the Tenant remains in possession after the Lease term without Landlord's consent, the Tenant shall be deemed a month-to-month tenant subject to all terms and conditions herein.</w:t>
      </w:r>
    </w:p>
    <w:p/>
    <w:p>
      <w:r>
        <w:rPr>
          <w:b/>
          <w:sz w:val="20"/>
        </w:rPr>
        <w:t>Governing Law:</w:t>
      </w:r>
    </w:p>
    <w:p>
      <w:r>
        <w:rPr>
          <w:b w:val="0"/>
          <w:sz w:val="20"/>
        </w:rPr>
        <w:t>This Lease shall be governed by and construed in accordance with the laws of the state in which the Premises are located.</w:t>
      </w:r>
    </w:p>
    <w:p/>
    <w:p>
      <w:r>
        <w:rPr>
          <w:b/>
          <w:sz w:val="20"/>
        </w:rPr>
        <w:t>Entire Agreement:</w:t>
      </w:r>
    </w:p>
    <w:p>
      <w:r>
        <w:rPr>
          <w:b w:val="0"/>
          <w:sz w:val="20"/>
        </w:rPr>
        <w:t>This Lease contains the entire agreement between the parties and supersedes all prior agreements, understandings, or representations. Any modifications must be in writing and signed by both parties.</w:t>
      </w:r>
    </w:p>
    <w:p/>
    <w:p/>
    <w:p>
      <w:pPr>
        <w:jc w:val="center"/>
      </w:pPr>
      <w:r>
        <w:rPr>
          <w:b w:val="0"/>
          <w:sz w:val="20"/>
        </w:rPr>
        <w:t>IN WITNESS WHEREOF, the parties have executed this Lease as of the date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https://docs-realestate.com/house-rental-lease-template/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house-rental-leas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