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 REMODELING CONTRACT AGREEMENT</w:t>
      </w:r>
    </w:p>
    <w:p/>
    <w:p>
      <w:r>
        <w:rPr>
          <w:b/>
          <w:sz w:val="20"/>
        </w:rPr>
        <w:t>This Home Remodeling Contract ("Contract") is entered into by and between the following parties:</w:t>
      </w:r>
    </w:p>
    <w:p/>
    <w:p>
      <w:r>
        <w:rPr>
          <w:b/>
          <w:sz w:val="20"/>
        </w:rPr>
        <w:t>Contractor Information:</w:t>
      </w:r>
    </w:p>
    <w:p>
      <w:r>
        <w:rPr>
          <w:b w:val="0"/>
          <w:sz w:val="20"/>
        </w:rPr>
        <w:t>Name / Company: _________________________________________________________</w:t>
      </w:r>
    </w:p>
    <w:p>
      <w:r>
        <w:rPr>
          <w:b w:val="0"/>
          <w:sz w:val="20"/>
        </w:rPr>
        <w:t>Business License No.: 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Homeowner Information:</w:t>
      </w:r>
    </w:p>
    <w:p>
      <w:r>
        <w:rPr>
          <w:b w:val="0"/>
          <w:sz w:val="20"/>
        </w:rPr>
        <w:t>Full Name(s): ___________________________________________________________</w:t>
      </w:r>
    </w:p>
    <w:p>
      <w:r>
        <w:rPr>
          <w:b w:val="0"/>
          <w:sz w:val="20"/>
        </w:rPr>
        <w:t>Address of Property to be Remodeled: 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1. SCOPE OF WORK</w:t>
      </w:r>
    </w:p>
    <w:p>
      <w:r>
        <w:rPr>
          <w:b w:val="0"/>
          <w:sz w:val="20"/>
        </w:rPr>
        <w:t>Contractor shall provide all labor, materials, equipment, and services necessary to perform the home remodeling work described as follows: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2. CONTRACT PRICE AND PAYMENT TERMS</w:t>
      </w:r>
    </w:p>
    <w:p>
      <w:r>
        <w:rPr>
          <w:b w:val="0"/>
          <w:sz w:val="20"/>
        </w:rPr>
        <w:t>The total contract price for the work to be performed under this Contract shall be $____________________, payable as follows:</w:t>
      </w:r>
    </w:p>
    <w:p>
      <w:r>
        <w:rPr>
          <w:b w:val="0"/>
          <w:sz w:val="20"/>
        </w:rPr>
        <w:t>- Deposit: $____________________ due upon signing this Contract.</w:t>
      </w:r>
    </w:p>
    <w:p>
      <w:r>
        <w:rPr>
          <w:b w:val="0"/>
          <w:sz w:val="20"/>
        </w:rPr>
        <w:t>- Progress Payments: $____________________ upon completion of specified milestones as follows:</w:t>
      </w:r>
    </w:p>
    <w:p>
      <w:r>
        <w:rPr>
          <w:b w:val="0"/>
          <w:sz w:val="20"/>
        </w:rPr>
        <w:t xml:space="preserve">  ______________________________________________________________________</w:t>
      </w:r>
    </w:p>
    <w:p>
      <w:r>
        <w:rPr>
          <w:b w:val="0"/>
          <w:sz w:val="20"/>
        </w:rPr>
        <w:t>- Final Payment: $____________________ due upon substantial completion and final inspection.</w:t>
      </w:r>
    </w:p>
    <w:p>
      <w:r>
        <w:rPr>
          <w:b w:val="0"/>
          <w:sz w:val="20"/>
        </w:rPr>
        <w:t>Payments shall be made by cash, check, or other agreed-upon method. Late payments may incur interest at the rate of ______% per month.</w:t>
      </w:r>
    </w:p>
    <w:p/>
    <w:p>
      <w:r>
        <w:rPr>
          <w:b/>
          <w:sz w:val="20"/>
        </w:rPr>
        <w:t>3. TIME OF COMPLETION</w:t>
      </w:r>
    </w:p>
    <w:p>
      <w:r>
        <w:rPr>
          <w:b w:val="0"/>
          <w:sz w:val="20"/>
        </w:rPr>
        <w:t>Work shall commence within _______ days after execution of this Contract and shall be substantially completed within _______ calendar days thereafter, subject to adjustments for delays beyond Contractor's control.</w:t>
      </w:r>
    </w:p>
    <w:p/>
    <w:p>
      <w:r>
        <w:rPr>
          <w:b/>
          <w:sz w:val="20"/>
        </w:rPr>
        <w:t>4. CHANGE ORDERS</w:t>
      </w:r>
    </w:p>
    <w:p>
      <w:r>
        <w:rPr>
          <w:b w:val="0"/>
          <w:sz w:val="20"/>
        </w:rPr>
        <w:t>Any changes or additions to the work described in this Contract must be made in writing and signed by both parties as a Change Order, specifying changes in the scope of work, price, and time for completion.</w:t>
      </w:r>
    </w:p>
    <w:p/>
    <w:p>
      <w:r>
        <w:rPr>
          <w:b/>
          <w:sz w:val="20"/>
        </w:rPr>
        <w:t>5. PERMITS AND APPROVALS</w:t>
      </w:r>
    </w:p>
    <w:p>
      <w:r>
        <w:rPr>
          <w:b w:val="0"/>
          <w:sz w:val="20"/>
        </w:rPr>
        <w:t>Contractor shall obtain and pay for all permits, inspections, and approvals required by local authorities to perform the work described herein.</w:t>
      </w:r>
    </w:p>
    <w:p/>
    <w:p>
      <w:r>
        <w:rPr>
          <w:b/>
          <w:sz w:val="20"/>
        </w:rPr>
        <w:t>6. WARRANTIES</w:t>
      </w:r>
    </w:p>
    <w:p>
      <w:r>
        <w:rPr>
          <w:b w:val="0"/>
          <w:sz w:val="20"/>
        </w:rPr>
        <w:t>Contractor warrants that all work performed shall be free from defects in workmanship for a period of one (1) year from the date of substantial completion, except for damages caused by misuse, neglect, or normal wear and tear. Materials shall carry their manufacturer’s warranties.</w:t>
      </w:r>
    </w:p>
    <w:p/>
    <w:p>
      <w:r>
        <w:rPr>
          <w:b/>
          <w:sz w:val="20"/>
        </w:rPr>
        <w:t>7. INSURANCE AND LIABILITY</w:t>
      </w:r>
    </w:p>
    <w:p>
      <w:r>
        <w:rPr>
          <w:b w:val="0"/>
          <w:sz w:val="20"/>
        </w:rPr>
        <w:t>Contractor shall maintain liability insurance covering the work performed and shall provide proof of insurance upon request. Contractor is not responsible for damage caused by third parties or acts of God. Homeowner shall maintain insurance on the property.</w:t>
      </w:r>
    </w:p>
    <w:p/>
    <w:p>
      <w:r>
        <w:rPr>
          <w:b/>
          <w:sz w:val="20"/>
        </w:rPr>
        <w:t>8. INDEMNIFICATION</w:t>
      </w:r>
    </w:p>
    <w:p>
      <w:r>
        <w:rPr>
          <w:b w:val="0"/>
          <w:sz w:val="20"/>
        </w:rPr>
        <w:t>Each party agrees to indemnify, defend, and hold harmless the other party from and against any claims, damages, losses, and expenses arising out of or resulting from performance of this Contract, except to the extent caused by the negligence or willful misconduct of the indemnified party.</w:t>
      </w:r>
    </w:p>
    <w:p/>
    <w:p>
      <w:r>
        <w:rPr>
          <w:b/>
          <w:sz w:val="20"/>
        </w:rPr>
        <w:t>9. TERMINATION</w:t>
      </w:r>
    </w:p>
    <w:p>
      <w:r>
        <w:rPr>
          <w:b w:val="0"/>
          <w:sz w:val="20"/>
        </w:rPr>
        <w:t>Either party may terminate this Contract upon written notice if the other party materially breaches any term and fails to cure such breach within ten (10) days after written notice thereof. In the event of termination, Homeowner shall pay Contractor for all work performed and materials purchased up to the date of termination.</w:t>
      </w:r>
    </w:p>
    <w:p/>
    <w:p>
      <w:r>
        <w:rPr>
          <w:b/>
          <w:sz w:val="20"/>
        </w:rPr>
        <w:t>10. DISPUTE RESOLUTION</w:t>
      </w:r>
    </w:p>
    <w:p>
      <w:r>
        <w:rPr>
          <w:b w:val="0"/>
          <w:sz w:val="20"/>
        </w:rPr>
        <w:t>Any dispute arising under or relating to this Contract shall be resolved first through good-faith negotiation between the parties. If unresolved, the parties agree to submit the dispute to mediation before a mutually agreed mediator. If mediation fails, either party may pursue any legal remedy available at law or equity in the courts of the state where the property is located.</w:t>
      </w:r>
    </w:p>
    <w:p/>
    <w:p>
      <w:r>
        <w:rPr>
          <w:b/>
          <w:sz w:val="20"/>
        </w:rPr>
        <w:t>11. ENTIRE AGREEMENT</w:t>
      </w:r>
    </w:p>
    <w:p>
      <w:r>
        <w:rPr>
          <w:b w:val="0"/>
          <w:sz w:val="20"/>
        </w:rPr>
        <w:t>This Contract, including any attachments or Change Orders, constitutes the entire agreement between the parties and supersedes all prior negotiations, representations, or agreements, whether written or oral.</w:t>
      </w:r>
    </w:p>
    <w:p/>
    <w:p>
      <w:r>
        <w:rPr>
          <w:b/>
          <w:sz w:val="20"/>
        </w:rPr>
        <w:t>12. GOVERNING LAW</w:t>
      </w:r>
    </w:p>
    <w:p>
      <w:r>
        <w:rPr>
          <w:b w:val="0"/>
          <w:sz w:val="20"/>
        </w:rPr>
        <w:t>This Contract shall be governed by and construed in accordance with the laws of the state in which the property is located, without regard to conflict of law principles.</w:t>
      </w:r>
    </w:p>
    <w:p/>
    <w:p>
      <w:r>
        <w:rPr>
          <w:b/>
          <w:sz w:val="20"/>
        </w:rPr>
        <w:t>13. SEVERABILITY</w:t>
      </w:r>
    </w:p>
    <w:p>
      <w:r>
        <w:rPr>
          <w:b w:val="0"/>
          <w:sz w:val="20"/>
        </w:rPr>
        <w:t>If any provision of this Contract is held to be invalid or unenforceable, the remaining provisions shall remain in full force and effect.</w:t>
      </w:r>
    </w:p>
    <w:p/>
    <w:p>
      <w:r>
        <w:rPr>
          <w:b/>
          <w:sz w:val="20"/>
        </w:rPr>
        <w:t>14. NOTICES</w:t>
      </w:r>
    </w:p>
    <w:p>
      <w:r>
        <w:rPr>
          <w:b w:val="0"/>
          <w:sz w:val="20"/>
        </w:rPr>
        <w:t>All notices under this Contract shall be in writing and shall be deemed given when delivered personally, sent by certified mail, or by email with confirmation, to the respective addresses set forth above or to such other address as either party may specify in writing.</w:t>
      </w:r>
    </w:p>
    <w:p/>
    <w:p/>
    <w:p/>
    <w:p>
      <w:r>
        <w:rPr>
          <w:b w:val="0"/>
          <w:sz w:val="20"/>
        </w:rPr>
        <w:t>IN WITNESS WHEREOF, the parties have executed this Home Remodeling Contract Agreement as of the date of signatures below.</w:t>
      </w:r>
    </w:p>
    <w:p/>
    <w:p/>
    <w:p>
      <w:r>
        <w:rPr>
          <w:b w:val="0"/>
          <w:sz w:val="20"/>
        </w:rPr>
        <w:t>Place of Agreement: ____________________________________________________________</w:t>
      </w:r>
    </w:p>
    <w:p>
      <w:r>
        <w:rPr>
          <w:b w:val="0"/>
          <w:sz w:val="20"/>
        </w:rPr>
        <w:t>Date of Agreement: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HOMEOWNER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https://docs-realestate.com/home-remodeling-contract-template/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home-remodeling-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