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FLORIDA 30-DAY NOTICE TO VACATE</w:t>
      </w:r>
    </w:p>
    <w:p/>
    <w:p/>
    <w:p>
      <w:r>
        <w:rPr>
          <w:b w:val="0"/>
          <w:sz w:val="20"/>
        </w:rPr>
        <w:t>TO: Tenant(s)</w:t>
      </w:r>
    </w:p>
    <w:p>
      <w:r>
        <w:rPr>
          <w:b w:val="0"/>
          <w:sz w:val="20"/>
        </w:rPr>
        <w:t>Address of Rental Property:</w:t>
      </w:r>
    </w:p>
    <w:p>
      <w:r>
        <w:rPr>
          <w:b w:val="0"/>
          <w:sz w:val="20"/>
        </w:rPr>
        <w:t>__________________________________________________________________________</w:t>
      </w:r>
    </w:p>
    <w:p/>
    <w:p>
      <w:r>
        <w:rPr>
          <w:b w:val="0"/>
          <w:sz w:val="20"/>
        </w:rPr>
        <w:t>FROM: Landlord/Agent</w:t>
      </w:r>
    </w:p>
    <w:p>
      <w:r>
        <w:rPr>
          <w:b w:val="0"/>
          <w:sz w:val="20"/>
        </w:rPr>
        <w:t>__________________________________________________________________________</w:t>
      </w:r>
    </w:p>
    <w:p/>
    <w:p/>
    <w:p>
      <w:r>
        <w:rPr>
          <w:b/>
          <w:sz w:val="20"/>
        </w:rPr>
        <w:t>NOTICE TO VACATE PREMISES</w:t>
      </w:r>
    </w:p>
    <w:p/>
    <w:p>
      <w:r>
        <w:rPr>
          <w:b w:val="0"/>
          <w:sz w:val="20"/>
        </w:rPr>
        <w:t>You are hereby notified that your tenancy of the above described premises will terminate thirty (30) days from the date you receive this notice. You are required to vacate and surrender possession of the premises on or before the expiration of this thirty (30) day period.</w:t>
      </w:r>
    </w:p>
    <w:p/>
    <w:p>
      <w:r>
        <w:rPr>
          <w:b w:val="0"/>
          <w:sz w:val="20"/>
        </w:rPr>
        <w:t>This notice is given pursuant to Florida Statutes, Section 83.57, and is intended to terminate your rental agreement.</w:t>
      </w:r>
    </w:p>
    <w:p/>
    <w:p>
      <w:r>
        <w:rPr>
          <w:b w:val="0"/>
          <w:sz w:val="20"/>
        </w:rPr>
        <w:t>Please remove all your personal property and return all keys to the landlord or agent by the termination date.</w:t>
      </w:r>
    </w:p>
    <w:p/>
    <w:p>
      <w:r>
        <w:rPr>
          <w:b w:val="0"/>
          <w:sz w:val="20"/>
        </w:rPr>
        <w:t>Failure to vacate by the required date may result in legal action to recover possession of the premises and any rents due.</w:t>
      </w:r>
    </w:p>
    <w:p/>
    <w:p/>
    <w:p>
      <w:r>
        <w:rPr>
          <w:b w:val="0"/>
          <w:sz w:val="20"/>
        </w:rPr>
        <w:t>Date of Notice Delivery:</w:t>
      </w:r>
    </w:p>
    <w:p>
      <w:r>
        <w:rPr>
          <w:b w:val="0"/>
          <w:sz w:val="20"/>
        </w:rPr>
        <w:t>__________________________________________________________________________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Landlord/Agent</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Printed Name: ____________________________</w:t>
            </w:r>
          </w:p>
        </w:tc>
        <w:tc>
          <w:tcPr>
            <w:tcW w:type="dxa" w:w="4986"/>
            <w:tcBorders>
              <w:top w:val="nil"/>
              <w:left w:val="nil"/>
              <w:bottom w:val="nil"/>
              <w:right w:val="nil"/>
              <w:insideH w:val="nil"/>
              <w:insideV w:val="nil"/>
            </w:tcBorders>
          </w:tcPr>
          <w:p>
            <w:pPr>
              <w:jc w:val="center"/>
            </w:pPr>
            <w:r>
              <w:t>Printed Name: ____________________________</w:t>
            </w:r>
          </w:p>
        </w:tc>
      </w:tr>
    </w:tbl>
    <w:p/>
    <w:p/>
    <w:p>
      <w:r>
        <w:rPr>
          <w:b w:val="0"/>
          <w:sz w:val="20"/>
        </w:rPr>
        <w:t>NOTICE: This document is a legal notice to vacate the rental premises and should be taken seriously. If you have questions regarding this notice or your rights under Florida law, consult an attorney or the Florida Department of Agriculture and Consumer Services.</w:t>
      </w:r>
    </w:p>
    <w:p/>
    <w:p/>
    <w:p>
      <w:r>
        <w:rPr>
          <w:b/>
          <w:sz w:val="20"/>
        </w:rPr>
        <w:t>Landlord/Agent Contact Information:</w:t>
      </w:r>
    </w:p>
    <w:p>
      <w:r>
        <w:rPr>
          <w:b w:val="0"/>
          <w:sz w:val="20"/>
        </w:rPr>
        <w:t>Name: ________________________________________________________________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r>
        <w:rPr>
          <w:b w:val="0"/>
          <w:sz w:val="20"/>
        </w:rPr>
        <w:t>Address: _____________________________________________________________</w:t>
      </w:r>
    </w:p>
    <w:p/>
    <w:p/>
    <w:p>
      <w:r>
        <w:rPr>
          <w:b/>
          <w:sz w:val="20"/>
        </w:rPr>
        <w:t>Tenant(s) Acknowledgment of Receipt:</w:t>
      </w:r>
    </w:p>
    <w:p>
      <w:r>
        <w:rPr>
          <w:b w:val="0"/>
          <w:sz w:val="20"/>
        </w:rPr>
        <w:t>I/We acknowledge receipt of this 30-Day Notice to Vacate.</w:t>
      </w:r>
    </w:p>
    <w:p/>
    <w:p>
      <w:r>
        <w:rPr>
          <w:b w:val="0"/>
          <w:sz w:val="20"/>
        </w:rPr>
        <w:t>Tenant Signature(s):</w:t>
      </w:r>
    </w:p>
    <w:p>
      <w:r>
        <w:rPr>
          <w:b w:val="0"/>
          <w:sz w:val="20"/>
        </w:rPr>
        <w:t>_________________________________________________________</w:t>
      </w:r>
    </w:p>
    <w:p>
      <w:r>
        <w:rPr>
          <w:b w:val="0"/>
          <w:sz w:val="20"/>
        </w:rPr>
        <w:t>_________________________________________________________</w:t>
      </w:r>
    </w:p>
    <w:p/>
    <w:p>
      <w:r>
        <w:rPr>
          <w:b w:val="0"/>
          <w:sz w:val="20"/>
        </w:rPr>
        <w:t>Date: ________________________________________________________________</w:t>
      </w:r>
    </w:p>
    <w:p/>
    <w:p/>
    <w:p>
      <w:r>
        <w:rPr>
          <w:b/>
          <w:sz w:val="20"/>
        </w:rPr>
        <w:t>METHOD OF DELIVERY: (Check one)</w:t>
      </w:r>
    </w:p>
    <w:p>
      <w:r>
        <w:rPr>
          <w:b w:val="0"/>
          <w:sz w:val="20"/>
        </w:rPr>
        <w:t>[ ] Personal Delivery</w:t>
      </w:r>
    </w:p>
    <w:p>
      <w:r>
        <w:rPr>
          <w:b w:val="0"/>
          <w:sz w:val="20"/>
        </w:rPr>
        <w:t>[ ] Mail</w:t>
      </w:r>
    </w:p>
    <w:p>
      <w:r>
        <w:rPr>
          <w:b w:val="0"/>
          <w:sz w:val="20"/>
        </w:rPr>
        <w:t>[ ] Posting on Premises</w:t>
      </w:r>
    </w:p>
    <w:p>
      <w:r>
        <w:rPr>
          <w:b w:val="0"/>
          <w:sz w:val="20"/>
        </w:rPr>
        <w:t>[ ] Other: ___________________________________________________________</w:t>
      </w:r>
    </w:p>
    <w:p/>
    <w:p/>
    <w:p>
      <w:r>
        <w:rPr>
          <w:b/>
          <w:sz w:val="20"/>
        </w:rPr>
        <w:t>CERTIFICATE OF SERVICE</w:t>
      </w:r>
    </w:p>
    <w:p>
      <w:r>
        <w:rPr>
          <w:b w:val="0"/>
          <w:sz w:val="20"/>
        </w:rPr>
        <w:t>I certify that a true copy of this Notice to Vacate was served on the Tenant(s) named above by the method indicated above on the date below.</w:t>
      </w:r>
    </w:p>
    <w:p/>
    <w:p>
      <w:r>
        <w:rPr>
          <w:b w:val="0"/>
          <w:sz w:val="20"/>
        </w:rPr>
        <w:t>Date of Service: ______________________________________________________</w:t>
      </w:r>
    </w:p>
    <w:p>
      <w:r>
        <w:rPr>
          <w:b w:val="0"/>
          <w:sz w:val="20"/>
        </w:rPr>
        <w:t>Served by: ___________________________________________________________</w:t>
      </w:r>
    </w:p>
    <w:p>
      <w:r>
        <w:rPr>
          <w:b w:val="0"/>
          <w:sz w:val="20"/>
        </w:rPr>
        <w:t>Signature: ____________________________________________________________</w:t>
      </w:r>
    </w:p>
    <w:p/>
    <w:p/>
    <w:p>
      <w:r>
        <w:rPr>
          <w:b w:val="0"/>
          <w:sz w:val="20"/>
        </w:rPr>
        <w:t>IMPORTANT: This notice complies with Florida Statutes and is intended to be legally enforceable. Please ensure all blanks are completed prior to serving this notice.</w:t>
      </w:r>
    </w:p>
    <w:p/>
    <w:p/>
    <w:p>
      <w:r>
        <w:br w:type="page"/>
      </w:r>
    </w:p>
    <w:p>
      <w:pPr>
        <w:jc w:val="center"/>
      </w:pPr>
      <w:r>
        <w:rPr>
          <w:color w:val="555555"/>
          <w:sz w:val="24"/>
        </w:rPr>
        <w:t>Original source of this document:</w:t>
      </w:r>
    </w:p>
    <w:p>
      <w:pPr>
        <w:jc w:val="center"/>
      </w:pPr>
      <w:hyperlink r:id="rId9">
        <w:r>
          <w:rPr>
            <w:color w:val="0000FF"/>
            <w:u w:val="single"/>
          </w:rPr>
          <w:t>https://docs-realestate.com/florida-30-day-notice-to-vacate-template/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florida-30-day-notice-to-vacate-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