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EVICTION</w:t>
      </w:r>
    </w:p>
    <w:p/>
    <w:p/>
    <w:p>
      <w:r>
        <w:rPr>
          <w:b/>
          <w:sz w:val="20"/>
        </w:rPr>
        <w:t>To:</w:t>
      </w:r>
    </w:p>
    <w:p>
      <w:r>
        <w:rPr>
          <w:b w:val="0"/>
          <w:sz w:val="20"/>
        </w:rPr>
        <w:t>Tenant Name: ________________________________________________</w:t>
      </w:r>
    </w:p>
    <w:p>
      <w:r>
        <w:rPr>
          <w:b w:val="0"/>
          <w:sz w:val="20"/>
        </w:rPr>
        <w:t>Rental Property Address: _____________________________________</w:t>
      </w:r>
    </w:p>
    <w:p>
      <w:r>
        <w:rPr>
          <w:b w:val="0"/>
          <w:sz w:val="20"/>
        </w:rPr>
        <w:t>City, State, ZIP: ___________________________________________</w:t>
      </w:r>
    </w:p>
    <w:p/>
    <w:p/>
    <w:p>
      <w:r>
        <w:rPr>
          <w:b/>
          <w:sz w:val="20"/>
        </w:rPr>
        <w:t>From:</w:t>
      </w:r>
    </w:p>
    <w:p>
      <w:r>
        <w:rPr>
          <w:b w:val="0"/>
          <w:sz w:val="20"/>
        </w:rPr>
        <w:t>Landlord/Property Manager Name: ____________________________</w:t>
      </w:r>
    </w:p>
    <w:p>
      <w:r>
        <w:rPr>
          <w:b w:val="0"/>
          <w:sz w:val="20"/>
        </w:rPr>
        <w:t>Address: ____________________________________________________</w:t>
      </w:r>
    </w:p>
    <w:p>
      <w:r>
        <w:rPr>
          <w:b w:val="0"/>
          <w:sz w:val="20"/>
        </w:rPr>
        <w:t>City, State, ZIP: ___________________________________________</w:t>
      </w:r>
    </w:p>
    <w:p>
      <w:r>
        <w:rPr>
          <w:b w:val="0"/>
          <w:sz w:val="20"/>
        </w:rPr>
        <w:t>Phone: _____________________________________________________</w:t>
      </w:r>
    </w:p>
    <w:p/>
    <w:p/>
    <w:p>
      <w:pPr>
        <w:jc w:val="center"/>
      </w:pPr>
      <w:r>
        <w:rPr>
          <w:b/>
          <w:sz w:val="20"/>
        </w:rPr>
        <w:t>Subject: Termination of Tenancy and Demand to Vacate</w:t>
      </w:r>
    </w:p>
    <w:p/>
    <w:p/>
    <w:p>
      <w:r>
        <w:rPr>
          <w:b w:val="0"/>
          <w:sz w:val="20"/>
        </w:rPr>
        <w:t>Dear Tenant,</w:t>
      </w:r>
    </w:p>
    <w:p/>
    <w:p>
      <w:r>
        <w:rPr>
          <w:b w:val="0"/>
          <w:sz w:val="20"/>
        </w:rPr>
        <w:t>This notice is to inform you that your tenancy at the above referenced rental property is hereby terminated. You are hereby required to vacate and surrender possession of the premises on or before the date specified below, in accordance with applicable laws of the United States and the State in which the property is located.</w:t>
      </w:r>
    </w:p>
    <w:p/>
    <w:p>
      <w:r>
        <w:rPr>
          <w:b w:val="0"/>
          <w:sz w:val="20"/>
        </w:rPr>
        <w:t>Termination Date: ____________________________________________</w:t>
      </w:r>
    </w:p>
    <w:p>
      <w:r>
        <w:rPr>
          <w:b w:val="0"/>
          <w:sz w:val="20"/>
        </w:rPr>
        <w:t>Vacate Date (Move-Out Date): __________________________________</w:t>
      </w:r>
    </w:p>
    <w:p/>
    <w:p>
      <w:r>
        <w:rPr>
          <w:b/>
          <w:sz w:val="20"/>
        </w:rPr>
        <w:t>Reason(s) for Eviction:</w:t>
      </w:r>
    </w:p>
    <w:p>
      <w:r>
        <w:rPr>
          <w:b w:val="0"/>
          <w:sz w:val="20"/>
        </w:rPr>
        <w:t>☐ Non-payment of rent</w:t>
      </w:r>
    </w:p>
    <w:p>
      <w:r>
        <w:rPr>
          <w:b w:val="0"/>
          <w:sz w:val="20"/>
        </w:rPr>
        <w:t>☐ Violation of lease terms</w:t>
      </w:r>
    </w:p>
    <w:p>
      <w:r>
        <w:rPr>
          <w:b w:val="0"/>
          <w:sz w:val="20"/>
        </w:rPr>
        <w:t>☐ Property damage</w:t>
      </w:r>
    </w:p>
    <w:p>
      <w:r>
        <w:rPr>
          <w:b w:val="0"/>
          <w:sz w:val="20"/>
        </w:rPr>
        <w:t>☐ Illegal activity on premises</w:t>
      </w:r>
    </w:p>
    <w:p>
      <w:r>
        <w:rPr>
          <w:b w:val="0"/>
          <w:sz w:val="20"/>
        </w:rPr>
        <w:t>☐ Expiration of lease term</w:t>
      </w:r>
    </w:p>
    <w:p>
      <w:r>
        <w:rPr>
          <w:b w:val="0"/>
          <w:sz w:val="20"/>
        </w:rPr>
        <w:t>☐ Other: _________________________________________________</w:t>
      </w:r>
    </w:p>
    <w:p/>
    <w:p>
      <w:r>
        <w:rPr>
          <w:b/>
          <w:sz w:val="20"/>
        </w:rPr>
        <w:t>Rent Information:</w:t>
      </w:r>
    </w:p>
    <w:p>
      <w:r>
        <w:rPr>
          <w:b w:val="0"/>
          <w:sz w:val="20"/>
        </w:rPr>
        <w:t>Amount of Rent Due (if applicable): $__________________________</w:t>
      </w:r>
    </w:p>
    <w:p>
      <w:r>
        <w:rPr>
          <w:b w:val="0"/>
          <w:sz w:val="20"/>
        </w:rPr>
        <w:t>Rent Due Date(s): ____________________________________________</w:t>
      </w:r>
    </w:p>
    <w:p>
      <w:r>
        <w:rPr>
          <w:b w:val="0"/>
          <w:sz w:val="20"/>
        </w:rPr>
        <w:t>Total Amount Owed: $_________________________________________</w:t>
      </w:r>
    </w:p>
    <w:p/>
    <w:p>
      <w:r>
        <w:rPr>
          <w:b/>
          <w:sz w:val="20"/>
        </w:rPr>
        <w:t>Tenant Obligations:</w:t>
      </w:r>
    </w:p>
    <w:p>
      <w:r>
        <w:rPr>
          <w:b w:val="0"/>
          <w:sz w:val="20"/>
        </w:rPr>
        <w:t>You are required to vacate the premises by the vacate date listed above, removing all personal property and returning keys to the landlord or property manager. The premises must be left in a clean and undamaged condition, subject to normal wear and tear. Failure to vacate by the specified date may result in legal action to regain possession of the property.</w:t>
      </w:r>
    </w:p>
    <w:p/>
    <w:p>
      <w:r>
        <w:rPr>
          <w:b/>
          <w:sz w:val="20"/>
        </w:rPr>
        <w:t>Security Deposit:</w:t>
      </w:r>
    </w:p>
    <w:p>
      <w:r>
        <w:rPr>
          <w:b w:val="0"/>
          <w:sz w:val="20"/>
        </w:rPr>
        <w:t>Your security deposit, if any, will be handled in accordance with applicable state laws. Deductions may be made for unpaid rent, damages beyond normal wear and tear, or other lawful costs. An itemized statement of deductions will be provided within the timeframe required by law.</w:t>
      </w:r>
    </w:p>
    <w:p/>
    <w:p>
      <w:r>
        <w:rPr>
          <w:b/>
          <w:sz w:val="20"/>
        </w:rPr>
        <w:t>Legal Rights and Notices:</w:t>
      </w:r>
    </w:p>
    <w:p>
      <w:r>
        <w:rPr>
          <w:b w:val="0"/>
          <w:sz w:val="20"/>
        </w:rPr>
        <w:t>This notice is given pursuant to the applicable provisions of federal and state law governing landlord and tenant relationships. You have the right to contest this eviction in court and to seek legal advice. Failure to comply with this notice may result in a formal eviction proceeding.</w:t>
      </w:r>
    </w:p>
    <w:p/>
    <w:p>
      <w:r>
        <w:rPr>
          <w:b/>
          <w:sz w:val="20"/>
        </w:rPr>
        <w:t>Contact Information for Assistance:</w:t>
      </w:r>
    </w:p>
    <w:p>
      <w:r>
        <w:rPr>
          <w:b w:val="0"/>
          <w:sz w:val="20"/>
        </w:rPr>
        <w:t>If you have any questions or wish to discuss this matter, please contact the landlord or property manager at the phone number or address provided above.</w:t>
      </w:r>
    </w:p>
    <w:p/>
    <w:p/>
    <w:p>
      <w:r>
        <w:rPr>
          <w:b w:val="0"/>
          <w:sz w:val="20"/>
        </w:rPr>
        <w:t>This notice is intended to comply with all legal requirements and to provide clear and enforceable instructions regarding the termination of your tenancy.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p/>
    <w:p>
      <w:r>
        <w:rPr>
          <w:b w:val="0"/>
          <w:sz w:val="20"/>
        </w:rPr>
        <w:t>Date of Execution: 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