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EVICTION NOTICE</w:t>
      </w:r>
    </w:p>
    <w:p/>
    <w:p/>
    <w:p>
      <w:r>
        <w:rPr>
          <w:b/>
          <w:sz w:val="20"/>
        </w:rPr>
        <w:t>LANDLORD INFORMATION</w:t>
      </w:r>
    </w:p>
    <w:p>
      <w:r>
        <w:rPr>
          <w:b w:val="0"/>
          <w:sz w:val="20"/>
        </w:rPr>
        <w:t>Name: _________________________________________________________________</w:t>
      </w:r>
    </w:p>
    <w:p>
      <w:r>
        <w:rPr>
          <w:b w:val="0"/>
          <w:sz w:val="20"/>
        </w:rPr>
        <w:t>Address: _______________________________________________________________</w:t>
      </w:r>
    </w:p>
    <w:p>
      <w:r>
        <w:rPr>
          <w:b w:val="0"/>
          <w:sz w:val="20"/>
        </w:rPr>
        <w:t>Phone: _________________________________________________________________</w:t>
      </w:r>
    </w:p>
    <w:p>
      <w:r>
        <w:rPr>
          <w:b w:val="0"/>
          <w:sz w:val="20"/>
        </w:rPr>
        <w:t>Email: _________________________________________________________________</w:t>
      </w:r>
    </w:p>
    <w:p/>
    <w:p>
      <w:r>
        <w:rPr>
          <w:b/>
          <w:sz w:val="20"/>
        </w:rPr>
        <w:t>TENANT INFORMATION</w:t>
      </w:r>
    </w:p>
    <w:p>
      <w:r>
        <w:rPr>
          <w:b w:val="0"/>
          <w:sz w:val="20"/>
        </w:rPr>
        <w:t>Name(s): _______________________________________________________________</w:t>
      </w:r>
    </w:p>
    <w:p>
      <w:r>
        <w:rPr>
          <w:b w:val="0"/>
          <w:sz w:val="20"/>
        </w:rPr>
        <w:t>Rental Property Address: _________________________________________________</w:t>
      </w:r>
    </w:p>
    <w:p>
      <w:r>
        <w:rPr>
          <w:b w:val="0"/>
          <w:sz w:val="20"/>
        </w:rPr>
        <w:t>Unit/Apt #: _____________________________________________________________</w:t>
      </w:r>
    </w:p>
    <w:p/>
    <w:p>
      <w:r>
        <w:rPr>
          <w:b/>
          <w:sz w:val="20"/>
        </w:rPr>
        <w:t>NOTICE DELIVERY ADDRESS (if different from rental property):</w:t>
      </w:r>
    </w:p>
    <w:p>
      <w:r>
        <w:rPr>
          <w:b w:val="0"/>
          <w:sz w:val="20"/>
        </w:rPr>
        <w:t>_____________________________________________________________________</w:t>
      </w:r>
    </w:p>
    <w:p/>
    <w:p>
      <w:pPr>
        <w:jc w:val="center"/>
      </w:pPr>
      <w:r>
        <w:rPr>
          <w:b/>
          <w:sz w:val="20"/>
        </w:rPr>
        <w:t>NOTICE TO QUIT – TERMINATION OF TENANCY</w:t>
      </w:r>
    </w:p>
    <w:p/>
    <w:p>
      <w:r>
        <w:rPr>
          <w:b w:val="0"/>
          <w:sz w:val="20"/>
        </w:rPr>
        <w:t>Dear Tenant(s),</w:t>
      </w:r>
    </w:p>
    <w:p/>
    <w:p>
      <w:r>
        <w:rPr>
          <w:b w:val="0"/>
          <w:sz w:val="20"/>
        </w:rPr>
        <w:t>This is a formal written notice to terminate your tenancy at the above-listed rental property pursuant to the laws of the Commonwealth of Virginia.</w:t>
      </w:r>
    </w:p>
    <w:p/>
    <w:p>
      <w:r>
        <w:rPr>
          <w:b/>
          <w:sz w:val="20"/>
        </w:rPr>
        <w:t>REASON FOR TERMINATION</w:t>
      </w:r>
    </w:p>
    <w:p/>
    <w:p>
      <w:r>
        <w:rPr>
          <w:b w:val="0"/>
          <w:sz w:val="20"/>
        </w:rPr>
        <w:t>Check the applicable reason(s) for this eviction notice:</w:t>
      </w:r>
    </w:p>
    <w:p>
      <w:r>
        <w:rPr>
          <w:b w:val="0"/>
          <w:sz w:val="20"/>
        </w:rPr>
        <w:t>☐ Nonpayment of Rent: You have failed to pay rent that is due and owing. Please pay all rent due within the required time frame.</w:t>
      </w:r>
    </w:p>
    <w:p>
      <w:r>
        <w:rPr>
          <w:b w:val="0"/>
          <w:sz w:val="20"/>
        </w:rPr>
        <w:t>☐ Violation of Lease: You have violated the terms of the lease agreement in the following manner:</w:t>
      </w:r>
    </w:p>
    <w:p>
      <w:r>
        <w:rPr>
          <w:b w:val="0"/>
          <w:sz w:val="20"/>
        </w:rPr>
        <w:t xml:space="preserve">    _________________________________________________________________</w:t>
      </w:r>
    </w:p>
    <w:p>
      <w:r>
        <w:rPr>
          <w:b w:val="0"/>
          <w:sz w:val="20"/>
        </w:rPr>
        <w:t xml:space="preserve">    _________________________________________________________________</w:t>
      </w:r>
    </w:p>
    <w:p>
      <w:r>
        <w:rPr>
          <w:b w:val="0"/>
          <w:sz w:val="20"/>
        </w:rPr>
        <w:t>☐ End of Lease Term: The lease term has expired, and this notice terminates your tenancy effective immediately.</w:t>
      </w:r>
    </w:p>
    <w:p>
      <w:r>
        <w:rPr>
          <w:b w:val="0"/>
          <w:sz w:val="20"/>
        </w:rPr>
        <w:t>☐ Holdover Tenancy: You are occupying the property without a lease or after lease expiration without permission.</w:t>
      </w:r>
    </w:p>
    <w:p>
      <w:r>
        <w:rPr>
          <w:b w:val="0"/>
          <w:sz w:val="20"/>
        </w:rPr>
        <w:t>☐ Other (specify): ____________________________________________________</w:t>
      </w:r>
    </w:p>
    <w:p/>
    <w:p>
      <w:r>
        <w:rPr>
          <w:b/>
          <w:sz w:val="20"/>
        </w:rPr>
        <w:t>CURE OR QUIT PROVISION</w:t>
      </w:r>
    </w:p>
    <w:p>
      <w:r>
        <w:rPr>
          <w:b w:val="0"/>
          <w:sz w:val="20"/>
        </w:rPr>
        <w:t>If the reason for this eviction is nonpayment of rent or lease violation, you are hereby given the opportunity to cure the breach or vacate the premises within the time period allowed by Virginia law.</w:t>
      </w:r>
    </w:p>
    <w:p>
      <w:r>
        <w:rPr>
          <w:b w:val="0"/>
          <w:sz w:val="20"/>
        </w:rPr>
        <w:t>Failure to comply with this notice will result in the landlord initiating legal action to regain possession of the property.</w:t>
      </w:r>
    </w:p>
    <w:p/>
    <w:p>
      <w:r>
        <w:rPr>
          <w:b/>
          <w:sz w:val="20"/>
        </w:rPr>
        <w:t>TERMINATION DATE</w:t>
      </w:r>
    </w:p>
    <w:p>
      <w:r>
        <w:rPr>
          <w:b w:val="0"/>
          <w:sz w:val="20"/>
        </w:rPr>
        <w:t>You are required to vacate the premises no later than the following date:</w:t>
      </w:r>
    </w:p>
    <w:p>
      <w:r>
        <w:rPr>
          <w:b w:val="0"/>
          <w:sz w:val="20"/>
        </w:rPr>
        <w:t>____________________________________________________________</w:t>
      </w:r>
    </w:p>
    <w:p/>
    <w:p>
      <w:r>
        <w:rPr>
          <w:b/>
          <w:sz w:val="20"/>
        </w:rPr>
        <w:t>ADDITIONAL TERMS</w:t>
      </w:r>
    </w:p>
    <w:p>
      <w:r>
        <w:rPr>
          <w:b w:val="0"/>
          <w:sz w:val="20"/>
        </w:rPr>
        <w:t>Upon vacating, please return all keys and leave the property in a clean and undamaged condition, reasonable wear and tear excepted.</w:t>
      </w:r>
    </w:p>
    <w:p>
      <w:r>
        <w:rPr>
          <w:b w:val="0"/>
          <w:sz w:val="20"/>
        </w:rPr>
        <w:t>Any personal property left on the premises after the termination date may be disposed of in accordance with Virginia law.</w:t>
      </w:r>
    </w:p>
    <w:p/>
    <w:p>
      <w:r>
        <w:rPr>
          <w:b/>
          <w:sz w:val="20"/>
        </w:rPr>
        <w:t>LEGAL REFERENCES</w:t>
      </w:r>
    </w:p>
    <w:p>
      <w:r>
        <w:rPr>
          <w:b w:val="0"/>
          <w:sz w:val="20"/>
        </w:rPr>
        <w:t>This notice is given pursuant to Virginia Code §§ 55.1-1250 et seq. and all other applicable statutes and local ordinances.</w:t>
      </w:r>
    </w:p>
    <w:p/>
    <w:p>
      <w:r>
        <w:rPr>
          <w:b/>
          <w:sz w:val="20"/>
        </w:rPr>
        <w:t>LANDLORD SIGNATURE</w:t>
      </w:r>
    </w:p>
    <w:p>
      <w:r>
        <w:rPr>
          <w:b w:val="0"/>
          <w:sz w:val="20"/>
        </w:rPr>
        <w:t>_____________________________________________</w:t>
      </w:r>
    </w:p>
    <w:p>
      <w:r>
        <w:rPr>
          <w:b w:val="0"/>
          <w:sz w:val="20"/>
        </w:rPr>
        <w:t>Printed Name: __________________________________</w:t>
      </w:r>
    </w:p>
    <w:p>
      <w:r>
        <w:rPr>
          <w:b w:val="0"/>
          <w:sz w:val="20"/>
        </w:rPr>
        <w:t>Date: _________________________________________</w:t>
      </w:r>
    </w:p>
    <w:p/>
    <w:p/>
    <w:p>
      <w:r>
        <w:rPr>
          <w:b/>
          <w:sz w:val="20"/>
        </w:rPr>
        <w:t>TENANT ACKNOWLEDGMENT OF RECEIPT</w:t>
      </w:r>
    </w:p>
    <w:p>
      <w:r>
        <w:rPr>
          <w:b w:val="0"/>
          <w:sz w:val="20"/>
        </w:rPr>
        <w:t>I hereby acknowledge receipt of this Eviction Notice.</w:t>
      </w:r>
    </w:p>
    <w:p>
      <w:r>
        <w:rPr>
          <w:b w:val="0"/>
          <w:sz w:val="20"/>
        </w:rPr>
        <w:t>Signature: ___________________________________________</w:t>
      </w:r>
    </w:p>
    <w:p>
      <w:r>
        <w:rPr>
          <w:b w:val="0"/>
          <w:sz w:val="20"/>
        </w:rPr>
        <w:t>Printed Name: ________________________________________</w:t>
      </w:r>
    </w:p>
    <w:p>
      <w:r>
        <w:rPr>
          <w:b w:val="0"/>
          <w:sz w:val="20"/>
        </w:rPr>
        <w:t>Date: _______________________________________________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LANDLORD</w:t>
            </w:r>
          </w:p>
        </w:tc>
        <w:tc>
          <w:tcPr>
            <w:tcW w:type="dxa" w:w="4986"/>
            <w:tcBorders>
              <w:top w:val="nil"/>
              <w:left w:val="nil"/>
              <w:bottom w:val="nil"/>
              <w:right w:val="nil"/>
              <w:insideH w:val="nil"/>
              <w:insideV w:val="nil"/>
            </w:tcBorders>
          </w:tcPr>
          <w:p>
            <w:pPr>
              <w:jc w:val="center"/>
            </w:pPr>
            <w:r>
              <w:t>TENANT</w:t>
            </w:r>
          </w:p>
        </w:tc>
      </w:tr>
      <w:tr>
        <w:tc>
          <w:tcPr>
            <w:tcW w:type="dxa" w:w="4986"/>
            <w:tcBorders>
              <w:top w:val="nil"/>
              <w:left w:val="nil"/>
              <w:bottom w:val="nil"/>
              <w:right w:val="nil"/>
              <w:insideH w:val="nil"/>
              <w:insideV w:val="nil"/>
            </w:tcBorders>
          </w:tcPr>
          <w:p>
            <w:pPr>
              <w:jc w:val="center"/>
            </w:pPr>
            <w:r>
              <w:br/>
              <w:br/>
              <w:t>Signature: _______________________________</w:t>
            </w:r>
          </w:p>
        </w:tc>
        <w:tc>
          <w:tcPr>
            <w:tcW w:type="dxa" w:w="4986"/>
            <w:tcBorders>
              <w:top w:val="nil"/>
              <w:left w:val="nil"/>
              <w:bottom w:val="nil"/>
              <w:right w:val="nil"/>
              <w:insideH w:val="nil"/>
              <w:insideV w:val="nil"/>
            </w:tcBorders>
          </w:tcPr>
          <w:p>
            <w:pPr>
              <w:jc w:val="center"/>
            </w:pPr>
            <w:r>
              <w:br/>
              <w:br/>
              <w:t>Signature: _______________________________</w:t>
            </w:r>
          </w:p>
        </w:tc>
      </w:tr>
      <w:tr>
        <w:tc>
          <w:tcPr>
            <w:tcW w:type="dxa" w:w="4986"/>
            <w:tcBorders>
              <w:top w:val="nil"/>
              <w:left w:val="nil"/>
              <w:bottom w:val="nil"/>
              <w:right w:val="nil"/>
              <w:insideH w:val="nil"/>
              <w:insideV w:val="nil"/>
            </w:tcBorders>
          </w:tcPr>
          <w:p>
            <w:pPr>
              <w:jc w:val="center"/>
            </w:pPr>
            <w:r>
              <w:t>Name: ____________________________________</w:t>
            </w:r>
          </w:p>
        </w:tc>
        <w:tc>
          <w:tcPr>
            <w:tcW w:type="dxa" w:w="4986"/>
            <w:tcBorders>
              <w:top w:val="nil"/>
              <w:left w:val="nil"/>
              <w:bottom w:val="nil"/>
              <w:right w:val="nil"/>
              <w:insideH w:val="nil"/>
              <w:insideV w:val="nil"/>
            </w:tcBorders>
          </w:tcPr>
          <w:p>
            <w:pPr>
              <w:jc w:val="center"/>
            </w:pPr>
            <w:r>
              <w:t>Name: ____________________________________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https://docs-realestate.com/eviction-notice-template-virginia/</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https://docs-realestate.com</w:t>
        </w:r>
      </w:hyperlink>
    </w:p>
    <w:p>
      <w:pPr>
        <w:jc w:val="center"/>
      </w:pPr>
      <w:r>
        <w:rPr>
          <w:color w:val="808080"/>
          <w:sz w:val="20"/>
        </w:rPr>
        <w:t>This template is intended exclusively for personal, non-commercial use.</w:t>
        <w:br/>
        <w:t>If distributed or published, the source must be mentioned. © docs-realestate.com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docs-realestate.com/eviction-notice-template-virginia/" TargetMode="External"/><Relationship Id="rId10" Type="http://schemas.openxmlformats.org/officeDocument/2006/relationships/hyperlink" Target="https://docs-realestat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