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EVICTION NOTICE (MICHIGAN)</w:t>
      </w:r>
    </w:p>
    <w:p/>
    <w:p/>
    <w:p>
      <w:r>
        <w:rPr>
          <w:b/>
          <w:sz w:val="20"/>
        </w:rPr>
        <w:t>To:</w:t>
      </w:r>
    </w:p>
    <w:p>
      <w:r>
        <w:rPr>
          <w:b w:val="0"/>
          <w:sz w:val="20"/>
        </w:rPr>
        <w:t>Tenant Name: ______________________________________________________</w:t>
      </w:r>
    </w:p>
    <w:p>
      <w:r>
        <w:rPr>
          <w:b w:val="0"/>
          <w:sz w:val="20"/>
        </w:rPr>
        <w:t>Rental Property Address: ____________________________________________</w:t>
      </w:r>
    </w:p>
    <w:p>
      <w:r>
        <w:rPr>
          <w:b w:val="0"/>
          <w:sz w:val="20"/>
        </w:rPr>
        <w:t>City: _______________________________ State: _____ Zip Code: _______</w:t>
      </w:r>
    </w:p>
    <w:p/>
    <w:p>
      <w:r>
        <w:rPr>
          <w:b/>
          <w:sz w:val="20"/>
        </w:rPr>
        <w:t>From:</w:t>
      </w:r>
    </w:p>
    <w:p>
      <w:r>
        <w:rPr>
          <w:b w:val="0"/>
          <w:sz w:val="20"/>
        </w:rPr>
        <w:t>Landlord/Agent Name: _______________________________________________</w:t>
      </w:r>
    </w:p>
    <w:p>
      <w:r>
        <w:rPr>
          <w:b w:val="0"/>
          <w:sz w:val="20"/>
        </w:rPr>
        <w:t>Address: ____________________________________________________________</w:t>
      </w:r>
    </w:p>
    <w:p>
      <w:r>
        <w:rPr>
          <w:b w:val="0"/>
          <w:sz w:val="20"/>
        </w:rPr>
        <w:t>City: _______________________________ State: _____ Zip Code: _______</w:t>
      </w:r>
    </w:p>
    <w:p>
      <w:r>
        <w:rPr>
          <w:b w:val="0"/>
          <w:sz w:val="20"/>
        </w:rPr>
        <w:t>Phone Number: ______________________________________________________</w:t>
      </w:r>
    </w:p>
    <w:p/>
    <w:p/>
    <w:p>
      <w:r>
        <w:rPr>
          <w:b/>
          <w:sz w:val="20"/>
        </w:rPr>
        <w:t>NOTICE TO QUIT POSSESSION OF PREMISES</w:t>
      </w:r>
    </w:p>
    <w:p/>
    <w:p>
      <w:r>
        <w:rPr>
          <w:b w:val="0"/>
          <w:sz w:val="20"/>
        </w:rPr>
        <w:t>You are hereby notified that you are in violation of your lease/rental agreement for the premises described above. This notice is to demand that you vacate and deliver possession of the premises to the undersigned landlord or agent within the time period specified by Michigan law.</w:t>
      </w:r>
    </w:p>
    <w:p/>
    <w:p>
      <w:r>
        <w:rPr>
          <w:b/>
          <w:sz w:val="20"/>
        </w:rPr>
        <w:t>Reason(s) for Eviction:</w:t>
      </w:r>
    </w:p>
    <w:p>
      <w:r>
        <w:rPr>
          <w:b w:val="0"/>
          <w:sz w:val="20"/>
        </w:rPr>
        <w:t>☐ Nonpayment of Rent</w:t>
      </w:r>
    </w:p>
    <w:p>
      <w:r>
        <w:rPr>
          <w:b w:val="0"/>
          <w:sz w:val="20"/>
        </w:rPr>
        <w:t>☐ Violation of Lease Terms</w:t>
      </w:r>
    </w:p>
    <w:p>
      <w:r>
        <w:rPr>
          <w:b w:val="0"/>
          <w:sz w:val="20"/>
        </w:rPr>
        <w:t>☐ Holdover/Tenancy at Sufferance</w:t>
      </w:r>
    </w:p>
    <w:p>
      <w:r>
        <w:rPr>
          <w:b w:val="0"/>
          <w:sz w:val="20"/>
        </w:rPr>
        <w:t>☐ Other: ____________________________________________________________</w:t>
      </w:r>
    </w:p>
    <w:p/>
    <w:p>
      <w:r>
        <w:rPr>
          <w:b/>
          <w:sz w:val="20"/>
        </w:rPr>
        <w:t>If Nonpayment of Rent:</w:t>
      </w:r>
    </w:p>
    <w:p>
      <w:r>
        <w:rPr>
          <w:b w:val="0"/>
          <w:sz w:val="20"/>
        </w:rPr>
        <w:t>Amount Due: $____________________</w:t>
      </w:r>
    </w:p>
    <w:p>
      <w:r>
        <w:rPr>
          <w:b w:val="0"/>
          <w:sz w:val="20"/>
        </w:rPr>
        <w:t>Rent Due Date(s): ___________________________________________________</w:t>
      </w:r>
    </w:p>
    <w:p>
      <w:r>
        <w:rPr>
          <w:b w:val="0"/>
          <w:sz w:val="20"/>
        </w:rPr>
        <w:t>Please be advised that under Michigan law, failure to pay rent within the due dates is a basis for termination of tenancy.</w:t>
      </w:r>
    </w:p>
    <w:p/>
    <w:p>
      <w:r>
        <w:rPr>
          <w:b/>
          <w:sz w:val="20"/>
        </w:rPr>
        <w:t>If Lease Violation:</w:t>
      </w:r>
    </w:p>
    <w:p>
      <w:r>
        <w:rPr>
          <w:b w:val="0"/>
          <w:sz w:val="20"/>
        </w:rPr>
        <w:t>Description of Violation: 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val="0"/>
          <w:sz w:val="20"/>
        </w:rPr>
        <w:t>You are required to vacate and surrender possession of the premises within 7 days after service of this notice, pursuant to Michigan Compiled Laws § 600.5714.</w:t>
      </w:r>
    </w:p>
    <w:p/>
    <w:p>
      <w:r>
        <w:rPr>
          <w:b w:val="0"/>
          <w:sz w:val="20"/>
        </w:rPr>
        <w:t>If you do not vacate the premises within the time specified, legal proceedings may be initiated against you to recover possession of the property, and you may be responsible for court costs, attorney fees, and damages as allowed by law.</w:t>
      </w:r>
    </w:p>
    <w:p/>
    <w:p/>
    <w:p>
      <w:r>
        <w:rPr>
          <w:b w:val="0"/>
          <w:sz w:val="20"/>
        </w:rPr>
        <w:t>It is recommended that you contact the landlord or agent immediately to discuss any questions or concerns regarding this notice.</w:t>
      </w:r>
    </w:p>
    <w:p/>
    <w:p/>
    <w:p>
      <w:r>
        <w:rPr>
          <w:b w:val="0"/>
          <w:sz w:val="20"/>
        </w:rPr>
        <w:t>Landlord/Agent Signature: __________________________________________</w:t>
      </w:r>
    </w:p>
    <w:p>
      <w:r>
        <w:rPr>
          <w:b w:val="0"/>
          <w:sz w:val="20"/>
        </w:rPr>
        <w:t>Date: __________________________________</w:t>
      </w:r>
    </w:p>
    <w:p/>
    <w:p/>
    <w:p>
      <w:r>
        <w:rPr>
          <w:b w:val="0"/>
          <w:sz w:val="20"/>
        </w:rPr>
        <w:t>Tenant Signature (Acknowledgement of Receipt): _____________________</w:t>
      </w:r>
    </w:p>
    <w:p>
      <w:r>
        <w:rPr>
          <w:b w:val="0"/>
          <w:sz w:val="20"/>
        </w:rPr>
        <w:t>Date: 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LANDLORD/AGENT</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https://docs-realestate.com/eviction-notice-template-michigan/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eviction-notice-template-michigan/"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