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DELAWARE RESIDENTIAL LEASE AGREEMENT</w:t>
      </w:r>
    </w:p>
    <w:p/>
    <w:p>
      <w:r>
        <w:rPr>
          <w:b/>
          <w:sz w:val="20"/>
        </w:rPr>
        <w:t>This Lease Agreement ("Lease") is made between the Landlord and Tenant(s) identified below concerning the Property described herein.</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Current Address: 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PROPERTY DESCRIPTION:</w:t>
      </w:r>
    </w:p>
    <w:p>
      <w:r>
        <w:rPr>
          <w:b w:val="0"/>
          <w:sz w:val="20"/>
        </w:rPr>
        <w:t>Address of Leased Premises: ___________________________________________</w:t>
      </w:r>
    </w:p>
    <w:p>
      <w:r>
        <w:rPr>
          <w:b w:val="0"/>
          <w:sz w:val="20"/>
        </w:rPr>
        <w:t>Type of Property (e.g., Apartment, House): ______________________________</w:t>
      </w:r>
    </w:p>
    <w:p/>
    <w:p>
      <w:r>
        <w:rPr>
          <w:b/>
          <w:sz w:val="20"/>
        </w:rPr>
        <w:t>LEASE TERM:</w:t>
      </w:r>
    </w:p>
    <w:p>
      <w:r>
        <w:rPr>
          <w:b w:val="0"/>
          <w:sz w:val="20"/>
        </w:rPr>
        <w:t>The Lease shall begin on the __________________________ and end on the __________________________.</w:t>
      </w:r>
    </w:p>
    <w:p>
      <w:r>
        <w:rPr>
          <w:b w:val="0"/>
          <w:sz w:val="20"/>
        </w:rPr>
        <w:t>This Lease is a fixed-term lease and shall automatically terminate at the end of the Lease Term unless both Parties agree in writing to extend or renew it.</w:t>
      </w:r>
    </w:p>
    <w:p/>
    <w:p>
      <w:r>
        <w:rPr>
          <w:b/>
          <w:sz w:val="20"/>
        </w:rPr>
        <w:t>RENT:</w:t>
      </w:r>
    </w:p>
    <w:p>
      <w:r>
        <w:rPr>
          <w:b w:val="0"/>
          <w:sz w:val="20"/>
        </w:rPr>
        <w:t>Monthly Rent Amount: $__________________</w:t>
      </w:r>
    </w:p>
    <w:p>
      <w:r>
        <w:rPr>
          <w:b w:val="0"/>
          <w:sz w:val="20"/>
        </w:rPr>
        <w:t>Rent is due on the _____ day of each month at the Landlord's address or another place designated by Landlord.</w:t>
      </w:r>
    </w:p>
    <w:p>
      <w:r>
        <w:rPr>
          <w:b w:val="0"/>
          <w:sz w:val="20"/>
        </w:rPr>
        <w:t>Late payments shall incur a late fee of $____________ if not received by _____ day of the month.</w:t>
      </w:r>
    </w:p>
    <w:p/>
    <w:p>
      <w:r>
        <w:rPr>
          <w:b/>
          <w:sz w:val="20"/>
        </w:rPr>
        <w:t>SECURITY DEPOSIT:</w:t>
      </w:r>
    </w:p>
    <w:p>
      <w:r>
        <w:rPr>
          <w:b w:val="0"/>
          <w:sz w:val="20"/>
        </w:rPr>
        <w:t>Tenant shall pay a security deposit in the amount of $____________ upon execution of this Lease.</w:t>
      </w:r>
    </w:p>
    <w:p>
      <w:r>
        <w:rPr>
          <w:b w:val="0"/>
          <w:sz w:val="20"/>
        </w:rPr>
        <w:t>The security deposit will be held by the Landlord in accordance with Delaware law and may be applied to unpaid rent, damages beyond normal wear and tear, or other Lease violations.</w:t>
      </w:r>
    </w:p>
    <w:p/>
    <w:p>
      <w:r>
        <w:rPr>
          <w:b/>
          <w:sz w:val="20"/>
        </w:rPr>
        <w:t>UTILITIES AND SERVICES:</w:t>
      </w:r>
    </w:p>
    <w:p>
      <w:r>
        <w:rPr>
          <w:b w:val="0"/>
          <w:sz w:val="20"/>
        </w:rPr>
        <w:t>Tenant is responsible for payment of the following utilities and services: ______________________________.</w:t>
      </w:r>
    </w:p>
    <w:p>
      <w:r>
        <w:rPr>
          <w:b w:val="0"/>
          <w:sz w:val="20"/>
        </w:rPr>
        <w:t>Landlord shall be responsible for payment of the following utilities and services: __________________________.</w:t>
      </w:r>
    </w:p>
    <w:p/>
    <w:p>
      <w:r>
        <w:rPr>
          <w:b/>
          <w:sz w:val="20"/>
        </w:rPr>
        <w:t>USE OF PREMISES:</w:t>
      </w:r>
    </w:p>
    <w:p>
      <w:r>
        <w:rPr>
          <w:b w:val="0"/>
          <w:sz w:val="20"/>
        </w:rPr>
        <w:t>The Premises shall be used solely as a residential dwelling by Tenant and Tenant's immediate family.</w:t>
      </w:r>
    </w:p>
    <w:p>
      <w:r>
        <w:rPr>
          <w:b w:val="0"/>
          <w:sz w:val="20"/>
        </w:rPr>
        <w:t>No commercial activity or illegal conduct is permitted on the Premises.</w:t>
      </w:r>
    </w:p>
    <w:p/>
    <w:p>
      <w:r>
        <w:rPr>
          <w:b/>
          <w:sz w:val="20"/>
        </w:rPr>
        <w:t>OCCUPANTS:</w:t>
      </w:r>
    </w:p>
    <w:p>
      <w:r>
        <w:rPr>
          <w:b w:val="0"/>
          <w:sz w:val="20"/>
        </w:rPr>
        <w:t>The Premises shall be occupied only by the following persons:</w:t>
      </w:r>
    </w:p>
    <w:p>
      <w:r>
        <w:rPr>
          <w:b w:val="0"/>
          <w:sz w:val="20"/>
        </w:rPr>
        <w:t>_____________________________________________________________________</w:t>
      </w:r>
    </w:p>
    <w:p/>
    <w:p>
      <w:r>
        <w:rPr>
          <w:b/>
          <w:sz w:val="20"/>
        </w:rPr>
        <w:t>MAINTENANCE AND REPAIRS:</w:t>
      </w:r>
    </w:p>
    <w:p>
      <w:r>
        <w:rPr>
          <w:b w:val="0"/>
          <w:sz w:val="20"/>
        </w:rPr>
        <w:t>Tenant shall keep the Premises clean and sanitary and shall promptly notify Landlord of any needed repairs.</w:t>
      </w:r>
    </w:p>
    <w:p>
      <w:r>
        <w:rPr>
          <w:b w:val="0"/>
          <w:sz w:val="20"/>
        </w:rPr>
        <w:t>Landlord shall be responsible for repairs not caused by Tenant negligence or misuse.</w:t>
      </w:r>
    </w:p>
    <w:p/>
    <w:p>
      <w:r>
        <w:rPr>
          <w:b/>
          <w:sz w:val="20"/>
        </w:rPr>
        <w:t>ALTERATIONS:</w:t>
      </w:r>
    </w:p>
    <w:p>
      <w:r>
        <w:rPr>
          <w:b w:val="0"/>
          <w:sz w:val="20"/>
        </w:rPr>
        <w:t>Tenant shall not make any alterations, improvements, or additions to the Premises without prior written consent of Landlord.</w:t>
      </w:r>
    </w:p>
    <w:p/>
    <w:p>
      <w:r>
        <w:rPr>
          <w:b/>
          <w:sz w:val="20"/>
        </w:rPr>
        <w:t>PETS:</w:t>
      </w:r>
    </w:p>
    <w:p>
      <w:r>
        <w:rPr>
          <w:b w:val="0"/>
          <w:sz w:val="20"/>
        </w:rPr>
        <w:t>_____________________________________________________________________</w:t>
      </w:r>
    </w:p>
    <w:p>
      <w:r>
        <w:rPr>
          <w:b w:val="0"/>
          <w:sz w:val="20"/>
        </w:rPr>
        <w:t>(Indicate whether pets are allowed or prohibited, and specify any conditions or deposits required.)</w:t>
      </w:r>
    </w:p>
    <w:p/>
    <w:p>
      <w:r>
        <w:rPr>
          <w:b/>
          <w:sz w:val="20"/>
        </w:rPr>
        <w:t>LANDLORD'S ENTRY:</w:t>
      </w:r>
    </w:p>
    <w:p>
      <w:r>
        <w:rPr>
          <w:b w:val="0"/>
          <w:sz w:val="20"/>
        </w:rPr>
        <w:t>Landlord may enter the Premises for inspection, repairs, or showing to prospective tenants or buyers upon providing reasonable notice, except in case of emergency.</w:t>
      </w:r>
    </w:p>
    <w:p/>
    <w:p>
      <w:r>
        <w:rPr>
          <w:b/>
          <w:sz w:val="20"/>
        </w:rPr>
        <w:t>RULES AND REGULATIONS:</w:t>
      </w:r>
    </w:p>
    <w:p>
      <w:r>
        <w:rPr>
          <w:b w:val="0"/>
          <w:sz w:val="20"/>
        </w:rPr>
        <w:t>Tenant agrees to comply with all rules and regulations established by Landlord for the safety, care, and cleanliness of the Premises and common areas.</w:t>
      </w:r>
    </w:p>
    <w:p/>
    <w:p>
      <w:r>
        <w:rPr>
          <w:b/>
          <w:sz w:val="20"/>
        </w:rPr>
        <w:t>SUBLEASING AND ASSIGNMENT:</w:t>
      </w:r>
    </w:p>
    <w:p>
      <w:r>
        <w:rPr>
          <w:b w:val="0"/>
          <w:sz w:val="20"/>
        </w:rPr>
        <w:t>Tenant shall not assign this Lease or sublet the Premises without prior written consent of Landlord.</w:t>
      </w:r>
    </w:p>
    <w:p/>
    <w:p>
      <w:r>
        <w:rPr>
          <w:b/>
          <w:sz w:val="20"/>
        </w:rPr>
        <w:t>DEFAULT AND REMEDIES:</w:t>
      </w:r>
    </w:p>
    <w:p>
      <w:r>
        <w:rPr>
          <w:b w:val="0"/>
          <w:sz w:val="20"/>
        </w:rPr>
        <w:t>If Tenant defaults in payment of rent or any other Lease obligation, Landlord may provide written notice and pursue remedies allowed by Delaware law, including termination and eviction.</w:t>
      </w:r>
    </w:p>
    <w:p/>
    <w:p>
      <w:r>
        <w:rPr>
          <w:b/>
          <w:sz w:val="20"/>
        </w:rPr>
        <w:t>TERMINATION:</w:t>
      </w:r>
    </w:p>
    <w:p>
      <w:r>
        <w:rPr>
          <w:b w:val="0"/>
          <w:sz w:val="20"/>
        </w:rPr>
        <w:t>Upon termination of this Lease, Tenant shall vacate the Premises, remove all personal property, and return keys to Landlord.</w:t>
      </w:r>
    </w:p>
    <w:p>
      <w:r>
        <w:rPr>
          <w:b w:val="0"/>
          <w:sz w:val="20"/>
        </w:rPr>
        <w:t>Tenant shall leave the Premises in clean condition, reasonable wear and tear excepted.</w:t>
      </w:r>
    </w:p>
    <w:p/>
    <w:p>
      <w:r>
        <w:rPr>
          <w:b/>
          <w:sz w:val="20"/>
        </w:rPr>
        <w:t>GOVERNING LAW:</w:t>
      </w:r>
    </w:p>
    <w:p>
      <w:r>
        <w:rPr>
          <w:b w:val="0"/>
          <w:sz w:val="20"/>
        </w:rPr>
        <w:t>This Lease shall be governed by and construed in accordance with the laws of the State of Delaware.</w:t>
      </w:r>
    </w:p>
    <w:p/>
    <w:p>
      <w:r>
        <w:rPr>
          <w:b/>
          <w:sz w:val="20"/>
        </w:rPr>
        <w:t>ENTIRE AGREEMENT:</w:t>
      </w:r>
    </w:p>
    <w:p>
      <w:r>
        <w:rPr>
          <w:b w:val="0"/>
          <w:sz w:val="20"/>
        </w:rPr>
        <w:t>This Lease constitutes the entire agreement between the Parties and supersedes all prior negotiations and understandings.</w:t>
      </w:r>
    </w:p>
    <w:p>
      <w:r>
        <w:rPr>
          <w:b w:val="0"/>
          <w:sz w:val="20"/>
        </w:rPr>
        <w:t>Any amendments must be in writing and signed by both Parties.</w:t>
      </w:r>
    </w:p>
    <w:p/>
    <w:p>
      <w:r>
        <w:rPr>
          <w:b/>
          <w:sz w:val="20"/>
        </w:rPr>
        <w:t>SEVERABILITY:</w:t>
      </w:r>
    </w:p>
    <w:p>
      <w:r>
        <w:rPr>
          <w:b w:val="0"/>
          <w:sz w:val="20"/>
        </w:rPr>
        <w:t>If any provision of this Lease is found to be invalid or unenforceable, the remaining provisions shall continue in full force and effect.</w:t>
      </w:r>
    </w:p>
    <w:p/>
    <w:p>
      <w:r>
        <w:rPr>
          <w:b/>
          <w:sz w:val="20"/>
        </w:rPr>
        <w:t>WAIVER:</w:t>
      </w:r>
    </w:p>
    <w:p>
      <w:r>
        <w:rPr>
          <w:b w:val="0"/>
          <w:sz w:val="20"/>
        </w:rPr>
        <w:t>Failure by either Party to enforce any provision of this Lease shall not constitute a waiver of that provision or the right to enforce it later.</w:t>
      </w:r>
    </w:p>
    <w:p/>
    <w:p>
      <w:r>
        <w:rPr>
          <w:b/>
          <w:sz w:val="20"/>
        </w:rPr>
        <w:t>NOTICES:</w:t>
      </w:r>
    </w:p>
    <w:p>
      <w:r>
        <w:rPr>
          <w:b w:val="0"/>
          <w:sz w:val="20"/>
        </w:rPr>
        <w:t>Any notices required or permitted under this Lease shall be in writing and delivered personally or sent by certified mail to the addresses set forth above.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https://docs-realestate.com/delaware-lease-agreement-template/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delaware-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