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DEED OF TRUST</w:t>
      </w:r>
    </w:p>
    <w:p/>
    <w:p/>
    <w:p>
      <w:r>
        <w:rPr>
          <w:b/>
          <w:sz w:val="22"/>
        </w:rPr>
        <w:t>PARTIES</w:t>
      </w:r>
    </w:p>
    <w:p>
      <w:r>
        <w:rPr>
          <w:b w:val="0"/>
          <w:sz w:val="20"/>
        </w:rPr>
        <w:t>This Deed of Trust is made between the following parties:</w:t>
      </w:r>
    </w:p>
    <w:p>
      <w:r>
        <w:rPr>
          <w:b w:val="0"/>
          <w:sz w:val="20"/>
        </w:rPr>
        <w:t>1. Trustor: __________________________________________________________</w:t>
      </w:r>
    </w:p>
    <w:p>
      <w:r>
        <w:rPr>
          <w:b w:val="0"/>
          <w:sz w:val="20"/>
        </w:rPr>
        <w:t xml:space="preserve">   Address: _________________________________________________________</w:t>
      </w:r>
    </w:p>
    <w:p>
      <w:r>
        <w:rPr>
          <w:b w:val="0"/>
          <w:sz w:val="20"/>
        </w:rPr>
        <w:t xml:space="preserve">   Contact details: __________________________________________________</w:t>
      </w:r>
    </w:p>
    <w:p/>
    <w:p>
      <w:r>
        <w:rPr>
          <w:b w:val="0"/>
          <w:sz w:val="20"/>
        </w:rPr>
        <w:t>2. Trustee: _________________________________________________________</w:t>
      </w:r>
    </w:p>
    <w:p>
      <w:r>
        <w:rPr>
          <w:b w:val="0"/>
          <w:sz w:val="20"/>
        </w:rPr>
        <w:t xml:space="preserve">   Address: _________________________________________________________</w:t>
      </w:r>
    </w:p>
    <w:p>
      <w:r>
        <w:rPr>
          <w:b w:val="0"/>
          <w:sz w:val="20"/>
        </w:rPr>
        <w:t xml:space="preserve">   Contact details: __________________________________________________</w:t>
      </w:r>
    </w:p>
    <w:p/>
    <w:p>
      <w:r>
        <w:rPr>
          <w:b w:val="0"/>
          <w:sz w:val="20"/>
        </w:rPr>
        <w:t>3. Beneficiary: _____________________________________________________</w:t>
      </w:r>
    </w:p>
    <w:p>
      <w:r>
        <w:rPr>
          <w:b w:val="0"/>
          <w:sz w:val="20"/>
        </w:rPr>
        <w:t xml:space="preserve">   Address: _________________________________________________________</w:t>
      </w:r>
    </w:p>
    <w:p>
      <w:r>
        <w:rPr>
          <w:b w:val="0"/>
          <w:sz w:val="20"/>
        </w:rPr>
        <w:t xml:space="preserve">   Contact details: __________________________________________________</w:t>
      </w:r>
    </w:p>
    <w:p/>
    <w:p/>
    <w:p>
      <w:r>
        <w:rPr>
          <w:b/>
          <w:sz w:val="22"/>
        </w:rPr>
        <w:t>RECITALS</w:t>
      </w:r>
    </w:p>
    <w:p>
      <w:r>
        <w:rPr>
          <w:b w:val="0"/>
          <w:sz w:val="20"/>
        </w:rPr>
        <w:t>WHEREAS, the Trustor is the legal owner of the Property described herein;</w:t>
      </w:r>
    </w:p>
    <w:p>
      <w:r>
        <w:rPr>
          <w:b w:val="0"/>
          <w:sz w:val="20"/>
        </w:rPr>
        <w:t>WHEREAS, the Trustor desires to create a security interest in the Property for the benefit of the Beneficiary;</w:t>
      </w:r>
    </w:p>
    <w:p>
      <w:r>
        <w:rPr>
          <w:b w:val="0"/>
          <w:sz w:val="20"/>
        </w:rPr>
        <w:t>WHEREAS, the Trustee agrees to hold the Property in trust under the terms set forth herein.</w:t>
      </w:r>
    </w:p>
    <w:p/>
    <w:p/>
    <w:p>
      <w:r>
        <w:rPr>
          <w:b/>
          <w:sz w:val="22"/>
        </w:rPr>
        <w:t>DEFINITIONS</w:t>
      </w:r>
    </w:p>
    <w:p>
      <w:r>
        <w:rPr>
          <w:b w:val="0"/>
          <w:sz w:val="20"/>
        </w:rPr>
        <w:t>In this Deed of Trust, unless the context otherwise requires, the following terms have the meanings given:</w:t>
      </w:r>
    </w:p>
    <w:p>
      <w:r>
        <w:rPr>
          <w:b w:val="0"/>
          <w:sz w:val="20"/>
        </w:rPr>
        <w:t>“Property” means the real estate described in Schedule A attached hereto.</w:t>
      </w:r>
    </w:p>
    <w:p>
      <w:r>
        <w:rPr>
          <w:b w:val="0"/>
          <w:sz w:val="20"/>
        </w:rPr>
        <w:t>“Trustor” means the individual or entity transferring the Property into trust.</w:t>
      </w:r>
    </w:p>
    <w:p>
      <w:r>
        <w:rPr>
          <w:b w:val="0"/>
          <w:sz w:val="20"/>
        </w:rPr>
        <w:t>“Trustee” means the individual or entity holding the Property in trust.</w:t>
      </w:r>
    </w:p>
    <w:p>
      <w:r>
        <w:rPr>
          <w:b w:val="0"/>
          <w:sz w:val="20"/>
        </w:rPr>
        <w:t>“Beneficiary” means the individual or entity entitled to benefit from this Deed of Trust.</w:t>
      </w:r>
    </w:p>
    <w:p/>
    <w:p/>
    <w:p>
      <w:r>
        <w:rPr>
          <w:b/>
          <w:sz w:val="22"/>
        </w:rPr>
        <w:t>PROPERTY</w:t>
      </w:r>
    </w:p>
    <w:p>
      <w:r>
        <w:rPr>
          <w:b w:val="0"/>
          <w:sz w:val="20"/>
        </w:rPr>
        <w:t>The Property subject to this Deed of Trust is described as follows: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p>
      <w:r>
        <w:rPr>
          <w:b/>
          <w:sz w:val="22"/>
        </w:rPr>
        <w:t>CONVEYANCE AND GRANTING CLAUSE</w:t>
      </w:r>
    </w:p>
    <w:p>
      <w:r>
        <w:rPr>
          <w:b w:val="0"/>
          <w:sz w:val="20"/>
        </w:rPr>
        <w:t>The Trustor hereby irrevocably grants, conveys, and assigns to the Trustee, in trust, the Property described above, together with all rights, privileges, and appurtenances thereto belonging, to secure the obligations set forth in this Deed of Trust.</w:t>
      </w:r>
    </w:p>
    <w:p/>
    <w:p/>
    <w:p>
      <w:r>
        <w:rPr>
          <w:b/>
          <w:sz w:val="22"/>
        </w:rPr>
        <w:t>SECURED OBLIGATIONS</w:t>
      </w:r>
    </w:p>
    <w:p>
      <w:r>
        <w:rPr>
          <w:b w:val="0"/>
          <w:sz w:val="20"/>
        </w:rPr>
        <w:t>This Deed of Trust secures the punctual payment and performance of the following obligations: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p>
      <w:r>
        <w:rPr>
          <w:b/>
          <w:sz w:val="22"/>
        </w:rPr>
        <w:t>TRUSTEE POWERS</w:t>
      </w:r>
    </w:p>
    <w:p>
      <w:r>
        <w:rPr>
          <w:b w:val="0"/>
          <w:sz w:val="20"/>
        </w:rPr>
        <w:t>The Trustee shall have the following powers in respect of the Property and this Deed of Trust:</w:t>
      </w:r>
    </w:p>
    <w:p>
      <w:r>
        <w:rPr>
          <w:b w:val="0"/>
          <w:sz w:val="20"/>
        </w:rPr>
        <w:t>- To hold, manage, and protect the Property on behalf of the Beneficiary.</w:t>
      </w:r>
    </w:p>
    <w:p>
      <w:r>
        <w:rPr>
          <w:b w:val="0"/>
          <w:sz w:val="20"/>
        </w:rPr>
        <w:t>- To enforce the terms of this Deed of Trust, including but not limited to the power of sale upon default by the Trustor.</w:t>
      </w:r>
    </w:p>
    <w:p>
      <w:r>
        <w:rPr>
          <w:b w:val="0"/>
          <w:sz w:val="20"/>
        </w:rPr>
        <w:t>- To execute and deliver all necessary documents to effectuate the transfer, sale, or disposition of the Property in accordance with this Deed of Trust.</w:t>
      </w:r>
    </w:p>
    <w:p>
      <w:r>
        <w:rPr>
          <w:b w:val="0"/>
          <w:sz w:val="20"/>
        </w:rPr>
        <w:t>- To do all acts reasonably necessary to protect the interest of the Beneficiary.</w:t>
      </w:r>
    </w:p>
    <w:p/>
    <w:p/>
    <w:p>
      <w:r>
        <w:rPr>
          <w:b/>
          <w:sz w:val="22"/>
        </w:rPr>
        <w:t>TRUSTOR'S COVENANTS</w:t>
      </w:r>
    </w:p>
    <w:p>
      <w:r>
        <w:rPr>
          <w:b w:val="0"/>
          <w:sz w:val="20"/>
        </w:rPr>
        <w:t>The Trustor covenants and agrees that:</w:t>
      </w:r>
    </w:p>
    <w:p>
      <w:r>
        <w:rPr>
          <w:b w:val="0"/>
          <w:sz w:val="20"/>
        </w:rPr>
        <w:t>- The Trustor is the lawful owner of the Property and has the right to grant this Deed of Trust.</w:t>
      </w:r>
    </w:p>
    <w:p>
      <w:r>
        <w:rPr>
          <w:b w:val="0"/>
          <w:sz w:val="20"/>
        </w:rPr>
        <w:t>- The Property is free from all liens and encumbrances except those disclosed herein.</w:t>
      </w:r>
    </w:p>
    <w:p>
      <w:r>
        <w:rPr>
          <w:b w:val="0"/>
          <w:sz w:val="20"/>
        </w:rPr>
        <w:t>- The Trustor will pay all taxes, assessments, and charges against the Property.</w:t>
      </w:r>
    </w:p>
    <w:p>
      <w:r>
        <w:rPr>
          <w:b w:val="0"/>
          <w:sz w:val="20"/>
        </w:rPr>
        <w:t>- The Trustor will not transfer or encumber the Property without the Beneficiary's prior written consent.</w:t>
      </w:r>
    </w:p>
    <w:p/>
    <w:p/>
    <w:p>
      <w:r>
        <w:rPr>
          <w:b/>
          <w:sz w:val="22"/>
        </w:rPr>
        <w:t>BENEFICIARY'S RIGHTS</w:t>
      </w:r>
    </w:p>
    <w:p>
      <w:r>
        <w:rPr>
          <w:b w:val="0"/>
          <w:sz w:val="20"/>
        </w:rPr>
        <w:t>The Beneficiary shall have the right to:</w:t>
      </w:r>
    </w:p>
    <w:p>
      <w:r>
        <w:rPr>
          <w:b w:val="0"/>
          <w:sz w:val="20"/>
        </w:rPr>
        <w:t>- Receive the benefits secured by this Deed of Trust.</w:t>
      </w:r>
    </w:p>
    <w:p>
      <w:r>
        <w:rPr>
          <w:b w:val="0"/>
          <w:sz w:val="20"/>
        </w:rPr>
        <w:t>- Enforce the obligations of the Trustor under this Deed of Trust.</w:t>
      </w:r>
    </w:p>
    <w:p>
      <w:r>
        <w:rPr>
          <w:b w:val="0"/>
          <w:sz w:val="20"/>
        </w:rPr>
        <w:t>- Receive notices and information regarding the Property and this Deed of Trust.</w:t>
      </w:r>
    </w:p>
    <w:p/>
    <w:p/>
    <w:p>
      <w:r>
        <w:rPr>
          <w:b/>
          <w:sz w:val="22"/>
        </w:rPr>
        <w:t>DEFAULT</w:t>
      </w:r>
    </w:p>
    <w:p>
      <w:r>
        <w:rPr>
          <w:b w:val="0"/>
          <w:sz w:val="20"/>
        </w:rPr>
        <w:t>The occurrence of any of the following shall constitute a default under this Deed of Trust:</w:t>
      </w:r>
    </w:p>
    <w:p>
      <w:r>
        <w:rPr>
          <w:b w:val="0"/>
          <w:sz w:val="20"/>
        </w:rPr>
        <w:t>- Failure by the Trustor to perform any secured obligation when due.</w:t>
      </w:r>
    </w:p>
    <w:p>
      <w:r>
        <w:rPr>
          <w:b w:val="0"/>
          <w:sz w:val="20"/>
        </w:rPr>
        <w:t>- Insolvency, bankruptcy, or dissolution of the Trustor.</w:t>
      </w:r>
    </w:p>
    <w:p>
      <w:r>
        <w:rPr>
          <w:b w:val="0"/>
          <w:sz w:val="20"/>
        </w:rPr>
        <w:t>- Any material misrepresentation by the Trustor in connection with this Deed of Trust.</w:t>
      </w:r>
    </w:p>
    <w:p/>
    <w:p/>
    <w:p>
      <w:r>
        <w:rPr>
          <w:b/>
          <w:sz w:val="22"/>
        </w:rPr>
        <w:t>REMEDIES UPON DEFAULT</w:t>
      </w:r>
    </w:p>
    <w:p>
      <w:r>
        <w:rPr>
          <w:b w:val="0"/>
          <w:sz w:val="20"/>
        </w:rPr>
        <w:t>Upon default, the Beneficiary or Trustee may:</w:t>
      </w:r>
    </w:p>
    <w:p>
      <w:r>
        <w:rPr>
          <w:b w:val="0"/>
          <w:sz w:val="20"/>
        </w:rPr>
        <w:t>- Declare all secured obligations immediately due and payable.</w:t>
      </w:r>
    </w:p>
    <w:p>
      <w:r>
        <w:rPr>
          <w:b w:val="0"/>
          <w:sz w:val="20"/>
        </w:rPr>
        <w:t>- Exercise the power of sale with respect to the Property, subject to applicable law.</w:t>
      </w:r>
    </w:p>
    <w:p>
      <w:r>
        <w:rPr>
          <w:b w:val="0"/>
          <w:sz w:val="20"/>
        </w:rPr>
        <w:t>- Seek any other remedies available at law or equity.</w:t>
      </w:r>
    </w:p>
    <w:p/>
    <w:p/>
    <w:p>
      <w:r>
        <w:rPr>
          <w:b/>
          <w:sz w:val="22"/>
        </w:rPr>
        <w:t>POWER OF SALE</w:t>
      </w:r>
    </w:p>
    <w:p>
      <w:r>
        <w:rPr>
          <w:b w:val="0"/>
          <w:sz w:val="20"/>
        </w:rPr>
        <w:t>The Trustee is hereby authorized, following default and provision of any required notices under applicable law, to sell the Property at public auction or by private sale, in such manner as the Trustee deems appropriate, and to apply the proceeds in satisfaction of the secured obligations, costs, and expenses.</w:t>
      </w:r>
    </w:p>
    <w:p/>
    <w:p/>
    <w:p>
      <w:r>
        <w:rPr>
          <w:b/>
          <w:sz w:val="22"/>
        </w:rPr>
        <w:t>NOTICES</w:t>
      </w:r>
    </w:p>
    <w:p>
      <w:r>
        <w:rPr>
          <w:b w:val="0"/>
          <w:sz w:val="20"/>
        </w:rPr>
        <w:t>All notices, requests, demands, and other communications given under this Deed of Trust shall be in writing and shall be deemed properly given if delivered personally or sent by registered mail or courier to the addresses of the parties as set forth herein or as subsequently notified in writing.</w:t>
      </w:r>
    </w:p>
    <w:p/>
    <w:p/>
    <w:p>
      <w:r>
        <w:rPr>
          <w:b/>
          <w:sz w:val="22"/>
        </w:rPr>
        <w:t>GOVERNING LAW</w:t>
      </w:r>
    </w:p>
    <w:p>
      <w:r>
        <w:rPr>
          <w:b w:val="0"/>
          <w:sz w:val="20"/>
        </w:rPr>
        <w:t>This Deed of Trust shall be governed by and construed in accordance with the laws of the United States of America.</w:t>
      </w:r>
    </w:p>
    <w:p/>
    <w:p/>
    <w:p>
      <w:r>
        <w:rPr>
          <w:b/>
          <w:sz w:val="22"/>
        </w:rPr>
        <w:t>ENTIRE AGREEMENT</w:t>
      </w:r>
    </w:p>
    <w:p>
      <w:r>
        <w:rPr>
          <w:b w:val="0"/>
          <w:sz w:val="20"/>
        </w:rPr>
        <w:t>This Deed of Trust contains the entire agreement among the parties and supersedes all prior agreements and understandings, whether written or oral, relating to the subject matter hereof.</w:t>
      </w:r>
    </w:p>
    <w:p/>
    <w:p/>
    <w:p>
      <w:r>
        <w:rPr>
          <w:b/>
          <w:sz w:val="22"/>
        </w:rPr>
        <w:t>AMENDMENT</w:t>
      </w:r>
    </w:p>
    <w:p>
      <w:r>
        <w:rPr>
          <w:b w:val="0"/>
          <w:sz w:val="20"/>
        </w:rPr>
        <w:t>Any amendment or modification to this Deed of Trust must be in writing and signed by all parties.</w:t>
      </w:r>
    </w:p>
    <w:p/>
    <w:p/>
    <w:p>
      <w:r>
        <w:rPr>
          <w:b/>
          <w:sz w:val="22"/>
        </w:rPr>
        <w:t>SEVERABILITY</w:t>
      </w:r>
    </w:p>
    <w:p>
      <w:r>
        <w:rPr>
          <w:b w:val="0"/>
          <w:sz w:val="20"/>
        </w:rPr>
        <w:t>If any provision of this Deed of Trust is held to be invalid or unenforceable, the remaining provisions shall remain in full force and effect.</w:t>
      </w:r>
    </w:p>
    <w:p/>
    <w:p/>
    <w:p>
      <w:r>
        <w:rPr>
          <w:b/>
          <w:sz w:val="22"/>
        </w:rPr>
        <w:t>EXECUTION</w:t>
      </w:r>
    </w:p>
    <w:p>
      <w:r>
        <w:rPr>
          <w:b w:val="0"/>
          <w:sz w:val="20"/>
        </w:rPr>
        <w:t>IN WITNESS WHEREOF, the parties have executed this Deed of Trust as a deed on the day and year first above written.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TRUSTOR</w:t>
            </w:r>
          </w:p>
        </w:tc>
        <w:tc>
          <w:tcPr>
            <w:tcW w:type="dxa" w:w="4986"/>
            <w:tcBorders>
              <w:top w:val="nil"/>
              <w:left w:val="nil"/>
              <w:bottom w:val="nil"/>
              <w:right w:val="nil"/>
              <w:insideH w:val="nil"/>
              <w:insideV w:val="nil"/>
            </w:tcBorders>
          </w:tcPr>
          <w:p>
            <w:pPr>
              <w:jc w:val="center"/>
            </w:pPr>
            <w:r>
              <w:t>TRUSTEE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p>
      <w:pPr>
        <w:jc w:val="center"/>
      </w:pPr>
      <w:r>
        <w:rPr>
          <w:b/>
          <w:sz w:val="20"/>
        </w:rPr>
        <w:t>BENEFICIARY</w:t>
      </w:r>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br/>
              <w:br/>
              <w:t>Signature: _________________________</w:t>
            </w:r>
          </w:p>
        </w:tc>
      </w:tr>
      <w:tr>
        <w:tc>
          <w:tcPr>
            <w:tcW w:type="dxa" w:w="9972"/>
            <w:tcBorders>
              <w:top w:val="nil"/>
              <w:left w:val="nil"/>
              <w:bottom w:val="nil"/>
              <w:right w:val="nil"/>
              <w:insideH w:val="nil"/>
              <w:insideV w:val="nil"/>
            </w:tcBorders>
          </w:tcPr>
          <w:p>
            <w:pPr>
              <w:jc w:val="center"/>
            </w:pPr>
            <w:r>
              <w:t>Name: ________________________________</w:t>
            </w:r>
          </w:p>
        </w:tc>
      </w:tr>
      <w:tr>
        <w:tc>
          <w:tcPr>
            <w:tcW w:type="dxa" w:w="9972"/>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https://docs-realestate.com/deed-of-trust-template-uk/</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deed-of-trust-template-uk/"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