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COMMERCIAL LEASE RENEWAL AGREEMENT</w:t>
      </w:r>
    </w:p>
    <w:p/>
    <w:p>
      <w:r>
        <w:rPr>
          <w:b/>
          <w:sz w:val="20"/>
        </w:rPr>
        <w:t>This Commercial Lease Renewal Agreement ("Agreement") is entered into by and between the following parties:</w:t>
      </w:r>
    </w:p>
    <w:p/>
    <w:p>
      <w:r>
        <w:rPr>
          <w:b/>
          <w:sz w:val="20"/>
        </w:rPr>
        <w:t>Landlord Information:</w:t>
      </w:r>
    </w:p>
    <w:p>
      <w:r>
        <w:rPr>
          <w:b w:val="0"/>
          <w:sz w:val="20"/>
        </w:rPr>
        <w:t>Full Name / Entity: 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Tenant Information:</w:t>
      </w:r>
    </w:p>
    <w:p>
      <w:r>
        <w:rPr>
          <w:b w:val="0"/>
          <w:sz w:val="20"/>
        </w:rPr>
        <w:t>Full Name / Entity: 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Landlord and Tenant entered into a Commercial Lease Agreement (the "Original Lease") dated ____________________;</w:t>
      </w:r>
    </w:p>
    <w:p>
      <w:r>
        <w:rPr>
          <w:b w:val="0"/>
          <w:sz w:val="20"/>
        </w:rPr>
        <w:t>WHEREAS, the term of the Original Lease is set to expire; and</w:t>
      </w:r>
    </w:p>
    <w:p>
      <w:r>
        <w:rPr>
          <w:b w:val="0"/>
          <w:sz w:val="20"/>
        </w:rPr>
        <w:t>WHEREAS, Landlord and Tenant desire to renew and extend the Original Lease upon the terms and conditions set forth herein.</w:t>
      </w:r>
    </w:p>
    <w:p/>
    <w:p>
      <w:r>
        <w:rPr>
          <w:b/>
          <w:sz w:val="20"/>
        </w:rPr>
        <w:t>NOW, THEREFORE, in consideration of the mutual covenants herein contained, the parties agree as follows:</w:t>
      </w:r>
    </w:p>
    <w:p/>
    <w:p>
      <w:r>
        <w:rPr>
          <w:b/>
          <w:sz w:val="20"/>
        </w:rPr>
        <w:t>1. Renewal Term</w:t>
      </w:r>
    </w:p>
    <w:p>
      <w:r>
        <w:rPr>
          <w:b w:val="0"/>
          <w:sz w:val="20"/>
        </w:rPr>
        <w:t>The Lease term is hereby renewed for a period of ____________ (number of months/years), commencing immediately upon the expiration of the Original Lease term and continuing thereafter until ____________________ , unless sooner terminated in accordance with this Agreement.</w:t>
      </w:r>
    </w:p>
    <w:p/>
    <w:p>
      <w:r>
        <w:rPr>
          <w:b/>
          <w:sz w:val="20"/>
        </w:rPr>
        <w:t>2. Premises</w:t>
      </w:r>
    </w:p>
    <w:p>
      <w:r>
        <w:rPr>
          <w:b w:val="0"/>
          <w:sz w:val="20"/>
        </w:rPr>
        <w:t>The leased premises subject to this renewal are those described in the Original Lease, located at:</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3. Rent</w:t>
      </w:r>
    </w:p>
    <w:p>
      <w:r>
        <w:rPr>
          <w:b w:val="0"/>
          <w:sz w:val="20"/>
        </w:rPr>
        <w:t>Tenant agrees to pay Landlord the sum of $______________ per month as base rent, payable in advance on the first day of each month during the Renewal Term. All rent payments shall be made to the Landlord at the address specified above or at such other place as Landlord may designate in writing.</w:t>
      </w:r>
    </w:p>
    <w:p/>
    <w:p>
      <w:r>
        <w:rPr>
          <w:b/>
          <w:sz w:val="20"/>
        </w:rPr>
        <w:t>4. Additional Charges</w:t>
      </w:r>
    </w:p>
    <w:p>
      <w:r>
        <w:rPr>
          <w:b w:val="0"/>
          <w:sz w:val="20"/>
        </w:rPr>
        <w:t>Tenant shall remain responsible for all additional charges as set forth in the Original Lease, including but not limited to utilities, maintenance fees, property taxes, insurance premiums, and any applicable Common Area Maintenance (CAM) charges.</w:t>
      </w:r>
    </w:p>
    <w:p/>
    <w:p>
      <w:r>
        <w:rPr>
          <w:b/>
          <w:sz w:val="20"/>
        </w:rPr>
        <w:t>5. Security Deposit</w:t>
      </w:r>
    </w:p>
    <w:p>
      <w:r>
        <w:rPr>
          <w:b w:val="0"/>
          <w:sz w:val="20"/>
        </w:rPr>
        <w:t>The Security Deposit held under the Original Lease shall continue to be held by Landlord and shall secure Tenant’s obligations under this Agreement. No additional deposit is required unless otherwise agreed in writing by both parties.</w:t>
      </w:r>
    </w:p>
    <w:p/>
    <w:p>
      <w:r>
        <w:rPr>
          <w:b/>
          <w:sz w:val="20"/>
        </w:rPr>
        <w:t>6. Use of Premises</w:t>
      </w:r>
    </w:p>
    <w:p>
      <w:r>
        <w:rPr>
          <w:b w:val="0"/>
          <w:sz w:val="20"/>
        </w:rPr>
        <w:t>Tenant shall use the Premises solely for lawful commercial purposes as specified in the Original Lease, and shall comply with all applicable laws, ordinances, rules, and regulations.</w:t>
      </w:r>
    </w:p>
    <w:p/>
    <w:p>
      <w:r>
        <w:rPr>
          <w:b/>
          <w:sz w:val="20"/>
        </w:rPr>
        <w:t>7. Condition of Premises</w:t>
      </w:r>
    </w:p>
    <w:p>
      <w:r>
        <w:rPr>
          <w:b w:val="0"/>
          <w:sz w:val="20"/>
        </w:rPr>
        <w:t>Tenant acknowledges that Tenant has inspected the Premises and accepts them in their existing condition, subject to the terms of the Original Lease. Tenant shall maintain the Premises in good condition and repair throughout the Renewal Term.</w:t>
      </w:r>
    </w:p>
    <w:p/>
    <w:p>
      <w:r>
        <w:rPr>
          <w:b/>
          <w:sz w:val="20"/>
        </w:rPr>
        <w:t>8. Maintenance and Repairs</w:t>
      </w:r>
    </w:p>
    <w:p>
      <w:r>
        <w:rPr>
          <w:b w:val="0"/>
          <w:sz w:val="20"/>
        </w:rPr>
        <w:t>Landlord and Tenant obligations for maintenance and repairs shall continue as set forth in the Original Lease unless otherwise specified herein.</w:t>
      </w:r>
    </w:p>
    <w:p/>
    <w:p>
      <w:r>
        <w:rPr>
          <w:b/>
          <w:sz w:val="20"/>
        </w:rPr>
        <w:t>9. Insurance</w:t>
      </w:r>
    </w:p>
    <w:p>
      <w:r>
        <w:rPr>
          <w:b w:val="0"/>
          <w:sz w:val="20"/>
        </w:rPr>
        <w:t>Tenant shall maintain insurance coverage as required under the Original Lease and provide proof of such insurance upon request by Landlord.</w:t>
      </w:r>
    </w:p>
    <w:p/>
    <w:p>
      <w:r>
        <w:rPr>
          <w:b/>
          <w:sz w:val="20"/>
        </w:rPr>
        <w:t>10. Compliance with Laws</w:t>
      </w:r>
    </w:p>
    <w:p>
      <w:r>
        <w:rPr>
          <w:b w:val="0"/>
          <w:sz w:val="20"/>
        </w:rPr>
        <w:t>Tenant shall comply with all applicable federal, state, and local laws, regulations, and ordinances in connection with its use and occupancy of the Premises.</w:t>
      </w:r>
    </w:p>
    <w:p/>
    <w:p>
      <w:r>
        <w:rPr>
          <w:b/>
          <w:sz w:val="20"/>
        </w:rPr>
        <w:t>11. Assignment and Subletting</w:t>
      </w:r>
    </w:p>
    <w:p>
      <w:r>
        <w:rPr>
          <w:b w:val="0"/>
          <w:sz w:val="20"/>
        </w:rPr>
        <w:t>Tenant shall not assign, transfer, or sublet the Premises or any part thereof without the prior written consent of Landlord, which consent shall not be unreasonably withheld.</w:t>
      </w:r>
    </w:p>
    <w:p/>
    <w:p>
      <w:r>
        <w:rPr>
          <w:b/>
          <w:sz w:val="20"/>
        </w:rPr>
        <w:t>12. Default</w:t>
      </w:r>
    </w:p>
    <w:p>
      <w:r>
        <w:rPr>
          <w:b w:val="0"/>
          <w:sz w:val="20"/>
        </w:rPr>
        <w:t>Any event of default by either party under this Agreement shall be governed by the terms and remedies set forth in the Original Lease.</w:t>
      </w:r>
    </w:p>
    <w:p/>
    <w:p>
      <w:r>
        <w:rPr>
          <w:b/>
          <w:sz w:val="20"/>
        </w:rPr>
        <w:t>13. Notices</w:t>
      </w:r>
    </w:p>
    <w:p>
      <w:r>
        <w:rPr>
          <w:b w:val="0"/>
          <w:sz w:val="20"/>
        </w:rPr>
        <w:t>All notices required or permitted under this Agreement shall be in writing and delivered to the parties at their respective addresses set forth above or such other addresses as the parties may designate in writing.</w:t>
      </w:r>
    </w:p>
    <w:p/>
    <w:p>
      <w:r>
        <w:rPr>
          <w:b/>
          <w:sz w:val="20"/>
        </w:rPr>
        <w:t>14. Entire Agreement</w:t>
      </w:r>
    </w:p>
    <w:p>
      <w:r>
        <w:rPr>
          <w:b w:val="0"/>
          <w:sz w:val="20"/>
        </w:rPr>
        <w:t>This Agreement, together with the Original Lease and any other written amendments thereto, constitutes the entire agreement between the parties with respect to the subject matter hereof and supersedes all prior negotiations, understandings, and agreements.</w:t>
      </w:r>
    </w:p>
    <w:p/>
    <w:p>
      <w:r>
        <w:rPr>
          <w:b/>
          <w:sz w:val="20"/>
        </w:rPr>
        <w:t>15. Governing Law</w:t>
      </w:r>
    </w:p>
    <w:p>
      <w:r>
        <w:rPr>
          <w:b w:val="0"/>
          <w:sz w:val="20"/>
        </w:rPr>
        <w:t>This Agreement shall be governed by and construed in accordance with the laws of the State in which the Premises are located, without regard to its conflict of law principles.</w:t>
      </w:r>
    </w:p>
    <w:p/>
    <w:p>
      <w:r>
        <w:rPr>
          <w:b/>
          <w:sz w:val="20"/>
        </w:rPr>
        <w:t>16. Counterparts and Electronic Signatures</w:t>
      </w:r>
    </w:p>
    <w:p>
      <w:r>
        <w:rPr>
          <w:b w:val="0"/>
          <w:sz w:val="20"/>
        </w:rPr>
        <w:t>This Agreement may be executed in counterparts, each of which shall be deemed an original, and all of which together shall constitute one and the same instrument. Signatures transmitted by electronic means shall be deemed original for all purposes.</w:t>
      </w:r>
    </w:p>
    <w:p/>
    <w:p/>
    <w:p>
      <w:r>
        <w:rPr>
          <w:b w:val="0"/>
          <w:sz w:val="20"/>
        </w:rPr>
        <w:t>IN WITNESS WHEREOF, the parties have executed this Commercial Lease Renewal Agreement as of the date of their signatures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___________________________</w:t>
            </w:r>
          </w:p>
        </w:tc>
        <w:tc>
          <w:tcPr>
            <w:tcW w:type="dxa" w:w="4986"/>
            <w:tcBorders>
              <w:top w:val="nil"/>
              <w:left w:val="nil"/>
              <w:bottom w:val="nil"/>
              <w:right w:val="nil"/>
              <w:insideH w:val="nil"/>
              <w:insideV w:val="nil"/>
            </w:tcBorders>
          </w:tcPr>
          <w:p>
            <w:pPr>
              <w:jc w:val="center"/>
            </w:pPr>
            <w:r>
              <w:br/>
              <w:br/>
              <w:t>Signature: ___________________________</w:t>
            </w:r>
          </w:p>
        </w:tc>
      </w:tr>
      <w:tr>
        <w:tc>
          <w:tcPr>
            <w:tcW w:type="dxa" w:w="4986"/>
            <w:tcBorders>
              <w:top w:val="nil"/>
              <w:left w:val="nil"/>
              <w:bottom w:val="nil"/>
              <w:right w:val="nil"/>
              <w:insideH w:val="nil"/>
              <w:insideV w:val="nil"/>
            </w:tcBorders>
          </w:tcPr>
          <w:p>
            <w:pPr>
              <w:jc w:val="center"/>
            </w:pPr>
            <w:r>
              <w:t>Printed Name: __________________________</w:t>
              <w:br/>
              <w:t>Title (if applicable): ___________________</w:t>
            </w:r>
          </w:p>
        </w:tc>
        <w:tc>
          <w:tcPr>
            <w:tcW w:type="dxa" w:w="4986"/>
            <w:tcBorders>
              <w:top w:val="nil"/>
              <w:left w:val="nil"/>
              <w:bottom w:val="nil"/>
              <w:right w:val="nil"/>
              <w:insideH w:val="nil"/>
              <w:insideV w:val="nil"/>
            </w:tcBorders>
          </w:tcPr>
          <w:p>
            <w:pPr>
              <w:jc w:val="center"/>
            </w:pPr>
            <w:r>
              <w:t>Printed Name: __________________________</w:t>
              <w:br/>
              <w:t>Title (if applicable): 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https://docs-realestate.com/commercial-lease-renewal-template/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commercial-lease-renewal-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