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CHANGE OF ADDRESS NOTIFICATION LETTER</w:t>
      </w:r>
    </w:p>
    <w:p/>
    <w:p/>
    <w:p>
      <w:r>
        <w:rPr>
          <w:b/>
          <w:sz w:val="20"/>
        </w:rPr>
        <w:t>From:</w:t>
      </w:r>
    </w:p>
    <w:p>
      <w:r>
        <w:rPr>
          <w:b w:val="0"/>
          <w:sz w:val="20"/>
        </w:rPr>
        <w:t>Full Name: ____________________________________________________________</w:t>
      </w:r>
    </w:p>
    <w:p>
      <w:r>
        <w:rPr>
          <w:b w:val="0"/>
          <w:sz w:val="20"/>
        </w:rPr>
        <w:t>Previous Address: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City/Town: _________________________    Postcode: _____________________</w:t>
      </w:r>
    </w:p>
    <w:p>
      <w:r>
        <w:rPr>
          <w:b w:val="0"/>
          <w:sz w:val="20"/>
        </w:rPr>
        <w:t>Contact Number: _______________________________________________________</w:t>
      </w:r>
    </w:p>
    <w:p>
      <w:r>
        <w:rPr>
          <w:b w:val="0"/>
          <w:sz w:val="20"/>
        </w:rPr>
        <w:t>Email Address: _________________________________________________________</w:t>
      </w:r>
    </w:p>
    <w:p/>
    <w:p/>
    <w:p>
      <w:r>
        <w:rPr>
          <w:b/>
          <w:sz w:val="20"/>
        </w:rPr>
        <w:t>To:</w:t>
      </w:r>
    </w:p>
    <w:p>
      <w:r>
        <w:rPr>
          <w:b w:val="0"/>
          <w:sz w:val="20"/>
        </w:rPr>
        <w:t>Organisation/Individual Name: __________________________________________</w:t>
      </w:r>
    </w:p>
    <w:p>
      <w:r>
        <w:rPr>
          <w:b w:val="0"/>
          <w:sz w:val="20"/>
        </w:rPr>
        <w:t>Address: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City/Town: _________________________    Postcode: _____________________</w:t>
      </w:r>
    </w:p>
    <w:p/>
    <w:p/>
    <w:p>
      <w:r>
        <w:rPr>
          <w:b/>
          <w:sz w:val="20"/>
        </w:rPr>
        <w:t>Subject: Notification of Change of Address</w:t>
      </w:r>
    </w:p>
    <w:p/>
    <w:p/>
    <w:p>
      <w:r>
        <w:rPr>
          <w:b w:val="0"/>
          <w:sz w:val="20"/>
        </w:rPr>
        <w:t>Dear Sir or Madam,</w:t>
      </w:r>
    </w:p>
    <w:p/>
    <w:p>
      <w:r>
        <w:rPr>
          <w:b w:val="0"/>
          <w:sz w:val="20"/>
        </w:rPr>
        <w:t>I am writing to formally notify you that my residential address has changed. Please update your records accordingly to ensure all future correspondence is sent to my new address.</w:t>
      </w:r>
    </w:p>
    <w:p/>
    <w:p>
      <w:r>
        <w:rPr>
          <w:b w:val="0"/>
          <w:sz w:val="20"/>
        </w:rPr>
        <w:t>Previous Address: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City/Town: _________________________    Postcode: _____________________</w:t>
      </w:r>
    </w:p>
    <w:p/>
    <w:p>
      <w:r>
        <w:rPr>
          <w:b w:val="0"/>
          <w:sz w:val="20"/>
        </w:rPr>
        <w:t>New Address: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City/Town: _________________________    Postcode: _____________________</w:t>
      </w:r>
    </w:p>
    <w:p/>
    <w:p>
      <w:r>
        <w:rPr>
          <w:b w:val="0"/>
          <w:sz w:val="20"/>
        </w:rPr>
        <w:t>Please update your records to reflect this change with immediate effect. If you require any further information or verification regarding this change, please do not hesitate to contact me at the telephone number or email address provided above.</w:t>
      </w:r>
    </w:p>
    <w:p/>
    <w:p>
      <w:r>
        <w:rPr>
          <w:b w:val="0"/>
          <w:sz w:val="20"/>
        </w:rPr>
        <w:t>I confirm that this notification serves as my formal instruction to update all records and communications accordingly and that I take full responsibility for any issues arising from a failure to update my address in a timely manner.</w:t>
      </w:r>
    </w:p>
    <w:p/>
    <w:p/>
    <w:p>
      <w:r>
        <w:rPr>
          <w:b w:val="0"/>
          <w:sz w:val="20"/>
        </w:rPr>
        <w:t>Thank you for your attention to this matter.</w:t>
      </w:r>
    </w:p>
    <w:p/>
    <w:p/>
    <w:p>
      <w:r>
        <w:rPr>
          <w:b w:val="0"/>
          <w:sz w:val="20"/>
        </w:rPr>
        <w:t>Yours faithfully,</w:t>
      </w:r>
    </w:p>
    <w:p/>
    <w:p/>
    <w:p/>
    <w:p>
      <w:r>
        <w:rPr>
          <w:b w:val="0"/>
          <w:sz w:val="20"/>
        </w:rPr>
        <w:t>Signature: ______________________________________</w:t>
      </w:r>
    </w:p>
    <w:p>
      <w:r>
        <w:rPr>
          <w:b w:val="0"/>
          <w:sz w:val="20"/>
        </w:rPr>
        <w:t>Full Name: 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t>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https://docs-realestate.com/change-of-address-letter-template-uk/</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change-of-address-letter-template-uk/"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