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CALIFORNIA RESIDENTIAL RENTAL APPLICATION</w:t>
      </w:r>
    </w:p>
    <w:p/>
    <w:p/>
    <w:p>
      <w:r>
        <w:rPr>
          <w:b/>
          <w:sz w:val="22"/>
        </w:rPr>
        <w:t>Applicant Information:</w:t>
      </w:r>
    </w:p>
    <w:p>
      <w:r>
        <w:rPr>
          <w:b w:val="0"/>
          <w:sz w:val="20"/>
        </w:rPr>
        <w:t>Full Name: ______________________________________________________________</w:t>
      </w:r>
    </w:p>
    <w:p>
      <w:r>
        <w:rPr>
          <w:b w:val="0"/>
          <w:sz w:val="20"/>
        </w:rPr>
        <w:t>Date of Birth: __________________________________________________________</w:t>
      </w:r>
    </w:p>
    <w:p>
      <w:r>
        <w:rPr>
          <w:b w:val="0"/>
          <w:sz w:val="20"/>
        </w:rPr>
        <w:t>Social Security Number (optional): _______________________________________</w:t>
      </w:r>
    </w:p>
    <w:p>
      <w:r>
        <w:rPr>
          <w:b w:val="0"/>
          <w:sz w:val="20"/>
        </w:rPr>
        <w:t>Driver’s License or ID Number: ____________________________________________</w:t>
      </w:r>
    </w:p>
    <w:p>
      <w:r>
        <w:rPr>
          <w:b w:val="0"/>
          <w:sz w:val="20"/>
        </w:rPr>
        <w:t>Phone Number: ___________________________________________________________</w:t>
      </w:r>
    </w:p>
    <w:p>
      <w:r>
        <w:rPr>
          <w:b w:val="0"/>
          <w:sz w:val="20"/>
        </w:rPr>
        <w:t>Email Address: ___________________________________________________________</w:t>
      </w:r>
    </w:p>
    <w:p>
      <w:r>
        <w:rPr>
          <w:b w:val="0"/>
          <w:sz w:val="20"/>
        </w:rPr>
        <w:t>Current Address: _________________________________________________________</w:t>
      </w:r>
    </w:p>
    <w:p>
      <w:r>
        <w:rPr>
          <w:b w:val="0"/>
          <w:sz w:val="20"/>
        </w:rPr>
        <w:t>City: ___________________________ State: __________ Zip: ________________</w:t>
      </w:r>
    </w:p>
    <w:p>
      <w:r>
        <w:rPr>
          <w:b w:val="0"/>
          <w:sz w:val="20"/>
        </w:rPr>
        <w:t>Length of Residency: ________________ Reason for Leaving: ________________</w:t>
      </w:r>
    </w:p>
    <w:p/>
    <w:p>
      <w:r>
        <w:rPr>
          <w:b/>
          <w:sz w:val="22"/>
        </w:rPr>
        <w:t>Co-Applicant Information (if any):</w:t>
      </w:r>
    </w:p>
    <w:p>
      <w:r>
        <w:rPr>
          <w:b w:val="0"/>
          <w:sz w:val="20"/>
        </w:rPr>
        <w:t>Full Name: ______________________________________________________________</w:t>
      </w:r>
    </w:p>
    <w:p>
      <w:r>
        <w:rPr>
          <w:b w:val="0"/>
          <w:sz w:val="20"/>
        </w:rPr>
        <w:t>Date of Birth: __________________________________________________________</w:t>
      </w:r>
    </w:p>
    <w:p>
      <w:r>
        <w:rPr>
          <w:b w:val="0"/>
          <w:sz w:val="20"/>
        </w:rPr>
        <w:t>Social Security Number (optional): _______________________________________</w:t>
      </w:r>
    </w:p>
    <w:p>
      <w:r>
        <w:rPr>
          <w:b w:val="0"/>
          <w:sz w:val="20"/>
        </w:rPr>
        <w:t>Driver’s License or ID Number: ____________________________________________</w:t>
      </w:r>
    </w:p>
    <w:p>
      <w:r>
        <w:rPr>
          <w:b w:val="0"/>
          <w:sz w:val="20"/>
        </w:rPr>
        <w:t>Phone Number: ___________________________________________________________</w:t>
      </w:r>
    </w:p>
    <w:p/>
    <w:p>
      <w:r>
        <w:rPr>
          <w:b/>
          <w:sz w:val="22"/>
        </w:rPr>
        <w:t>Rental Property Information:</w:t>
      </w:r>
    </w:p>
    <w:p>
      <w:r>
        <w:rPr>
          <w:b w:val="0"/>
          <w:sz w:val="20"/>
        </w:rPr>
        <w:t>Property Address: ________________________________________________________</w:t>
      </w:r>
    </w:p>
    <w:p>
      <w:r>
        <w:rPr>
          <w:b w:val="0"/>
          <w:sz w:val="20"/>
        </w:rPr>
        <w:t>Unit/Apt #: _____________________________________________________________</w:t>
      </w:r>
    </w:p>
    <w:p>
      <w:r>
        <w:rPr>
          <w:b w:val="0"/>
          <w:sz w:val="20"/>
        </w:rPr>
        <w:t>City: ___________________________ State: __________ Zip: ________________</w:t>
      </w:r>
    </w:p>
    <w:p>
      <w:r>
        <w:rPr>
          <w:b w:val="0"/>
          <w:sz w:val="20"/>
        </w:rPr>
        <w:t>Monthly Rent: $____________________ Security Deposit: $___________________</w:t>
      </w:r>
    </w:p>
    <w:p>
      <w:r>
        <w:rPr>
          <w:b w:val="0"/>
          <w:sz w:val="20"/>
        </w:rPr>
        <w:t>Lease Term Requested: ___________________________________________________</w:t>
      </w:r>
    </w:p>
    <w:p/>
    <w:p>
      <w:r>
        <w:rPr>
          <w:b/>
          <w:sz w:val="22"/>
        </w:rPr>
        <w:t>Employment Information:</w:t>
      </w:r>
    </w:p>
    <w:p>
      <w:r>
        <w:rPr>
          <w:b w:val="0"/>
          <w:sz w:val="20"/>
        </w:rPr>
        <w:t>Current Employer: _______________________________________________________</w:t>
      </w:r>
    </w:p>
    <w:p>
      <w:r>
        <w:rPr>
          <w:b w:val="0"/>
          <w:sz w:val="20"/>
        </w:rPr>
        <w:t>Employer Address: _______________________________________________________</w:t>
      </w:r>
    </w:p>
    <w:p>
      <w:r>
        <w:rPr>
          <w:b w:val="0"/>
          <w:sz w:val="20"/>
        </w:rPr>
        <w:t>Phone Number: ___________________________________________________________</w:t>
      </w:r>
    </w:p>
    <w:p>
      <w:r>
        <w:rPr>
          <w:b w:val="0"/>
          <w:sz w:val="20"/>
        </w:rPr>
        <w:t>Position/Title: __________________________________________________________</w:t>
      </w:r>
    </w:p>
    <w:p>
      <w:r>
        <w:rPr>
          <w:b w:val="0"/>
          <w:sz w:val="20"/>
        </w:rPr>
        <w:t>Supervisor Name: _________________________________________________________</w:t>
      </w:r>
    </w:p>
    <w:p>
      <w:r>
        <w:rPr>
          <w:b w:val="0"/>
          <w:sz w:val="20"/>
        </w:rPr>
        <w:t>Length of Employment: ___________________________________________________</w:t>
      </w:r>
    </w:p>
    <w:p>
      <w:r>
        <w:rPr>
          <w:b w:val="0"/>
          <w:sz w:val="20"/>
        </w:rPr>
        <w:t>Monthly Income: $________________________________________________________</w:t>
      </w:r>
    </w:p>
    <w:p/>
    <w:p>
      <w:r>
        <w:rPr>
          <w:b w:val="0"/>
          <w:sz w:val="20"/>
        </w:rPr>
        <w:t>Additional Income Sources (please specify):</w:t>
      </w:r>
    </w:p>
    <w:p>
      <w:r>
        <w:rPr>
          <w:b w:val="0"/>
          <w:sz w:val="20"/>
        </w:rPr>
        <w:t>Source 1: __________________________ Amount: $___________________________</w:t>
      </w:r>
    </w:p>
    <w:p>
      <w:r>
        <w:rPr>
          <w:b w:val="0"/>
          <w:sz w:val="20"/>
        </w:rPr>
        <w:t>Source 2: __________________________ Amount: $___________________________</w:t>
      </w:r>
    </w:p>
    <w:p/>
    <w:p>
      <w:r>
        <w:rPr>
          <w:b/>
          <w:sz w:val="22"/>
        </w:rPr>
        <w:t>Previous Employment (last 2 years):</w:t>
      </w:r>
    </w:p>
    <w:p>
      <w:r>
        <w:rPr>
          <w:b w:val="0"/>
          <w:sz w:val="20"/>
        </w:rPr>
        <w:t>Employer: _______________________________________________________________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r>
        <w:rPr>
          <w:b w:val="0"/>
          <w:sz w:val="20"/>
        </w:rPr>
        <w:t>Position/Title: __________________________________________________________</w:t>
      </w:r>
    </w:p>
    <w:p>
      <w:r>
        <w:rPr>
          <w:b w:val="0"/>
          <w:sz w:val="20"/>
        </w:rPr>
        <w:t>Dates of Employment: From ______________ To ______________</w:t>
      </w:r>
    </w:p>
    <w:p/>
    <w:p>
      <w:r>
        <w:rPr>
          <w:b/>
          <w:sz w:val="22"/>
        </w:rPr>
        <w:t>Rental History (last 3 years):</w:t>
      </w:r>
    </w:p>
    <w:p>
      <w:r>
        <w:rPr>
          <w:b w:val="0"/>
          <w:sz w:val="20"/>
        </w:rPr>
        <w:t>Current/Previous Address: _______________________________________________</w:t>
      </w:r>
    </w:p>
    <w:p>
      <w:r>
        <w:rPr>
          <w:b w:val="0"/>
          <w:sz w:val="20"/>
        </w:rPr>
        <w:t>Landlord Name: __________________________________________________________</w:t>
      </w:r>
    </w:p>
    <w:p>
      <w:r>
        <w:rPr>
          <w:b w:val="0"/>
          <w:sz w:val="20"/>
        </w:rPr>
        <w:t>Landlord Phone Number: _________________________________________________</w:t>
      </w:r>
    </w:p>
    <w:p>
      <w:r>
        <w:rPr>
          <w:b w:val="0"/>
          <w:sz w:val="20"/>
        </w:rPr>
        <w:t>Monthly Rent: $__________________ Duration of Residency: __________________</w:t>
      </w:r>
    </w:p>
    <w:p>
      <w:r>
        <w:rPr>
          <w:b w:val="0"/>
          <w:sz w:val="20"/>
        </w:rPr>
        <w:t>Reason for Leaving: _____________________________________________________</w:t>
      </w:r>
    </w:p>
    <w:p/>
    <w:p>
      <w:r>
        <w:rPr>
          <w:b/>
          <w:sz w:val="22"/>
        </w:rPr>
        <w:t>Personal References (not related):</w:t>
      </w:r>
    </w:p>
    <w:p>
      <w:r>
        <w:rPr>
          <w:b w:val="0"/>
          <w:sz w:val="20"/>
        </w:rPr>
        <w:t>Reference 1 Name: ______________________________________________________</w:t>
      </w:r>
    </w:p>
    <w:p>
      <w:r>
        <w:rPr>
          <w:b w:val="0"/>
          <w:sz w:val="20"/>
        </w:rPr>
        <w:t>Phone Number: ___________________________________________________________</w:t>
      </w:r>
    </w:p>
    <w:p>
      <w:r>
        <w:rPr>
          <w:b w:val="0"/>
          <w:sz w:val="20"/>
        </w:rPr>
        <w:t>Relationship: ___________________________________________________________</w:t>
      </w:r>
    </w:p>
    <w:p/>
    <w:p>
      <w:r>
        <w:rPr>
          <w:b w:val="0"/>
          <w:sz w:val="20"/>
        </w:rPr>
        <w:t>Reference 2 Name: ______________________________________________________</w:t>
      </w:r>
    </w:p>
    <w:p>
      <w:r>
        <w:rPr>
          <w:b w:val="0"/>
          <w:sz w:val="20"/>
        </w:rPr>
        <w:t>Phone Number: ___________________________________________________________</w:t>
      </w:r>
    </w:p>
    <w:p>
      <w:r>
        <w:rPr>
          <w:b w:val="0"/>
          <w:sz w:val="20"/>
        </w:rPr>
        <w:t>Relationship: ___________________________________________________________</w:t>
      </w:r>
    </w:p>
    <w:p/>
    <w:p>
      <w:r>
        <w:rPr>
          <w:b/>
          <w:sz w:val="22"/>
        </w:rPr>
        <w:t>Vehicle Information (if parking space requested):</w:t>
      </w:r>
    </w:p>
    <w:p>
      <w:r>
        <w:rPr>
          <w:b w:val="0"/>
          <w:sz w:val="20"/>
        </w:rPr>
        <w:t>Make/Model: ____________________________________________________________</w:t>
      </w:r>
    </w:p>
    <w:p>
      <w:r>
        <w:rPr>
          <w:b w:val="0"/>
          <w:sz w:val="20"/>
        </w:rPr>
        <w:t>Year: __________________ License Plate #: _______________________________</w:t>
      </w:r>
    </w:p>
    <w:p>
      <w:r>
        <w:rPr>
          <w:b w:val="0"/>
          <w:sz w:val="20"/>
        </w:rPr>
        <w:t>State of Registration: _________________________________________________</w:t>
      </w:r>
    </w:p>
    <w:p/>
    <w:p>
      <w:r>
        <w:rPr>
          <w:b/>
          <w:sz w:val="22"/>
        </w:rPr>
        <w:t>Pet Information (if applicable):</w:t>
      </w:r>
    </w:p>
    <w:p>
      <w:r>
        <w:rPr>
          <w:b w:val="0"/>
          <w:sz w:val="20"/>
        </w:rPr>
        <w:t>Type of Pet: ____________________________________________________________</w:t>
      </w:r>
    </w:p>
    <w:p>
      <w:r>
        <w:rPr>
          <w:b w:val="0"/>
          <w:sz w:val="20"/>
        </w:rPr>
        <w:t>Breed: _________________________________________________________________</w:t>
      </w:r>
    </w:p>
    <w:p>
      <w:r>
        <w:rPr>
          <w:b w:val="0"/>
          <w:sz w:val="20"/>
        </w:rPr>
        <w:t>Weight: ________________________ Age: ___________________________________</w:t>
      </w:r>
    </w:p>
    <w:p>
      <w:r>
        <w:rPr>
          <w:b w:val="0"/>
          <w:sz w:val="20"/>
        </w:rPr>
        <w:t>Number of Pets: _________________________________________________________</w:t>
      </w:r>
    </w:p>
    <w:p/>
    <w:p>
      <w:r>
        <w:rPr>
          <w:b/>
          <w:sz w:val="22"/>
        </w:rPr>
        <w:t>Authorization and Agreement:</w:t>
      </w:r>
    </w:p>
    <w:p>
      <w:r>
        <w:rPr>
          <w:b w:val="0"/>
          <w:sz w:val="20"/>
        </w:rPr>
        <w:t>I certify that the information provided in this application is true and correct to the best of my knowledge. I authorize the landlord or its agent to verify all information contained herein, including but not limited to credit reports, rental history, employment verification, and criminal background checks as permitted by law.</w:t>
      </w:r>
    </w:p>
    <w:p/>
    <w:p>
      <w:r>
        <w:rPr>
          <w:b w:val="0"/>
          <w:sz w:val="20"/>
        </w:rPr>
        <w:t>I understand that providing false or misleading information is grounds for denial of this application or immediate termination of any lease agreement entered into based on this application.</w:t>
      </w:r>
    </w:p>
    <w:p/>
    <w:p>
      <w:r>
        <w:rPr>
          <w:b w:val="0"/>
          <w:sz w:val="20"/>
        </w:rPr>
        <w:t>I agree to comply with all rules and regulations of the property if approved as a tenant. I understand that the landlord may require payment of application fees and other deposits in accordance with California law.</w:t>
      </w:r>
    </w:p>
    <w:p/>
    <w:p>
      <w:r>
        <w:rPr>
          <w:b w:val="0"/>
          <w:sz w:val="20"/>
        </w:rPr>
        <w:t>The landlord complies with all federal, state, and local fair housing laws prohibiting discrimination based on race, color, religion, sex, sexual orientation, gender identity, national origin, familial status, disability, source of income, or any other protected characteristic.</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w:t>
            </w:r>
          </w:p>
        </w:tc>
        <w:tc>
          <w:tcPr>
            <w:tcW w:type="dxa" w:w="4986"/>
            <w:tcBorders>
              <w:top w:val="nil"/>
              <w:left w:val="nil"/>
              <w:bottom w:val="nil"/>
              <w:right w:val="nil"/>
              <w:insideH w:val="nil"/>
              <w:insideV w:val="nil"/>
            </w:tcBorders>
          </w:tcPr>
          <w:p>
            <w:pPr>
              <w:jc w:val="center"/>
            </w:pPr>
            <w:r>
              <w:t>CO-APPLICANT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https://docs-realestate.com/california-rental-application-template/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california-rental-application-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