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PURCHASE ON CONTRACT AGREEMENT</w:t>
      </w:r>
    </w:p>
    <w:p/>
    <w:p>
      <w:r>
        <w:rPr>
          <w:b/>
          <w:sz w:val="20"/>
        </w:rPr>
        <w:t>PARTIES:</w:t>
      </w:r>
    </w:p>
    <w:p>
      <w:r>
        <w:rPr>
          <w:b w:val="0"/>
          <w:sz w:val="20"/>
        </w:rPr>
        <w:t>Seller: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Buyer: _________________________________________________________________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PROPERTY DESCRIPTION:</w:t>
      </w:r>
    </w:p>
    <w:p>
      <w:r>
        <w:rPr>
          <w:b w:val="0"/>
          <w:sz w:val="20"/>
        </w:rPr>
        <w:t>Address: ______________________________________________________________</w:t>
      </w:r>
    </w:p>
    <w:p>
      <w:r>
        <w:rPr>
          <w:b w:val="0"/>
          <w:sz w:val="20"/>
        </w:rPr>
        <w:t>Legal Description (if applicable): ______________________________________</w:t>
      </w:r>
    </w:p>
    <w:p>
      <w:r>
        <w:rPr>
          <w:b w:val="0"/>
          <w:sz w:val="20"/>
        </w:rPr>
        <w:t>Parcel Number / Tax ID: ________________________________________________</w:t>
      </w:r>
    </w:p>
    <w:p/>
    <w:p>
      <w:r>
        <w:rPr>
          <w:b/>
          <w:sz w:val="20"/>
        </w:rPr>
        <w:t>PURCHASE PRICE AND PAYMENT TERMS:</w:t>
      </w:r>
    </w:p>
    <w:p>
      <w:r>
        <w:rPr>
          <w:b w:val="0"/>
          <w:sz w:val="20"/>
        </w:rPr>
        <w:t>Total Purchase Price: $__________________________ USD</w:t>
      </w:r>
    </w:p>
    <w:p>
      <w:r>
        <w:rPr>
          <w:b w:val="0"/>
          <w:sz w:val="20"/>
        </w:rPr>
        <w:t>Down Payment: $_______________________________ USD (to be paid upon execution of this agreement)</w:t>
      </w:r>
    </w:p>
    <w:p>
      <w:r>
        <w:rPr>
          <w:b w:val="0"/>
          <w:sz w:val="20"/>
        </w:rPr>
        <w:t>Balance Remaining: $_________________________ USD</w:t>
      </w:r>
    </w:p>
    <w:p>
      <w:r>
        <w:rPr>
          <w:b w:val="0"/>
          <w:sz w:val="20"/>
        </w:rPr>
        <w:t>Payment Schedule: ______________________________________________________</w:t>
      </w:r>
    </w:p>
    <w:p>
      <w:r>
        <w:rPr>
          <w:b w:val="0"/>
          <w:sz w:val="20"/>
        </w:rPr>
        <w:t>Payment Method: _______________________________________________________</w:t>
      </w:r>
    </w:p>
    <w:p>
      <w:r>
        <w:rPr>
          <w:b w:val="0"/>
          <w:sz w:val="20"/>
        </w:rPr>
        <w:t>Interest Rate (if applicable): __________________________________________</w:t>
      </w:r>
    </w:p>
    <w:p>
      <w:r>
        <w:rPr>
          <w:b w:val="0"/>
          <w:sz w:val="20"/>
        </w:rPr>
        <w:t>Late Payment Penalties: ________________________________________________</w:t>
      </w:r>
    </w:p>
    <w:p/>
    <w:p>
      <w:r>
        <w:rPr>
          <w:b/>
          <w:sz w:val="20"/>
        </w:rPr>
        <w:t>TERM AND POSSESSION:</w:t>
      </w:r>
    </w:p>
    <w:p>
      <w:r>
        <w:rPr>
          <w:b w:val="0"/>
          <w:sz w:val="20"/>
        </w:rPr>
        <w:t>Contract Term (Months/Years): __________________________________________</w:t>
      </w:r>
    </w:p>
    <w:p>
      <w:r>
        <w:rPr>
          <w:b w:val="0"/>
          <w:sz w:val="20"/>
        </w:rPr>
        <w:t>Possession Date: ______________________________________________________</w:t>
      </w:r>
    </w:p>
    <w:p>
      <w:r>
        <w:rPr>
          <w:b w:val="0"/>
          <w:sz w:val="20"/>
        </w:rPr>
        <w:t>The Buyer shall take possession of the property on the possession date provided all payments due at that time have been made.</w:t>
      </w:r>
    </w:p>
    <w:p/>
    <w:p>
      <w:r>
        <w:rPr>
          <w:b/>
          <w:sz w:val="20"/>
        </w:rPr>
        <w:t>TITLE AND OWNERSHIP:</w:t>
      </w:r>
    </w:p>
    <w:p>
      <w:r>
        <w:rPr>
          <w:b w:val="0"/>
          <w:sz w:val="20"/>
        </w:rPr>
        <w:t>Seller agrees to transfer title upon full payment of the purchase price as specified.</w:t>
      </w:r>
    </w:p>
    <w:p>
      <w:r>
        <w:rPr>
          <w:b w:val="0"/>
          <w:sz w:val="20"/>
        </w:rPr>
        <w:t xml:space="preserve">Seller warrants that the property is free from all liens, encumbrances, and claims except as disclosed herein: </w:t>
      </w:r>
    </w:p>
    <w:p>
      <w:r>
        <w:rPr>
          <w:b w:val="0"/>
          <w:sz w:val="20"/>
        </w:rPr>
        <w:t>______________________________________________________________________</w:t>
      </w:r>
    </w:p>
    <w:p>
      <w:r>
        <w:rPr>
          <w:b w:val="0"/>
          <w:sz w:val="20"/>
        </w:rPr>
        <w:t>Buyer acknowledges that title remains with Seller until full payment and all obligations under this agreement are fulfilled.</w:t>
      </w:r>
    </w:p>
    <w:p/>
    <w:p>
      <w:r>
        <w:rPr>
          <w:b/>
          <w:sz w:val="20"/>
        </w:rPr>
        <w:t>TAXES, INSURANCE, AND UTILITIES:</w:t>
      </w:r>
    </w:p>
    <w:p>
      <w:r>
        <w:rPr>
          <w:b w:val="0"/>
          <w:sz w:val="20"/>
        </w:rPr>
        <w:t>Property taxes shall be paid by the Seller until possession is transferred; thereafter, Buyer shall be responsible.</w:t>
      </w:r>
    </w:p>
    <w:p>
      <w:r>
        <w:rPr>
          <w:b w:val="0"/>
          <w:sz w:val="20"/>
        </w:rPr>
        <w:t>Buyer shall maintain insurance on the property starting from possession date including hazard and liability coverage.</w:t>
      </w:r>
    </w:p>
    <w:p>
      <w:r>
        <w:rPr>
          <w:b w:val="0"/>
          <w:sz w:val="20"/>
        </w:rPr>
        <w:t>Utilities shall be the responsibility of the party in possession unless otherwise agreed:</w:t>
      </w:r>
    </w:p>
    <w:p>
      <w:r>
        <w:rPr>
          <w:b w:val="0"/>
          <w:sz w:val="20"/>
        </w:rPr>
        <w:t>_______________________________________________________________</w:t>
      </w:r>
    </w:p>
    <w:p/>
    <w:p>
      <w:r>
        <w:rPr>
          <w:b/>
          <w:sz w:val="20"/>
        </w:rPr>
        <w:t>MAINTENANCE AND REPAIRS:</w:t>
      </w:r>
    </w:p>
    <w:p>
      <w:r>
        <w:rPr>
          <w:b w:val="0"/>
          <w:sz w:val="20"/>
        </w:rPr>
        <w:t>Until transfer of title, the Seller shall maintain the property in its current condition, except for normal wear and tear.</w:t>
      </w:r>
    </w:p>
    <w:p>
      <w:r>
        <w:rPr>
          <w:b w:val="0"/>
          <w:sz w:val="20"/>
        </w:rPr>
        <w:t>Buyer shall be responsible for all ordinary maintenance and repairs after possession date.</w:t>
      </w:r>
    </w:p>
    <w:p>
      <w:r>
        <w:rPr>
          <w:b w:val="0"/>
          <w:sz w:val="20"/>
        </w:rPr>
        <w:t>No significant improvements or alterations shall be made by Buyer without prior written consent of Seller.</w:t>
      </w:r>
    </w:p>
    <w:p/>
    <w:p>
      <w:r>
        <w:rPr>
          <w:b/>
          <w:sz w:val="20"/>
        </w:rPr>
        <w:t>DEFAULT AND REMEDIES:</w:t>
      </w:r>
    </w:p>
    <w:p>
      <w:r>
        <w:rPr>
          <w:b w:val="0"/>
          <w:sz w:val="20"/>
        </w:rPr>
        <w:t>In the event Buyer defaults in payment or breaches any term under this agreement, Seller may provide written notice and allow a cure period of __ days.</w:t>
      </w:r>
    </w:p>
    <w:p>
      <w:r>
        <w:rPr>
          <w:b w:val="0"/>
          <w:sz w:val="20"/>
        </w:rPr>
        <w:t>If default is not cured within the specified period, Seller may terminate this agreement, retain payments made as liquidated damages, and recover possession of the property.</w:t>
      </w:r>
    </w:p>
    <w:p>
      <w:r>
        <w:rPr>
          <w:b w:val="0"/>
          <w:sz w:val="20"/>
        </w:rPr>
        <w:t>Buyer waives any right to redeem after termination, except as provided by law.</w:t>
      </w:r>
    </w:p>
    <w:p/>
    <w:p>
      <w:r>
        <w:rPr>
          <w:b/>
          <w:sz w:val="20"/>
        </w:rPr>
        <w:t>DISCLOSURES AND COMPLIANCE:</w:t>
      </w:r>
    </w:p>
    <w:p>
      <w:r>
        <w:rPr>
          <w:b w:val="0"/>
          <w:sz w:val="20"/>
        </w:rPr>
        <w:t>Seller certifies compliance with all applicable federal, state, and local laws regarding property condition and disclosures.</w:t>
      </w:r>
    </w:p>
    <w:p>
      <w:r>
        <w:rPr>
          <w:b w:val="0"/>
          <w:sz w:val="20"/>
        </w:rPr>
        <w:t>Buyer acknowledges having had the opportunity to inspect the property and accepts it in its current condition, subject to any disclosed defects.</w:t>
      </w:r>
    </w:p>
    <w:p/>
    <w:p>
      <w:r>
        <w:rPr>
          <w:b/>
          <w:sz w:val="20"/>
        </w:rPr>
        <w:t>GOVERNING LAW AND DISPUTE RESOLUTION:</w:t>
      </w:r>
    </w:p>
    <w:p>
      <w:r>
        <w:rPr>
          <w:b w:val="0"/>
          <w:sz w:val="20"/>
        </w:rPr>
        <w:t>This agreement shall be governed by and construed in accordance with the laws of the State of ____________________.</w:t>
      </w:r>
    </w:p>
    <w:p>
      <w:r>
        <w:rPr>
          <w:b w:val="0"/>
          <w:sz w:val="20"/>
        </w:rPr>
        <w:t>Any disputes arising from this agreement shall be resolved through binding arbitration pursuant to the rules of the American Arbitration Association or in a court of competent jurisdiction.</w:t>
      </w:r>
    </w:p>
    <w:p/>
    <w:p>
      <w:r>
        <w:rPr>
          <w:b/>
          <w:sz w:val="20"/>
        </w:rPr>
        <w:t>ENTIRE AGREEMENT AND AMENDMENTS:</w:t>
      </w:r>
    </w:p>
    <w:p>
      <w:r>
        <w:rPr>
          <w:b w:val="0"/>
          <w:sz w:val="20"/>
        </w:rPr>
        <w:t>This agreement constitutes the entire understanding between Seller and Buyer and supersedes all prior negotiations or agreements.</w:t>
      </w:r>
    </w:p>
    <w:p>
      <w:r>
        <w:rPr>
          <w:b w:val="0"/>
          <w:sz w:val="20"/>
        </w:rPr>
        <w:t>Any amendments or modifications must be in writing and signed by both parties.</w:t>
      </w:r>
    </w:p>
    <w:p/>
    <w:p>
      <w:r>
        <w:rPr>
          <w:b/>
          <w:sz w:val="20"/>
        </w:rPr>
        <w:t>NOTICES:</w:t>
      </w:r>
    </w:p>
    <w:p>
      <w:r>
        <w:rPr>
          <w:b w:val="0"/>
          <w:sz w:val="20"/>
        </w:rPr>
        <w:t>Any notice required or permitted under this agreement shall be in writing and delivered personally, by certified mail, or by recognized overnight courier to the addresses stated herein or to such other address as either party may designate in writing.</w:t>
      </w:r>
    </w:p>
    <w:p/>
    <w:p>
      <w:r>
        <w:rPr>
          <w:b/>
          <w:sz w:val="20"/>
        </w:rPr>
        <w:t>SEVERABILITY:</w:t>
      </w:r>
    </w:p>
    <w:p>
      <w:r>
        <w:rPr>
          <w:b w:val="0"/>
          <w:sz w:val="20"/>
        </w:rPr>
        <w:t>If any provision of this agreement is held invalid or unenforceable, the remaining provisions shall remain in full force and effect.</w:t>
      </w:r>
    </w:p>
    <w:p/>
    <w:p>
      <w:r>
        <w:rPr>
          <w:b w:val="0"/>
          <w:sz w:val="20"/>
        </w:rPr>
        <w:t>IN WITNESS WHEREOF, the parties have executed this Real Estate Purchase on Contract Agreement as of the date of last signature below.</w:t>
      </w:r>
    </w:p>
    <w:p/>
    <w:p/>
    <w:p>
      <w:r>
        <w:rPr>
          <w:b w:val="0"/>
          <w:sz w:val="20"/>
        </w:rPr>
        <w:t>Place of signing: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https://docs-realestate.com/buying-a-house-on-contract-template/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buying-a-house-on-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