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LANDSCAPING SERVICES AGREEMENT</w:t>
      </w:r>
    </w:p>
    <w:p/>
    <w:p>
      <w:r>
        <w:rPr>
          <w:b w:val="0"/>
          <w:sz w:val="20"/>
        </w:rPr>
        <w:t>This Landscaping Services Agreement ("Agreement") is entered into by and between the following parties:</w:t>
      </w:r>
    </w:p>
    <w:p/>
    <w:p>
      <w:r>
        <w:rPr>
          <w:b/>
          <w:sz w:val="20"/>
        </w:rPr>
        <w:t>Service Provider Information:</w:t>
      </w:r>
    </w:p>
    <w:p>
      <w:r>
        <w:rPr>
          <w:b w:val="0"/>
          <w:sz w:val="20"/>
        </w:rPr>
        <w:t>Full Name / Company: ________________________________________________________</w:t>
      </w:r>
    </w:p>
    <w:p>
      <w:r>
        <w:rPr>
          <w:b w:val="0"/>
          <w:sz w:val="20"/>
        </w:rPr>
        <w:t>Address: ____________________________________________________________________</w:t>
      </w:r>
    </w:p>
    <w:p>
      <w:r>
        <w:rPr>
          <w:b w:val="0"/>
          <w:sz w:val="20"/>
        </w:rPr>
        <w:t>Phone: ______________________________________________________________________</w:t>
      </w:r>
    </w:p>
    <w:p>
      <w:r>
        <w:rPr>
          <w:b w:val="0"/>
          <w:sz w:val="20"/>
        </w:rPr>
        <w:t>Email: ______________________________________________________________________</w:t>
      </w:r>
    </w:p>
    <w:p/>
    <w:p>
      <w:r>
        <w:rPr>
          <w:b/>
          <w:sz w:val="20"/>
        </w:rPr>
        <w:t>Client Information:</w:t>
      </w:r>
    </w:p>
    <w:p>
      <w:r>
        <w:rPr>
          <w:b w:val="0"/>
          <w:sz w:val="20"/>
        </w:rPr>
        <w:t>Full Name / Company: ________________________________________________________</w:t>
      </w:r>
    </w:p>
    <w:p>
      <w:r>
        <w:rPr>
          <w:b w:val="0"/>
          <w:sz w:val="20"/>
        </w:rPr>
        <w:t>Address: ____________________________________________________________________</w:t>
      </w:r>
    </w:p>
    <w:p>
      <w:r>
        <w:rPr>
          <w:b w:val="0"/>
          <w:sz w:val="20"/>
        </w:rPr>
        <w:t>Phone: ______________________________________________________________________</w:t>
      </w:r>
    </w:p>
    <w:p>
      <w:r>
        <w:rPr>
          <w:b w:val="0"/>
          <w:sz w:val="20"/>
        </w:rPr>
        <w:t>Email: ______________________________________________________________________</w:t>
      </w:r>
    </w:p>
    <w:p/>
    <w:p>
      <w:r>
        <w:rPr>
          <w:b/>
          <w:sz w:val="20"/>
        </w:rPr>
        <w:t>RECITALS</w:t>
      </w:r>
    </w:p>
    <w:p>
      <w:r>
        <w:rPr>
          <w:b w:val="0"/>
          <w:sz w:val="20"/>
        </w:rPr>
        <w:t>WHEREAS, the Service Provider is duly qualified and experienced in providing landscaping services;</w:t>
      </w:r>
    </w:p>
    <w:p>
      <w:r>
        <w:rPr>
          <w:b w:val="0"/>
          <w:sz w:val="20"/>
        </w:rPr>
        <w:t>WHEREAS, the Client desires to retain Service Provider to perform certain landscaping services as set forth herein;</w:t>
      </w:r>
    </w:p>
    <w:p>
      <w:r>
        <w:rPr>
          <w:b w:val="0"/>
          <w:sz w:val="20"/>
        </w:rPr>
        <w:t>NOW, THEREFORE, in consideration of the mutual covenants and promises contained herein, the parties agree as follows:</w:t>
      </w:r>
    </w:p>
    <w:p/>
    <w:p>
      <w:r>
        <w:rPr>
          <w:b/>
          <w:sz w:val="20"/>
        </w:rPr>
        <w:t>1. Description of Services</w:t>
      </w:r>
    </w:p>
    <w:p>
      <w:r>
        <w:rPr>
          <w:b w:val="0"/>
          <w:sz w:val="20"/>
        </w:rPr>
        <w:t>The Service Provider agrees to perform the following landscaping services at the Client's premises located at the address above:</w:t>
      </w:r>
    </w:p>
    <w:p>
      <w:r>
        <w:rPr>
          <w:b w:val="0"/>
          <w:sz w:val="20"/>
        </w:rPr>
        <w:t>________________________________________________________________________________</w:t>
      </w:r>
    </w:p>
    <w:p>
      <w:r>
        <w:rPr>
          <w:b w:val="0"/>
          <w:sz w:val="20"/>
        </w:rPr>
        <w:t>________________________________________________________________________________</w:t>
      </w:r>
    </w:p>
    <w:p>
      <w:r>
        <w:rPr>
          <w:b w:val="0"/>
          <w:sz w:val="20"/>
        </w:rPr>
        <w:t>________________________________________________________________________________</w:t>
      </w:r>
    </w:p>
    <w:p/>
    <w:p>
      <w:r>
        <w:rPr>
          <w:b/>
          <w:sz w:val="20"/>
        </w:rPr>
        <w:t>2. Term of Agreement</w:t>
      </w:r>
    </w:p>
    <w:p>
      <w:r>
        <w:rPr>
          <w:b w:val="0"/>
          <w:sz w:val="20"/>
        </w:rPr>
        <w:t>This Agreement shall commence on the date of execution and continue until the completion of the services described above, unless terminated earlier in accordance with this Agreement.</w:t>
      </w:r>
    </w:p>
    <w:p/>
    <w:p>
      <w:r>
        <w:rPr>
          <w:b/>
          <w:sz w:val="20"/>
        </w:rPr>
        <w:t>3. Payment Terms</w:t>
      </w:r>
    </w:p>
    <w:p>
      <w:r>
        <w:rPr>
          <w:b w:val="0"/>
          <w:sz w:val="20"/>
        </w:rPr>
        <w:t>The Client agrees to pay the Service Provider the total sum of $________________ for the services rendered under this Agreement.</w:t>
      </w:r>
    </w:p>
    <w:p>
      <w:r>
        <w:rPr>
          <w:b w:val="0"/>
          <w:sz w:val="20"/>
        </w:rPr>
        <w:t>Payment shall be made as follows:</w:t>
      </w:r>
    </w:p>
    <w:p>
      <w:r>
        <w:rPr>
          <w:b w:val="0"/>
          <w:sz w:val="20"/>
        </w:rPr>
        <w:t>- Deposit: $________________ due upon signing this Agreement.</w:t>
      </w:r>
    </w:p>
    <w:p>
      <w:r>
        <w:rPr>
          <w:b w:val="0"/>
          <w:sz w:val="20"/>
        </w:rPr>
        <w:t>- Balance: $________________ due upon completion of services.</w:t>
      </w:r>
    </w:p>
    <w:p>
      <w:r>
        <w:rPr>
          <w:b w:val="0"/>
          <w:sz w:val="20"/>
        </w:rPr>
        <w:t>Payments shall be made by check, electronic transfer, or other mutually agreed method.</w:t>
      </w:r>
    </w:p>
    <w:p/>
    <w:p>
      <w:r>
        <w:rPr>
          <w:b/>
          <w:sz w:val="20"/>
        </w:rPr>
        <w:t>4. Changes in Work</w:t>
      </w:r>
    </w:p>
    <w:p>
      <w:r>
        <w:rPr>
          <w:b w:val="0"/>
          <w:sz w:val="20"/>
        </w:rPr>
        <w:t>Any changes to the scope of services must be agreed upon in writing by both parties and may result in additional charges.</w:t>
      </w:r>
    </w:p>
    <w:p/>
    <w:p>
      <w:r>
        <w:rPr>
          <w:b/>
          <w:sz w:val="20"/>
        </w:rPr>
        <w:t>5. Client Responsibilities</w:t>
      </w:r>
    </w:p>
    <w:p>
      <w:r>
        <w:rPr>
          <w:b w:val="0"/>
          <w:sz w:val="20"/>
        </w:rPr>
        <w:t>The Client shall provide reasonable access to the property and ensure that the work area is free of obstructions.</w:t>
      </w:r>
    </w:p>
    <w:p>
      <w:r>
        <w:rPr>
          <w:b w:val="0"/>
          <w:sz w:val="20"/>
        </w:rPr>
        <w:t>The Client shall obtain all necessary permissions and approvals required for the Service Provider to perform the services.</w:t>
      </w:r>
    </w:p>
    <w:p/>
    <w:p>
      <w:r>
        <w:rPr>
          <w:b/>
          <w:sz w:val="20"/>
        </w:rPr>
        <w:t>6. Service Provider Responsibilities</w:t>
      </w:r>
    </w:p>
    <w:p>
      <w:r>
        <w:rPr>
          <w:b w:val="0"/>
          <w:sz w:val="20"/>
        </w:rPr>
        <w:t>The Service Provider shall perform all services in a professional, timely, and workmanlike manner in accordance with industry standards.</w:t>
      </w:r>
    </w:p>
    <w:p>
      <w:r>
        <w:rPr>
          <w:b w:val="0"/>
          <w:sz w:val="20"/>
        </w:rPr>
        <w:t>The Service Provider shall comply with all applicable laws, regulations, and ordinances.</w:t>
      </w:r>
    </w:p>
    <w:p/>
    <w:p>
      <w:r>
        <w:rPr>
          <w:b/>
          <w:sz w:val="20"/>
        </w:rPr>
        <w:t>7. Warranties and Disclaimers</w:t>
      </w:r>
    </w:p>
    <w:p>
      <w:r>
        <w:rPr>
          <w:b w:val="0"/>
          <w:sz w:val="20"/>
        </w:rPr>
        <w:t>The Service Provider warrants that the services will be performed in a professional manner.</w:t>
      </w:r>
    </w:p>
    <w:p>
      <w:r>
        <w:rPr>
          <w:b w:val="0"/>
          <w:sz w:val="20"/>
        </w:rPr>
        <w:t>EXCEPT AS EXPRESSLY PROVIDED HEREIN, THE SERVICE PROVIDER DISCLAIMS ALL OTHER WARRANTIES, EXPRESS OR IMPLIED, INCLUDING BUT NOT LIMITED TO ANY IMPLIED WARRANTIES OF MERCHANTABILITY OR FITNESS FOR A PARTICULAR PURPOSE.</w:t>
      </w:r>
    </w:p>
    <w:p/>
    <w:p>
      <w:r>
        <w:rPr>
          <w:b/>
          <w:sz w:val="20"/>
        </w:rPr>
        <w:t>8. Indemnification and Liability</w:t>
      </w:r>
    </w:p>
    <w:p>
      <w:r>
        <w:rPr>
          <w:b w:val="0"/>
          <w:sz w:val="20"/>
        </w:rPr>
        <w:t>The Service Provider shall indemnify and hold harmless the Client from any claims, damages, or liabilities resulting from the Service Provider's negligence or willful misconduct.</w:t>
      </w:r>
    </w:p>
    <w:p>
      <w:r>
        <w:rPr>
          <w:b w:val="0"/>
          <w:sz w:val="20"/>
        </w:rPr>
        <w:t>The Client agrees to indemnify and hold harmless the Service Provider from any claims arising from the Client's negligence or failure to fulfill their responsibilities.</w:t>
      </w:r>
    </w:p>
    <w:p>
      <w:r>
        <w:rPr>
          <w:b w:val="0"/>
          <w:sz w:val="20"/>
        </w:rPr>
        <w:t>In no event shall either party be liable for consequential, incidental, special, or punitive damages.</w:t>
      </w:r>
    </w:p>
    <w:p/>
    <w:p>
      <w:r>
        <w:rPr>
          <w:b/>
          <w:sz w:val="20"/>
        </w:rPr>
        <w:t>9. Insurance</w:t>
      </w:r>
    </w:p>
    <w:p>
      <w:r>
        <w:rPr>
          <w:b w:val="0"/>
          <w:sz w:val="20"/>
        </w:rPr>
        <w:t>The Service Provider shall maintain general liability insurance and any other insurance required by law or agreed upon by the parties.</w:t>
      </w:r>
    </w:p>
    <w:p>
      <w:r>
        <w:rPr>
          <w:b w:val="0"/>
          <w:sz w:val="20"/>
        </w:rPr>
        <w:t>Proof of insurance shall be provided to the Client upon request.</w:t>
      </w:r>
    </w:p>
    <w:p/>
    <w:p>
      <w:r>
        <w:rPr>
          <w:b/>
          <w:sz w:val="20"/>
        </w:rPr>
        <w:t>10. Termination</w:t>
      </w:r>
    </w:p>
    <w:p>
      <w:r>
        <w:rPr>
          <w:b w:val="0"/>
          <w:sz w:val="20"/>
        </w:rPr>
        <w:t>Either party may terminate this Agreement upon written notice if the other party breaches any material term and fails to cure such breach within ten (10) days after receipt of written notice.</w:t>
      </w:r>
    </w:p>
    <w:p>
      <w:r>
        <w:rPr>
          <w:b w:val="0"/>
          <w:sz w:val="20"/>
        </w:rPr>
        <w:t>Upon termination, the Client shall pay for all services performed and materials provided up to the date of termination.</w:t>
      </w:r>
    </w:p>
    <w:p/>
    <w:p>
      <w:r>
        <w:rPr>
          <w:b/>
          <w:sz w:val="20"/>
        </w:rPr>
        <w:t>11. Dispute Resolution</w:t>
      </w:r>
    </w:p>
    <w:p>
      <w:r>
        <w:rPr>
          <w:b w:val="0"/>
          <w:sz w:val="20"/>
        </w:rPr>
        <w:t>Any disputes arising out of or relating to this Agreement shall be resolved through good faith negotiations between the parties.</w:t>
      </w:r>
    </w:p>
    <w:p>
      <w:r>
        <w:rPr>
          <w:b w:val="0"/>
          <w:sz w:val="20"/>
        </w:rPr>
        <w:t>If unresolved, disputes shall be submitted to mediation before a mutually agreed mediator.</w:t>
      </w:r>
    </w:p>
    <w:p>
      <w:r>
        <w:rPr>
          <w:b w:val="0"/>
          <w:sz w:val="20"/>
        </w:rPr>
        <w:t>If mediation fails, disputes shall be resolved through binding arbitration in accordance with the rules of the American Arbitration Association.</w:t>
      </w:r>
    </w:p>
    <w:p/>
    <w:p>
      <w:r>
        <w:rPr>
          <w:b/>
          <w:sz w:val="20"/>
        </w:rPr>
        <w:t>12. Governing Law and Venue</w:t>
      </w:r>
    </w:p>
    <w:p>
      <w:r>
        <w:rPr>
          <w:b w:val="0"/>
          <w:sz w:val="20"/>
        </w:rPr>
        <w:t>This Agreement shall be governed by and construed in accordance with the laws of the State of __________________.</w:t>
      </w:r>
    </w:p>
    <w:p>
      <w:r>
        <w:rPr>
          <w:b w:val="0"/>
          <w:sz w:val="20"/>
        </w:rPr>
        <w:t>Any legal action arising out of this Agreement shall be brought exclusively in the state or federal courts located within __________________ County, State of __________________.</w:t>
      </w:r>
    </w:p>
    <w:p/>
    <w:p>
      <w:r>
        <w:rPr>
          <w:b/>
          <w:sz w:val="20"/>
        </w:rPr>
        <w:t>13. Independent Contractor</w:t>
      </w:r>
    </w:p>
    <w:p>
      <w:r>
        <w:rPr>
          <w:b w:val="0"/>
          <w:sz w:val="20"/>
        </w:rPr>
        <w:t>The Service Provider is an independent contractor and is not an employee, agent, or partner of the Client.</w:t>
      </w:r>
    </w:p>
    <w:p>
      <w:r>
        <w:rPr>
          <w:b w:val="0"/>
          <w:sz w:val="20"/>
        </w:rPr>
        <w:t>The Service Provider is solely responsible for payment of all applicable taxes and insurance.</w:t>
      </w:r>
    </w:p>
    <w:p/>
    <w:p>
      <w:r>
        <w:rPr>
          <w:b/>
          <w:sz w:val="20"/>
        </w:rPr>
        <w:t>14. Entire Agreement</w:t>
      </w:r>
    </w:p>
    <w:p>
      <w:r>
        <w:rPr>
          <w:b w:val="0"/>
          <w:sz w:val="20"/>
        </w:rPr>
        <w:t>This Agreement constitutes the entire agreement between the parties and supersedes all prior oral or written agreements.</w:t>
      </w:r>
    </w:p>
    <w:p>
      <w:r>
        <w:rPr>
          <w:b w:val="0"/>
          <w:sz w:val="20"/>
        </w:rPr>
        <w:t>Any amendments or modifications must be in writing and signed by both parties.</w:t>
      </w:r>
    </w:p>
    <w:p/>
    <w:p>
      <w:r>
        <w:rPr>
          <w:b/>
          <w:sz w:val="20"/>
        </w:rPr>
        <w:t>15. Notices</w:t>
      </w:r>
    </w:p>
    <w:p>
      <w:r>
        <w:rPr>
          <w:b w:val="0"/>
          <w:sz w:val="20"/>
        </w:rPr>
        <w:t>All notices required or permitted under this Agreement shall be in writing and delivered personally, by certified mail, or by recognized overnight courier to the addresses listed above or such other address as either party may designate in writing.</w:t>
      </w:r>
    </w:p>
    <w:p/>
    <w:p/>
    <w:p>
      <w:r>
        <w:rPr>
          <w:b w:val="0"/>
          <w:sz w:val="20"/>
        </w:rPr>
        <w:t>Client Signature: ________________________________________</w:t>
      </w:r>
    </w:p>
    <w:p/>
    <w:p>
      <w:r>
        <w:rPr>
          <w:b w:val="0"/>
          <w:sz w:val="20"/>
        </w:rPr>
        <w:t>Printed Name: __________________________________________</w:t>
      </w:r>
    </w:p>
    <w:p/>
    <w:p/>
    <w:p>
      <w:r>
        <w:rPr>
          <w:b w:val="0"/>
          <w:sz w:val="20"/>
        </w:rPr>
        <w:t>Service Provider Signature: ______________________________</w:t>
      </w:r>
    </w:p>
    <w:p/>
    <w:p>
      <w:r>
        <w:rPr>
          <w:b w:val="0"/>
          <w:sz w:val="20"/>
        </w:rPr>
        <w:t>Printed Name: 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SERVICE PROVIDER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https://docs-realestate.com/blank-landscaping-contract-template/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blank-landscaping-contrac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