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ARIZONA EVICTION NOTICE</w:t>
      </w:r>
    </w:p>
    <w:p/>
    <w:p/>
    <w:p>
      <w:r>
        <w:rPr>
          <w:b/>
          <w:sz w:val="20"/>
        </w:rPr>
        <w:t>Landlord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Name(s): ______________________________________________________________</w:t>
      </w:r>
    </w:p>
    <w:p>
      <w:r>
        <w:rPr>
          <w:b w:val="0"/>
          <w:sz w:val="20"/>
        </w:rPr>
        <w:t>Rental Property Address: _______________________________________________</w:t>
      </w:r>
    </w:p>
    <w:p/>
    <w:p>
      <w:r>
        <w:rPr>
          <w:b/>
          <w:sz w:val="20"/>
        </w:rPr>
        <w:t>NOTICE TYPE:</w:t>
      </w:r>
    </w:p>
    <w:p>
      <w:r>
        <w:rPr>
          <w:b w:val="0"/>
          <w:sz w:val="20"/>
        </w:rPr>
        <w:t>☐ 3-Day Notice to Pay Rent or Quit</w:t>
      </w:r>
    </w:p>
    <w:p>
      <w:r>
        <w:rPr>
          <w:b w:val="0"/>
          <w:sz w:val="20"/>
        </w:rPr>
        <w:t>☐ 10-Day Notice to Comply or Quit (for lease violations)</w:t>
      </w:r>
    </w:p>
    <w:p>
      <w:r>
        <w:rPr>
          <w:b w:val="0"/>
          <w:sz w:val="20"/>
        </w:rPr>
        <w:t>☐ 30-Day Notice to Vacate (no-cause termination)</w:t>
      </w:r>
    </w:p>
    <w:p>
      <w:r>
        <w:rPr>
          <w:b w:val="0"/>
          <w:sz w:val="20"/>
        </w:rPr>
        <w:t>☐ Other (specify): _____________________________________________________</w:t>
      </w:r>
    </w:p>
    <w:p/>
    <w:p>
      <w:r>
        <w:rPr>
          <w:b/>
          <w:sz w:val="20"/>
        </w:rPr>
        <w:t>RENT DETAILS (if applicable):</w:t>
      </w:r>
    </w:p>
    <w:p>
      <w:r>
        <w:rPr>
          <w:b w:val="0"/>
          <w:sz w:val="20"/>
        </w:rPr>
        <w:t>Amount Due: $_______________________</w:t>
      </w:r>
    </w:p>
    <w:p>
      <w:r>
        <w:rPr>
          <w:b w:val="0"/>
          <w:sz w:val="20"/>
        </w:rPr>
        <w:t>Due Date(s): ___________________________________________________________</w:t>
      </w:r>
    </w:p>
    <w:p/>
    <w:p>
      <w:r>
        <w:rPr>
          <w:b/>
          <w:sz w:val="20"/>
        </w:rPr>
        <w:t>LEASE VIOLATION DETAILS (if applicable):</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NOTICE TO TENANT:</w:t>
      </w:r>
    </w:p>
    <w:p>
      <w:r>
        <w:rPr>
          <w:b w:val="0"/>
          <w:sz w:val="20"/>
        </w:rPr>
        <w:t>YOU ARE HEREBY NOTIFIED that you must comply with the terms of your rental agreement or vacate the premises described above within the timeframe specified above.</w:t>
      </w:r>
    </w:p>
    <w:p/>
    <w:p>
      <w:r>
        <w:rPr>
          <w:b w:val="0"/>
          <w:sz w:val="20"/>
        </w:rPr>
        <w:t>Failure to comply with this notice will result in the initiation of eviction proceedings against you in accordance with Arizona Revised Statutes Title 33 - Property.</w:t>
      </w:r>
    </w:p>
    <w:p/>
    <w:p>
      <w:r>
        <w:rPr>
          <w:b/>
          <w:sz w:val="20"/>
        </w:rPr>
        <w:t>RIGHT TO REDEEM:</w:t>
      </w:r>
    </w:p>
    <w:p>
      <w:r>
        <w:rPr>
          <w:b w:val="0"/>
          <w:sz w:val="20"/>
        </w:rPr>
        <w:t>You have the right to pay all rent due within the 3-Day Notice period to avoid eviction. Payment must be made in full and in the manner specified by your lease or landlord.</w:t>
      </w:r>
    </w:p>
    <w:p/>
    <w:p>
      <w:r>
        <w:rPr>
          <w:b/>
          <w:sz w:val="20"/>
        </w:rPr>
        <w:t>Landlord or Authorized Agent:</w:t>
      </w:r>
    </w:p>
    <w:p>
      <w:r>
        <w:rPr>
          <w:b w:val="0"/>
          <w:sz w:val="20"/>
        </w:rPr>
        <w:t>Name: _________________________________________________________________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r>
        <w:rPr>
          <w:b/>
          <w:sz w:val="20"/>
        </w:rPr>
        <w:t>NOTICE DELIVERY METHOD (check all that apply):</w:t>
      </w:r>
    </w:p>
    <w:p>
      <w:r>
        <w:rPr>
          <w:b w:val="0"/>
          <w:sz w:val="20"/>
        </w:rPr>
        <w:t>☐ Personal delivery to tenant</w:t>
      </w:r>
    </w:p>
    <w:p>
      <w:r>
        <w:rPr>
          <w:b w:val="0"/>
          <w:sz w:val="20"/>
        </w:rPr>
        <w:t>☐ Delivery to tenant’s residence and mailing by certified mail</w:t>
      </w:r>
    </w:p>
    <w:p>
      <w:r>
        <w:rPr>
          <w:b w:val="0"/>
          <w:sz w:val="20"/>
        </w:rPr>
        <w:t>☐ Posting on the main entrance of the rental property and mailing by certified mail</w:t>
      </w:r>
    </w:p>
    <w:p>
      <w:r>
        <w:rPr>
          <w:b w:val="0"/>
          <w:sz w:val="20"/>
        </w:rPr>
        <w:t>☐ Other method: ________________________________________________________</w:t>
      </w:r>
    </w:p>
    <w:p/>
    <w:p/>
    <w:p>
      <w:r>
        <w:rPr>
          <w:b/>
          <w:sz w:val="20"/>
        </w:rPr>
        <w:t>TENANT ACKNOWLEDGMENT OF RECEIPT (optional):</w:t>
      </w:r>
    </w:p>
    <w:p>
      <w:r>
        <w:rPr>
          <w:b w:val="0"/>
          <w:sz w:val="20"/>
        </w:rPr>
        <w:t>I, the undersigned tenant, acknowledge receipt of the above eviction notice.</w:t>
      </w:r>
    </w:p>
    <w:p>
      <w:r>
        <w:rPr>
          <w:b w:val="0"/>
          <w:sz w:val="20"/>
        </w:rPr>
      </w:r>
    </w:p>
    <w:p>
      <w:r>
        <w:rPr>
          <w:b w:val="0"/>
          <w:sz w:val="20"/>
        </w:rPr>
        <w:t>Tenant Name: ___________________________________________________________</w:t>
      </w:r>
    </w:p>
    <w:p>
      <w:r>
        <w:rPr>
          <w:b w:val="0"/>
          <w:sz w:val="20"/>
        </w:rPr>
        <w:t>Tenant Signature: _______________________________________________________</w:t>
      </w:r>
    </w:p>
    <w:p>
      <w:r>
        <w:rPr>
          <w:b w:val="0"/>
          <w:sz w:val="20"/>
        </w:rPr>
        <w:t>Date: _________________________________________________________________</w:t>
      </w:r>
    </w:p>
    <w:p/>
    <w:p/>
    <w:p>
      <w:r>
        <w:rPr>
          <w:b/>
          <w:sz w:val="20"/>
        </w:rPr>
        <w:t>LEGAL DISCLAIMER:</w:t>
      </w:r>
    </w:p>
    <w:p>
      <w:r>
        <w:rPr>
          <w:b w:val="0"/>
          <w:sz w:val="20"/>
        </w:rPr>
        <w:t>This notice is issued pursuant to Arizona state law (A.R.S. Title 33). It is intended to inform the tenant of their obligations and the landlord’s rights under the lease agreement and applicable law. Failure to comply with the notice may result in legal eviction proceedings. Tenants are encouraged to seek legal advice or assistance if needed.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AUTHORIZED AGENT</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https://docs-realestate.com/az-eviction-notice-template/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az-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