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ALABAMA RESIDENTIAL EVICTION NOTICE</w:t>
      </w:r>
    </w:p>
    <w:p/>
    <w:p/>
    <w:p>
      <w:r>
        <w:rPr>
          <w:b w:val="0"/>
          <w:sz w:val="20"/>
        </w:rPr>
        <w:t>TO: Tenant(s) Name(s): _________________________________________________</w:t>
      </w:r>
    </w:p>
    <w:p>
      <w:r>
        <w:rPr>
          <w:b w:val="0"/>
          <w:sz w:val="20"/>
        </w:rPr>
        <w:t>Rental Property Address: ________________________________________________</w:t>
      </w:r>
    </w:p>
    <w:p>
      <w:r>
        <w:rPr>
          <w:b w:val="0"/>
          <w:sz w:val="20"/>
        </w:rPr>
        <w:t>Landlord/Agent Name: ___________________________________________________</w:t>
      </w:r>
    </w:p>
    <w:p>
      <w:r>
        <w:rPr>
          <w:b w:val="0"/>
          <w:sz w:val="20"/>
        </w:rPr>
        <w:t>Landlord/Agent Address: _________________________________________________</w:t>
      </w:r>
    </w:p>
    <w:p>
      <w:r>
        <w:rPr>
          <w:b w:val="0"/>
          <w:sz w:val="20"/>
        </w:rPr>
        <w:t>Landlord/Agent Phone Number: ___________________________________________</w:t>
      </w:r>
    </w:p>
    <w:p/>
    <w:p/>
    <w:p>
      <w:r>
        <w:rPr>
          <w:b/>
          <w:sz w:val="20"/>
        </w:rPr>
        <w:t>NOTICE TO VACATE PREMISES</w:t>
      </w:r>
    </w:p>
    <w:p>
      <w:r>
        <w:rPr>
          <w:b w:val="0"/>
          <w:sz w:val="20"/>
        </w:rPr>
        <w:t>You are hereby notified that you must vacate and surrender possession of the above-mentioned premises within the time specified below. This notice is given pursuant to the laws of the State of Alabama and your lease agreement.</w:t>
      </w:r>
    </w:p>
    <w:p/>
    <w:p/>
    <w:p>
      <w:r>
        <w:rPr>
          <w:b/>
          <w:sz w:val="20"/>
        </w:rPr>
        <w:t>REASON FOR EVICTION:</w:t>
      </w:r>
    </w:p>
    <w:p>
      <w:r>
        <w:rPr>
          <w:b w:val="0"/>
          <w:sz w:val="20"/>
        </w:rPr>
        <w:t>___ Nonpayment of Rent</w:t>
      </w:r>
    </w:p>
    <w:p>
      <w:r>
        <w:rPr>
          <w:b w:val="0"/>
          <w:sz w:val="20"/>
        </w:rPr>
        <w:t>___ Violation of Lease Terms (please specify): ____________________________</w:t>
      </w:r>
    </w:p>
    <w:p>
      <w:r>
        <w:rPr>
          <w:b w:val="0"/>
          <w:sz w:val="20"/>
        </w:rPr>
        <w:t>___ Holdover/Tenancy at Will Termination</w:t>
      </w:r>
    </w:p>
    <w:p>
      <w:r>
        <w:rPr>
          <w:b w:val="0"/>
          <w:sz w:val="20"/>
        </w:rPr>
        <w:t>___ Other (please specify): ______________________________________________</w:t>
      </w:r>
    </w:p>
    <w:p/>
    <w:p/>
    <w:p>
      <w:r>
        <w:rPr>
          <w:b/>
          <w:sz w:val="20"/>
        </w:rPr>
        <w:t>TIME TO VACATE:</w:t>
      </w:r>
    </w:p>
    <w:p>
      <w:r>
        <w:rPr>
          <w:b w:val="0"/>
          <w:sz w:val="20"/>
        </w:rPr>
        <w:t>Pursuant to Alabama law, you are required to vacate the premises within the following period after receiving this notice.</w:t>
      </w:r>
    </w:p>
    <w:p>
      <w:r>
        <w:rPr>
          <w:b w:val="0"/>
          <w:sz w:val="20"/>
        </w:rPr>
        <w:t>If nonpayment of rent: You have three (3) days to vacate, excluding the day of service and weekends/holidays.</w:t>
      </w:r>
    </w:p>
    <w:p>
      <w:r>
        <w:rPr>
          <w:b w:val="0"/>
          <w:sz w:val="20"/>
        </w:rPr>
        <w:t>For other breaches of the lease or termination without cause: You have seven (7) days to vacate, excluding the day of service and weekends/holidays.</w:t>
      </w:r>
    </w:p>
    <w:p>
      <w:r>
        <w:rPr>
          <w:b w:val="0"/>
          <w:sz w:val="20"/>
        </w:rPr>
        <w:t>Please consult your lease agreement and Alabama Code for specific applicable time frames.</w:t>
      </w:r>
    </w:p>
    <w:p/>
    <w:p/>
    <w:p>
      <w:r>
        <w:rPr>
          <w:b/>
          <w:sz w:val="20"/>
        </w:rPr>
        <w:t>RENT PAYMENT DETAILS (if applicable):</w:t>
      </w:r>
    </w:p>
    <w:p>
      <w:r>
        <w:rPr>
          <w:b w:val="0"/>
          <w:sz w:val="20"/>
        </w:rPr>
        <w:t>Amount of Rent Due: $ ___________________________</w:t>
      </w:r>
    </w:p>
    <w:p>
      <w:r>
        <w:rPr>
          <w:b w:val="0"/>
          <w:sz w:val="20"/>
        </w:rPr>
        <w:t>Period Covered: _________________________________</w:t>
      </w:r>
    </w:p>
    <w:p/>
    <w:p/>
    <w:p>
      <w:r>
        <w:rPr>
          <w:b/>
          <w:sz w:val="20"/>
        </w:rPr>
        <w:t>LEGAL BASIS:</w:t>
      </w:r>
    </w:p>
    <w:p>
      <w:r>
        <w:rPr>
          <w:b w:val="0"/>
          <w:sz w:val="20"/>
        </w:rPr>
        <w:t>This notice is issued pursuant to Alabama Code Title 35 – Property, Chapter 9 – Forcible Entry and Detainer, Sections 35-9-1 through 35-9-132, and applicable local laws and lease agreement provisions.</w:t>
      </w:r>
    </w:p>
    <w:p/>
    <w:p/>
    <w:p>
      <w:r>
        <w:rPr>
          <w:b/>
          <w:sz w:val="20"/>
        </w:rPr>
        <w:t>LANDLORD'S STATEMENT:</w:t>
      </w:r>
    </w:p>
    <w:p>
      <w:r>
        <w:rPr>
          <w:b w:val="0"/>
          <w:sz w:val="20"/>
        </w:rPr>
        <w:t>I hereby certify that the above statements are true and correct to the best of my knowledge and belief.</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Landlord/Agent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_________________________________</w:t>
            </w:r>
          </w:p>
        </w:tc>
        <w:tc>
          <w:tcPr>
            <w:tcW w:type="dxa" w:w="4986"/>
            <w:tcBorders>
              <w:top w:val="nil"/>
              <w:left w:val="nil"/>
              <w:bottom w:val="nil"/>
              <w:right w:val="nil"/>
              <w:insideH w:val="nil"/>
              <w:insideV w:val="nil"/>
            </w:tcBorders>
          </w:tcPr>
          <w:p>
            <w:pPr>
              <w:jc w:val="center"/>
            </w:pPr>
            <w:r>
              <w:br/>
              <w:br/>
              <w:t>Date: ____________________</w:t>
            </w:r>
          </w:p>
        </w:tc>
      </w:tr>
      <w:tr>
        <w:tc>
          <w:tcPr>
            <w:tcW w:type="dxa" w:w="4986"/>
            <w:tcBorders>
              <w:top w:val="nil"/>
              <w:left w:val="nil"/>
              <w:bottom w:val="nil"/>
              <w:right w:val="nil"/>
              <w:insideH w:val="nil"/>
              <w:insideV w:val="nil"/>
            </w:tcBorders>
          </w:tcPr>
          <w:p>
            <w:pPr>
              <w:jc w:val="center"/>
            </w:pPr>
            <w:r>
              <w:t>Printed Name: ______________________________</w:t>
            </w:r>
          </w:p>
        </w:tc>
        <w:tc>
          <w:tcPr>
            <w:tcW w:type="dxa" w:w="4986"/>
            <w:tcBorders>
              <w:top w:val="nil"/>
              <w:left w:val="nil"/>
              <w:bottom w:val="nil"/>
              <w:right w:val="nil"/>
              <w:insideH w:val="nil"/>
              <w:insideV w:val="nil"/>
            </w:tcBorders>
          </w:tcPr>
          <w:p>
            <w:pPr>
              <w:jc w:val="center"/>
            </w:pPr>
            <w:r/>
          </w:p>
        </w:tc>
      </w:tr>
    </w:tbl>
    <w:p/>
    <w:p/>
    <w:p>
      <w:r>
        <w:rPr>
          <w:b/>
          <w:sz w:val="20"/>
        </w:rPr>
        <w:t>TENANT ACKNOWLEDGMENT OF RECEIPT:</w:t>
      </w:r>
    </w:p>
    <w:p>
      <w:r>
        <w:rPr>
          <w:b w:val="0"/>
          <w:sz w:val="20"/>
        </w:rPr>
        <w:t>I hereby acknowledge receipt of this eviction notice.</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Tenant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_________________________________</w:t>
            </w:r>
          </w:p>
        </w:tc>
        <w:tc>
          <w:tcPr>
            <w:tcW w:type="dxa" w:w="4986"/>
            <w:tcBorders>
              <w:top w:val="nil"/>
              <w:left w:val="nil"/>
              <w:bottom w:val="nil"/>
              <w:right w:val="nil"/>
              <w:insideH w:val="nil"/>
              <w:insideV w:val="nil"/>
            </w:tcBorders>
          </w:tcPr>
          <w:p>
            <w:pPr>
              <w:jc w:val="center"/>
            </w:pPr>
            <w:r>
              <w:br/>
              <w:br/>
              <w:t>Date: ____________________</w:t>
            </w:r>
          </w:p>
        </w:tc>
      </w:tr>
      <w:tr>
        <w:tc>
          <w:tcPr>
            <w:tcW w:type="dxa" w:w="4986"/>
            <w:tcBorders>
              <w:top w:val="nil"/>
              <w:left w:val="nil"/>
              <w:bottom w:val="nil"/>
              <w:right w:val="nil"/>
              <w:insideH w:val="nil"/>
              <w:insideV w:val="nil"/>
            </w:tcBorders>
          </w:tcPr>
          <w:p>
            <w:pPr>
              <w:jc w:val="center"/>
            </w:pPr>
            <w:r>
              <w:t>Printed Name: ______________________________</w:t>
            </w:r>
          </w:p>
        </w:tc>
        <w:tc>
          <w:tcPr>
            <w:tcW w:type="dxa" w:w="4986"/>
            <w:tcBorders>
              <w:top w:val="nil"/>
              <w:left w:val="nil"/>
              <w:bottom w:val="nil"/>
              <w:right w:val="nil"/>
              <w:insideH w:val="nil"/>
              <w:insideV w:val="nil"/>
            </w:tcBorders>
          </w:tcPr>
          <w:p>
            <w:pPr>
              <w:jc w:val="center"/>
            </w:pPr>
            <w:r/>
          </w:p>
        </w:tc>
      </w:tr>
    </w:tbl>
    <w:p/>
    <w:p/>
    <w:p>
      <w:r>
        <w:rPr>
          <w:b/>
          <w:sz w:val="20"/>
        </w:rPr>
        <w:t>METHOD OF DELIVERY:</w:t>
      </w:r>
    </w:p>
    <w:p>
      <w:r>
        <w:rPr>
          <w:b w:val="0"/>
          <w:sz w:val="20"/>
        </w:rPr>
        <w:t>___ Hand Delivered</w:t>
      </w:r>
    </w:p>
    <w:p>
      <w:r>
        <w:rPr>
          <w:b w:val="0"/>
          <w:sz w:val="20"/>
        </w:rPr>
        <w:t>___ Posted on Premises</w:t>
      </w:r>
    </w:p>
    <w:p>
      <w:r>
        <w:rPr>
          <w:b w:val="0"/>
          <w:sz w:val="20"/>
        </w:rPr>
        <w:t>___ Certified Mail</w:t>
      </w:r>
    </w:p>
    <w:p>
      <w:r>
        <w:rPr>
          <w:b w:val="0"/>
          <w:sz w:val="20"/>
        </w:rPr>
        <w:t>___ Other (please specify): ___________________________</w:t>
      </w:r>
    </w:p>
    <w:p/>
    <w:p/>
    <w:p>
      <w:r>
        <w:rPr>
          <w:b/>
          <w:sz w:val="20"/>
        </w:rPr>
        <w:t>IMPORTANT NOTICE:</w:t>
      </w:r>
    </w:p>
    <w:p>
      <w:r>
        <w:rPr>
          <w:b w:val="0"/>
          <w:sz w:val="20"/>
        </w:rPr>
        <w:t>If you fail to vacate the premises within the time specified above, legal action for eviction may be initiated against you without further notice, which may result in judgment against you and possible additional costs and fees.</w:t>
      </w:r>
    </w:p>
    <w:p/>
    <w:p/>
    <w:p>
      <w:r>
        <w:rPr>
          <w:b w:val="0"/>
          <w:sz w:val="20"/>
        </w:rPr>
        <w:t>For questions or assistance, contact the Landlord/Agent at the phone number or address listed above.</w:t>
      </w:r>
    </w:p>
    <w:p/>
    <w:p/>
    <w:p/>
    <w:tbl>
      <w:tblPr>
        <w:tblW w:type="auto" w:w="0"/>
        <w:tblLayout w:type="autofit"/>
        <w:tblLook w:firstColumn="1" w:firstRow="1" w:lastColumn="0" w:lastRow="0" w:noHBand="0" w:noVBand="1" w:val="04A0"/>
      </w:tblPr>
      <w:tblGrid>
        <w:gridCol w:w="3324"/>
        <w:gridCol w:w="3324"/>
        <w:gridCol w:w="3324"/>
      </w:tblGrid>
      <w:tr>
        <w:tc>
          <w:tcPr>
            <w:tcW w:type="dxa" w:w="3324"/>
            <w:tcBorders>
              <w:top w:val="nil"/>
              <w:left w:val="nil"/>
              <w:bottom w:val="nil"/>
              <w:right w:val="nil"/>
              <w:insideH w:val="nil"/>
              <w:insideV w:val="nil"/>
            </w:tcBorders>
          </w:tcPr>
          <w:p>
            <w:pPr>
              <w:jc w:val="center"/>
            </w:pPr>
            <w:r>
              <w:t>Witness Name</w:t>
            </w:r>
          </w:p>
        </w:tc>
        <w:tc>
          <w:tcPr>
            <w:tcW w:type="dxa" w:w="3324"/>
            <w:tcBorders>
              <w:top w:val="nil"/>
              <w:left w:val="nil"/>
              <w:bottom w:val="nil"/>
              <w:right w:val="nil"/>
              <w:insideH w:val="nil"/>
              <w:insideV w:val="nil"/>
            </w:tcBorders>
          </w:tcPr>
          <w:p>
            <w:pPr>
              <w:jc w:val="center"/>
            </w:pPr>
            <w:r>
              <w:t>Signature</w:t>
            </w:r>
          </w:p>
        </w:tc>
        <w:tc>
          <w:tcPr>
            <w:tcW w:type="dxa" w:w="3324"/>
            <w:tcBorders>
              <w:top w:val="nil"/>
              <w:left w:val="nil"/>
              <w:bottom w:val="nil"/>
              <w:right w:val="nil"/>
              <w:insideH w:val="nil"/>
              <w:insideV w:val="nil"/>
            </w:tcBorders>
          </w:tcPr>
          <w:p>
            <w:pPr>
              <w:jc w:val="center"/>
            </w:pPr>
            <w:r>
              <w:t>Date</w:t>
            </w:r>
          </w:p>
        </w:tc>
      </w:tr>
      <w:tr>
        <w:tc>
          <w:tcPr>
            <w:tcW w:type="dxa" w:w="3324"/>
            <w:tcBorders>
              <w:top w:val="nil"/>
              <w:left w:val="nil"/>
              <w:bottom w:val="nil"/>
              <w:right w:val="nil"/>
              <w:insideH w:val="nil"/>
              <w:insideV w:val="nil"/>
            </w:tcBorders>
          </w:tcPr>
          <w:p>
            <w:pPr>
              <w:jc w:val="center"/>
            </w:pPr>
            <w:r>
              <w:t>______________________________</w:t>
            </w:r>
          </w:p>
        </w:tc>
        <w:tc>
          <w:tcPr>
            <w:tcW w:type="dxa" w:w="3324"/>
            <w:tcBorders>
              <w:top w:val="nil"/>
              <w:left w:val="nil"/>
              <w:bottom w:val="nil"/>
              <w:right w:val="nil"/>
              <w:insideH w:val="nil"/>
              <w:insideV w:val="nil"/>
            </w:tcBorders>
          </w:tcPr>
          <w:p>
            <w:pPr>
              <w:jc w:val="center"/>
            </w:pPr>
            <w:r>
              <w:t>______________________________</w:t>
            </w:r>
          </w:p>
        </w:tc>
        <w:tc>
          <w:tcPr>
            <w:tcW w:type="dxa" w:w="3324"/>
            <w:tcBorders>
              <w:top w:val="nil"/>
              <w:left w:val="nil"/>
              <w:bottom w:val="nil"/>
              <w:right w:val="nil"/>
              <w:insideH w:val="nil"/>
              <w:insideV w:val="nil"/>
            </w:tcBorders>
          </w:tcPr>
          <w:p>
            <w:pPr>
              <w:jc w:val="center"/>
            </w:pPr>
            <w:r>
              <w:t>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https://docs-realestate.com/alabama-eviction-notice-template/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alabama-eviction-notice-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