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ADDENDUM TO PURCHASE AGREEMENT</w:t>
      </w:r>
    </w:p>
    <w:p/>
    <w:p/>
    <w:p>
      <w:r>
        <w:rPr>
          <w:b w:val="0"/>
          <w:sz w:val="20"/>
        </w:rPr>
        <w:t>This Addendum (the “Addendum”) is entered into by and between the undersigned parties and supplements the Purchase Agreement previously executed by the parties (the “Agreement”). All terms and conditions of the Agreement remain in full force and effect except as specifically modified herein.</w:t>
      </w:r>
    </w:p>
    <w:p/>
    <w:p/>
    <w:p>
      <w:r>
        <w:rPr>
          <w:b/>
          <w:sz w:val="20"/>
        </w:rPr>
        <w:t>PARTIES:</w:t>
      </w:r>
    </w:p>
    <w:p>
      <w:r>
        <w:rPr>
          <w:b w:val="0"/>
          <w:sz w:val="20"/>
        </w:rPr>
        <w:t>Seller: ____________________________________________________________</w:t>
      </w:r>
    </w:p>
    <w:p>
      <w:r>
        <w:rPr>
          <w:b w:val="0"/>
          <w:sz w:val="20"/>
        </w:rPr>
        <w:t>Buyer: _____________________________________________________________</w:t>
      </w:r>
    </w:p>
    <w:p/>
    <w:p>
      <w:r>
        <w:rPr>
          <w:b/>
          <w:sz w:val="20"/>
        </w:rPr>
        <w:t>RECITALS:</w:t>
      </w:r>
    </w:p>
    <w:p>
      <w:r>
        <w:rPr>
          <w:b w:val="0"/>
          <w:sz w:val="20"/>
        </w:rPr>
        <w:t>WHEREAS, the parties entered into the Agreement for the purchase and sale of the described property;</w:t>
      </w:r>
    </w:p>
    <w:p>
      <w:r>
        <w:rPr>
          <w:b w:val="0"/>
          <w:sz w:val="20"/>
        </w:rPr>
        <w:t>WHEREAS, the parties desire to modify the Agreement as set forth in this Addendum;</w:t>
      </w:r>
    </w:p>
    <w:p>
      <w:r>
        <w:rPr>
          <w:b w:val="0"/>
          <w:sz w:val="20"/>
        </w:rPr>
        <w:t>NOW, THEREFORE, in consideration of the mutual covenants and promises herein contained, the parties agree as follows:</w:t>
      </w:r>
    </w:p>
    <w:p/>
    <w:p/>
    <w:p>
      <w:r>
        <w:rPr>
          <w:b/>
          <w:sz w:val="20"/>
        </w:rPr>
        <w:t>1. MODIFICATIONS TO AGREEMENT</w:t>
      </w:r>
    </w:p>
    <w:p>
      <w:r>
        <w:rPr>
          <w:b w:val="0"/>
          <w:sz w:val="20"/>
        </w:rPr>
        <w:t>The following terms of the Agreement are hereby modified and superseded by this Addendum:</w:t>
      </w:r>
    </w:p>
    <w:p>
      <w:r>
        <w:rPr>
          <w:b w:val="0"/>
          <w:sz w:val="20"/>
        </w:rPr>
        <w:t>a) Description of Property: ___________________________________________________________</w:t>
      </w:r>
    </w:p>
    <w:p>
      <w:r>
        <w:rPr>
          <w:b w:val="0"/>
          <w:sz w:val="20"/>
        </w:rPr>
        <w:t>b) Purchase Price: __________________________________________________________________</w:t>
      </w:r>
    </w:p>
    <w:p>
      <w:r>
        <w:rPr>
          <w:b w:val="0"/>
          <w:sz w:val="20"/>
        </w:rPr>
        <w:t>c) Payment Terms: ___________________________________________________________________</w:t>
      </w:r>
    </w:p>
    <w:p>
      <w:r>
        <w:rPr>
          <w:b w:val="0"/>
          <w:sz w:val="20"/>
        </w:rPr>
        <w:t>d) Closing Date: ____________________________________________________________________</w:t>
      </w:r>
    </w:p>
    <w:p>
      <w:r>
        <w:rPr>
          <w:b w:val="0"/>
          <w:sz w:val="20"/>
        </w:rPr>
        <w:t>e) Other Modifications: ______________________________________________________________</w:t>
      </w:r>
    </w:p>
    <w:p/>
    <w:p>
      <w:r>
        <w:rPr>
          <w:b/>
          <w:sz w:val="20"/>
        </w:rPr>
        <w:t>2. ADDITIONAL TERMS</w:t>
      </w:r>
    </w:p>
    <w:p>
      <w:r>
        <w:rPr>
          <w:b w:val="0"/>
          <w:sz w:val="20"/>
        </w:rPr>
        <w:t>Any additional agreements or obligations between the parties are as follows:</w:t>
      </w:r>
    </w:p>
    <w:p>
      <w:r>
        <w:rPr>
          <w:b w:val="0"/>
          <w:sz w:val="20"/>
        </w:rPr>
        <w:t>____________________________________________________________________________________</w:t>
      </w:r>
    </w:p>
    <w:p>
      <w:r>
        <w:rPr>
          <w:b w:val="0"/>
          <w:sz w:val="20"/>
        </w:rPr>
        <w:t>____________________________________________________________________________________</w:t>
      </w:r>
    </w:p>
    <w:p/>
    <w:p>
      <w:r>
        <w:rPr>
          <w:b/>
          <w:sz w:val="20"/>
        </w:rPr>
        <w:t>3. NO OTHER CHANGES</w:t>
      </w:r>
    </w:p>
    <w:p>
      <w:r>
        <w:rPr>
          <w:b w:val="0"/>
          <w:sz w:val="20"/>
        </w:rPr>
        <w:t>Except as expressly modified by this Addendum, all other terms and conditions of the Agreement shall remain unchanged and in full force and effect.</w:t>
      </w:r>
    </w:p>
    <w:p/>
    <w:p>
      <w:r>
        <w:rPr>
          <w:b/>
          <w:sz w:val="20"/>
        </w:rPr>
        <w:t>4. GOVERNING LAW</w:t>
      </w:r>
    </w:p>
    <w:p>
      <w:r>
        <w:rPr>
          <w:b w:val="0"/>
          <w:sz w:val="20"/>
        </w:rPr>
        <w:t>This Addendum shall be governed by, interpreted, and enforced in accordance with the laws of the United States and the State applicable under the original Agreement.</w:t>
      </w:r>
    </w:p>
    <w:p/>
    <w:p>
      <w:r>
        <w:rPr>
          <w:b/>
          <w:sz w:val="20"/>
        </w:rPr>
        <w:t>5. BINDING EFFECT</w:t>
      </w:r>
    </w:p>
    <w:p>
      <w:r>
        <w:rPr>
          <w:b w:val="0"/>
          <w:sz w:val="20"/>
        </w:rPr>
        <w:t>This Addendum shall be binding upon and inure to the benefit of the parties and their respective heirs, successors, and assigns.</w:t>
      </w:r>
    </w:p>
    <w:p/>
    <w:p/>
    <w:p>
      <w:r>
        <w:rPr>
          <w:b w:val="0"/>
          <w:sz w:val="20"/>
        </w:rPr>
        <w:t>IN WITNESS WHEREOF, the parties have executed this Addendum as of the date last signed below.</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SELLER</w:t>
            </w:r>
          </w:p>
        </w:tc>
        <w:tc>
          <w:tcPr>
            <w:tcW w:type="dxa" w:w="4986"/>
            <w:tcBorders>
              <w:top w:val="nil"/>
              <w:left w:val="nil"/>
              <w:bottom w:val="nil"/>
              <w:right w:val="nil"/>
              <w:insideH w:val="nil"/>
              <w:insideV w:val="nil"/>
            </w:tcBorders>
          </w:tcPr>
          <w:p>
            <w:pPr>
              <w:jc w:val="center"/>
            </w:pPr>
            <w:r>
              <w:t>BUYER</w:t>
            </w:r>
          </w:p>
        </w:tc>
      </w:tr>
      <w:tr>
        <w:tc>
          <w:tcPr>
            <w:tcW w:type="dxa" w:w="4986"/>
            <w:tcBorders>
              <w:top w:val="nil"/>
              <w:left w:val="nil"/>
              <w:bottom w:val="nil"/>
              <w:right w:val="nil"/>
              <w:insideH w:val="nil"/>
              <w:insideV w:val="nil"/>
            </w:tcBorders>
          </w:tcPr>
          <w:p>
            <w:pPr>
              <w:jc w:val="center"/>
            </w:pPr>
            <w:r>
              <w:br/>
              <w:br/>
              <w:t>Signature: ____________________________</w:t>
            </w:r>
          </w:p>
        </w:tc>
        <w:tc>
          <w:tcPr>
            <w:tcW w:type="dxa" w:w="4986"/>
            <w:tcBorders>
              <w:top w:val="nil"/>
              <w:left w:val="nil"/>
              <w:bottom w:val="nil"/>
              <w:right w:val="nil"/>
              <w:insideH w:val="nil"/>
              <w:insideV w:val="nil"/>
            </w:tcBorders>
          </w:tcPr>
          <w:p>
            <w:pPr>
              <w:jc w:val="center"/>
            </w:pPr>
            <w:r>
              <w:br/>
              <w:br/>
              <w:t>Signature: ____________________________</w:t>
            </w:r>
          </w:p>
        </w:tc>
      </w:tr>
      <w:tr>
        <w:tc>
          <w:tcPr>
            <w:tcW w:type="dxa" w:w="4986"/>
            <w:tcBorders>
              <w:top w:val="nil"/>
              <w:left w:val="nil"/>
              <w:bottom w:val="nil"/>
              <w:right w:val="nil"/>
              <w:insideH w:val="nil"/>
              <w:insideV w:val="nil"/>
            </w:tcBorders>
          </w:tcPr>
          <w:p>
            <w:pPr>
              <w:jc w:val="center"/>
            </w:pPr>
            <w:r>
              <w:t>Printed Name: __________________________</w:t>
            </w:r>
          </w:p>
        </w:tc>
        <w:tc>
          <w:tcPr>
            <w:tcW w:type="dxa" w:w="4986"/>
            <w:tcBorders>
              <w:top w:val="nil"/>
              <w:left w:val="nil"/>
              <w:bottom w:val="nil"/>
              <w:right w:val="nil"/>
              <w:insideH w:val="nil"/>
              <w:insideV w:val="nil"/>
            </w:tcBorders>
          </w:tcPr>
          <w:p>
            <w:pPr>
              <w:jc w:val="center"/>
            </w:pPr>
            <w:r>
              <w:t>Printed Name: 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https://docs-realestate.com/addendum-to-purchase-agreement-template/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https://docs-realestate.com</w:t>
        </w:r>
      </w:hyperlink>
    </w:p>
    <w:p>
      <w:pPr>
        <w:jc w:val="center"/>
      </w:pPr>
      <w:r>
        <w:rPr>
          <w:color w:val="808080"/>
          <w:sz w:val="20"/>
        </w:rPr>
        <w:t>This template is intended exclusively for personal, non-commercial use.</w:t>
        <w:br/>
        <w:t>If distributed or published, the source must be mentioned. © docs-realestate.com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realestate.com/addendum-to-purchase-agreement-template/" TargetMode="External"/><Relationship Id="rId10" Type="http://schemas.openxmlformats.org/officeDocument/2006/relationships/hyperlink" Target="https://docs-realesta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