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30 DAY NOTICE TO VACATE</w:t>
      </w:r>
    </w:p>
    <w:p/>
    <w:p/>
    <w:p>
      <w:r>
        <w:rPr>
          <w:b/>
          <w:sz w:val="20"/>
        </w:rPr>
        <w:t>TO: Tenant(s) of the Property</w:t>
      </w:r>
    </w:p>
    <w:p>
      <w:r>
        <w:rPr>
          <w:b w:val="0"/>
          <w:sz w:val="20"/>
        </w:rPr>
        <w:t>Name(s): ____________________________________________________________</w:t>
      </w:r>
    </w:p>
    <w:p>
      <w:r>
        <w:rPr>
          <w:b w:val="0"/>
          <w:sz w:val="20"/>
        </w:rPr>
        <w:t>Address of Rental Property: __________________________________________</w:t>
      </w:r>
    </w:p>
    <w:p>
      <w:r>
        <w:rPr>
          <w:b w:val="0"/>
          <w:sz w:val="20"/>
        </w:rPr>
        <w:t>City: _____________________________ State: __________ Zip Code: ______</w:t>
      </w:r>
    </w:p>
    <w:p/>
    <w:p>
      <w:r>
        <w:rPr>
          <w:b/>
          <w:sz w:val="20"/>
        </w:rPr>
        <w:t>FROM: Landlord / Property Manager</w:t>
      </w:r>
    </w:p>
    <w:p>
      <w:r>
        <w:rPr>
          <w:b w:val="0"/>
          <w:sz w:val="20"/>
        </w:rPr>
        <w:t>Name: _______________________________________________________________</w:t>
      </w:r>
    </w:p>
    <w:p>
      <w:r>
        <w:rPr>
          <w:b w:val="0"/>
          <w:sz w:val="20"/>
        </w:rPr>
        <w:t>Address: _____________________________________________________________</w:t>
      </w:r>
    </w:p>
    <w:p>
      <w:r>
        <w:rPr>
          <w:b w:val="0"/>
          <w:sz w:val="20"/>
        </w:rPr>
        <w:t>City: _____________________________ State: __________ Zip Code: ______</w:t>
      </w:r>
    </w:p>
    <w:p>
      <w:r>
        <w:rPr>
          <w:b w:val="0"/>
          <w:sz w:val="20"/>
        </w:rPr>
        <w:t>Phone Number: _______________________________________________________</w:t>
      </w:r>
    </w:p>
    <w:p>
      <w:r>
        <w:rPr>
          <w:b w:val="0"/>
          <w:sz w:val="20"/>
        </w:rPr>
        <w:t>Email Address: _______________________________________________________</w:t>
      </w:r>
    </w:p>
    <w:p/>
    <w:p/>
    <w:p>
      <w:r>
        <w:rPr>
          <w:b/>
          <w:sz w:val="20"/>
        </w:rPr>
        <w:t>NOTICE TO VACATE PREMISES</w:t>
      </w:r>
    </w:p>
    <w:p/>
    <w:p>
      <w:r>
        <w:rPr>
          <w:b w:val="0"/>
          <w:sz w:val="20"/>
        </w:rPr>
        <w:t>Dear Tenant(s),</w:t>
      </w:r>
    </w:p>
    <w:p/>
    <w:p>
      <w:r>
        <w:rPr>
          <w:b w:val="0"/>
          <w:sz w:val="20"/>
        </w:rPr>
        <w:t>This letter serves as a formal 30-day written notice to vacate the premises located at the address above. You are hereby notified that your tenancy shall terminate 30 days from the date you receive this notice. You must vacate the property on or before the expiration of the 30-day period.</w:t>
      </w:r>
    </w:p>
    <w:p/>
    <w:p>
      <w:r>
        <w:rPr>
          <w:b w:val="0"/>
          <w:sz w:val="20"/>
        </w:rPr>
        <w:t>Please ensure that you remove all personal belongings, return all keys, and leave the property in a clean and undamaged condition consistent with the condition at the start of your tenancy, normal wear and tear excepted.</w:t>
      </w:r>
    </w:p>
    <w:p/>
    <w:p>
      <w:r>
        <w:rPr>
          <w:b w:val="0"/>
          <w:sz w:val="20"/>
        </w:rPr>
        <w:t>Failure to vacate the premises by the deadline may result in legal action to recover possession of the property and any associated costs.</w:t>
      </w:r>
    </w:p>
    <w:p/>
    <w:p>
      <w:r>
        <w:rPr>
          <w:b w:val="0"/>
          <w:sz w:val="20"/>
        </w:rPr>
        <w:t>If you have any questions regarding this notice or your obligations, please contact the landlord or property manager at the phone number or email address listed above.</w:t>
      </w:r>
    </w:p>
    <w:p/>
    <w:p/>
    <w:p>
      <w:r>
        <w:rPr>
          <w:b/>
          <w:sz w:val="20"/>
        </w:rPr>
        <w:t>LEGAL BASIS AND COMPLIANCE</w:t>
      </w:r>
    </w:p>
    <w:p/>
    <w:p>
      <w:r>
        <w:rPr>
          <w:b w:val="0"/>
          <w:sz w:val="20"/>
        </w:rPr>
        <w:t>This notice is provided in accordance with Colorado Revised Statutes § 38-12-108 (3)(a), which requires landlords to give tenants a minimum of 30 days’ written notice to terminate a month-to-month tenancy.</w:t>
      </w:r>
    </w:p>
    <w:p/>
    <w:p>
      <w:r>
        <w:rPr>
          <w:b w:val="0"/>
          <w:sz w:val="20"/>
        </w:rPr>
        <w:t>This Notice to Vacate does not constitute a waiver of any other rights or remedies available to the landlord under the lease agreement or Colorado law.</w:t>
      </w:r>
    </w:p>
    <w:p/>
    <w:p/>
    <w:p>
      <w:r>
        <w:rPr>
          <w:b/>
          <w:sz w:val="20"/>
        </w:rPr>
        <w:t>FORWARDING ADDRESS</w:t>
      </w:r>
    </w:p>
    <w:p/>
    <w:p>
      <w:r>
        <w:rPr>
          <w:b w:val="0"/>
          <w:sz w:val="20"/>
        </w:rPr>
        <w:t>Please provide your forwarding address below for return of the security deposit and any future correspondence:</w:t>
      </w:r>
    </w:p>
    <w:p/>
    <w:p>
      <w:r>
        <w:rPr>
          <w:b w:val="0"/>
          <w:sz w:val="20"/>
        </w:rPr>
        <w:t>Forwarding Address: __________________________________________________</w:t>
      </w:r>
    </w:p>
    <w:p>
      <w:r>
        <w:rPr>
          <w:b w:val="0"/>
          <w:sz w:val="20"/>
        </w:rPr>
        <w:t>City: _____________________________ State: __________ Zip Code: ______</w:t>
      </w:r>
    </w:p>
    <w:p/>
    <w:p/>
    <w:p>
      <w:r>
        <w:rPr>
          <w:b/>
          <w:sz w:val="20"/>
        </w:rPr>
        <w:t>Landlord/Property Manager Signature:</w:t>
      </w:r>
    </w:p>
    <w:p>
      <w:r>
        <w:rPr>
          <w:b w:val="0"/>
          <w:sz w:val="20"/>
        </w:rPr>
        <w:t>Signature: _________________________________       Date: ________________</w:t>
      </w:r>
    </w:p>
    <w:p/>
    <w:p/>
    <w:p>
      <w:r>
        <w:rPr>
          <w:b/>
          <w:sz w:val="20"/>
        </w:rPr>
        <w:t>Tenant(s) Acknowledgment of Receipt:</w:t>
      </w:r>
    </w:p>
    <w:p>
      <w:r>
        <w:rPr>
          <w:b w:val="0"/>
          <w:sz w:val="20"/>
        </w:rPr>
        <w:t>Tenant Signature: ______________________________       Date: ________________</w:t>
      </w:r>
    </w:p>
    <w:p>
      <w:r>
        <w:rPr>
          <w:b w:val="0"/>
          <w:sz w:val="20"/>
        </w:rPr>
        <w:t>Tenant Signature: ______________________________       Date: ________________</w:t>
      </w:r>
    </w:p>
    <w:p/>
    <w:p/>
    <w:p>
      <w:r>
        <w:rPr>
          <w:b/>
          <w:sz w:val="20"/>
        </w:rPr>
        <w:t>IMPORTANT INFORMATION</w:t>
      </w:r>
    </w:p>
    <w:p/>
    <w:p>
      <w:r>
        <w:rPr>
          <w:b w:val="0"/>
          <w:sz w:val="20"/>
        </w:rPr>
        <w:t>1. This notice is effective upon delivery to the tenant(s). Delivery may be made in person, by mail, or as otherwise permitted by law.</w:t>
      </w:r>
    </w:p>
    <w:p>
      <w:r>
        <w:rPr>
          <w:b w:val="0"/>
          <w:sz w:val="20"/>
        </w:rPr>
        <w:t>2. The tenant(s) must comply with all terms and conditions of the lease agreement until vacating the premises.</w:t>
      </w:r>
    </w:p>
    <w:p>
      <w:r>
        <w:rPr>
          <w:b w:val="0"/>
          <w:sz w:val="20"/>
        </w:rPr>
        <w:t>3. The landlord reserves the right to inspect the property prior to the move-out date with reasonable notice to the tenant(s).</w:t>
      </w:r>
    </w:p>
    <w:p>
      <w:r>
        <w:rPr>
          <w:b w:val="0"/>
          <w:sz w:val="20"/>
        </w:rPr>
        <w:t>4. Security deposit deductions, if any, will be itemized and returned to tenant(s) within 30 days after vacating the premises, consistent with Colorado law.</w:t>
      </w:r>
    </w:p>
    <w:p/>
    <w:p/>
    <w:p>
      <w:r>
        <w:rPr>
          <w:b w:val="0"/>
          <w:sz w:val="20"/>
        </w:rPr>
        <w:t>Place and date of notice delivery: 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 / PROPERTY MANAGER</w:t>
            </w:r>
          </w:p>
        </w:tc>
        <w:tc>
          <w:tcPr>
            <w:tcW w:type="dxa" w:w="4986"/>
            <w:tcBorders>
              <w:top w:val="nil"/>
              <w:left w:val="nil"/>
              <w:bottom w:val="nil"/>
              <w:right w:val="nil"/>
              <w:insideH w:val="nil"/>
              <w:insideV w:val="nil"/>
            </w:tcBorders>
          </w:tcPr>
          <w:p>
            <w:pPr>
              <w:jc w:val="center"/>
            </w:pPr>
            <w:r>
              <w:t>TENANT(S)</w:t>
            </w:r>
          </w:p>
        </w:tc>
      </w:tr>
      <w:tr>
        <w:tc>
          <w:tcPr>
            <w:tcW w:type="dxa" w:w="4986"/>
            <w:tcBorders>
              <w:top w:val="nil"/>
              <w:left w:val="nil"/>
              <w:bottom w:val="nil"/>
              <w:right w:val="nil"/>
              <w:insideH w:val="nil"/>
              <w:insideV w:val="nil"/>
            </w:tcBorders>
          </w:tcPr>
          <w:p>
            <w:pPr>
              <w:jc w:val="center"/>
            </w:pPr>
            <w:r>
              <w:br/>
              <w:br/>
              <w:t>Signature: __________________________</w:t>
            </w:r>
          </w:p>
        </w:tc>
        <w:tc>
          <w:tcPr>
            <w:tcW w:type="dxa" w:w="4986"/>
            <w:tcBorders>
              <w:top w:val="nil"/>
              <w:left w:val="nil"/>
              <w:bottom w:val="nil"/>
              <w:right w:val="nil"/>
              <w:insideH w:val="nil"/>
              <w:insideV w:val="nil"/>
            </w:tcBorders>
          </w:tcPr>
          <w:p>
            <w:pPr>
              <w:jc w:val="center"/>
            </w:pPr>
            <w:r>
              <w:br/>
              <w:br/>
              <w:t>Signature: __________________________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https://docs-realestate.com/30-day-notice-to-vacate-colorado-template/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30-day-notice-to-vacate-colorado-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